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D66AAE" w:rsidR="00A82596" w:rsidP="00A82596" w:rsidRDefault="00A82596" w14:paraId="0F46C1BC" w14:textId="77777777">
      <w:pPr>
        <w:pStyle w:val="Heading1"/>
        <w:rPr>
          <w:rFonts w:eastAsia="Calibri" w:cs="Calibri"/>
        </w:rPr>
      </w:pPr>
      <w:bookmarkStart w:name="_Statewide_Immediate_Transport_3" w:id="0"/>
      <w:bookmarkEnd w:id="0"/>
      <w:r w:rsidR="00A82596">
        <w:rPr/>
        <w:t>Statewide Immediate Transport Letter &amp; Order | Template</w:t>
      </w:r>
    </w:p>
    <w:p w:rsidR="0444637A" w:rsidP="0444637A" w:rsidRDefault="0444637A" w14:paraId="61ED415F" w14:textId="121C46DD">
      <w:pPr>
        <w:spacing w:after="0"/>
      </w:pPr>
    </w:p>
    <w:p w:rsidRPr="00D66AAE" w:rsidR="00A82596" w:rsidP="00A82596" w:rsidRDefault="00A82596" w14:paraId="2882F309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[</w:t>
      </w:r>
      <w:r>
        <w:t xml:space="preserve">ENTER </w:t>
      </w:r>
      <w:r w:rsidRPr="00D66AAE">
        <w:t>DATE] </w:t>
      </w:r>
    </w:p>
    <w:p w:rsidRPr="00D66AAE" w:rsidR="00A82596" w:rsidP="00A82596" w:rsidRDefault="00A82596" w14:paraId="42B25A6A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[</w:t>
      </w:r>
      <w:r>
        <w:t xml:space="preserve">ENTER </w:t>
      </w:r>
      <w:r w:rsidRPr="00D66AAE">
        <w:t>JUDGE NAME]  </w:t>
      </w:r>
    </w:p>
    <w:p w:rsidRPr="00D66AAE" w:rsidR="00A82596" w:rsidP="00A82596" w:rsidRDefault="00A82596" w14:paraId="4F436C8C" w14:textId="77777777">
      <w:pPr>
        <w:spacing w:after="0"/>
        <w:textAlignment w:val="baseline"/>
      </w:pPr>
      <w:r w:rsidRPr="00D66AAE">
        <w:t>[</w:t>
      </w:r>
      <w:r>
        <w:t xml:space="preserve">ENTER </w:t>
      </w:r>
      <w:r w:rsidRPr="00D66AAE">
        <w:t>COUNTY</w:t>
      </w:r>
      <w:r>
        <w:t xml:space="preserve"> COURT</w:t>
      </w:r>
      <w:r w:rsidRPr="00D66AAE">
        <w:t>]  </w:t>
      </w:r>
    </w:p>
    <w:p w:rsidRPr="00D66AAE" w:rsidR="00A82596" w:rsidP="00A82596" w:rsidRDefault="00A82596" w14:paraId="68A8211B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[</w:t>
      </w:r>
      <w:r>
        <w:t xml:space="preserve">ENTER </w:t>
      </w:r>
      <w:r w:rsidRPr="00D66AAE">
        <w:t>COURT ADDRESS]  </w:t>
      </w:r>
    </w:p>
    <w:p w:rsidRPr="00D66AAE" w:rsidR="00A82596" w:rsidP="00A82596" w:rsidRDefault="00A82596" w14:paraId="150AF861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[</w:t>
      </w:r>
      <w:r>
        <w:t xml:space="preserve">ENTER </w:t>
      </w:r>
      <w:r w:rsidRPr="00D66AAE">
        <w:t>CITY, STATE, ZIP] </w:t>
      </w:r>
    </w:p>
    <w:p w:rsidRPr="00D66AAE" w:rsidR="00A82596" w:rsidP="00A82596" w:rsidRDefault="00A82596" w14:paraId="60E76678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 </w:t>
      </w:r>
    </w:p>
    <w:p w:rsidRPr="00D66AAE" w:rsidR="00A82596" w:rsidP="00A82596" w:rsidRDefault="00A82596" w14:paraId="28530381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rPr>
          <w:b/>
          <w:bCs/>
        </w:rPr>
        <w:t>RE:</w:t>
      </w:r>
      <w:r w:rsidRPr="00D66AAE">
        <w:t>   [</w:t>
      </w:r>
      <w:r>
        <w:t xml:space="preserve">ENTER </w:t>
      </w:r>
      <w:r w:rsidRPr="00D66AAE">
        <w:t>DEFENDANT NAME] </w:t>
      </w:r>
    </w:p>
    <w:p w:rsidRPr="00D66AAE" w:rsidR="00A82596" w:rsidP="00A82596" w:rsidRDefault="00A82596" w14:paraId="13BA33A6" w14:textId="77777777">
      <w:pPr>
        <w:spacing w:after="0"/>
        <w:ind w:left="360"/>
        <w:textAlignment w:val="baseline"/>
        <w:rPr>
          <w:rFonts w:ascii="Segoe UI" w:hAnsi="Segoe UI" w:cs="Segoe UI"/>
          <w:sz w:val="18"/>
          <w:szCs w:val="18"/>
        </w:rPr>
      </w:pPr>
      <w:r w:rsidRPr="00D66AAE">
        <w:t> [</w:t>
      </w:r>
      <w:r>
        <w:t xml:space="preserve">ENTER </w:t>
      </w:r>
      <w:r w:rsidRPr="00D66AAE">
        <w:t>CASE NUMBER] </w:t>
      </w:r>
    </w:p>
    <w:p w:rsidRPr="00D66AAE" w:rsidR="00A82596" w:rsidP="00A82596" w:rsidRDefault="00A82596" w14:paraId="695C1B3A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 </w:t>
      </w:r>
    </w:p>
    <w:p w:rsidRPr="00D66AAE" w:rsidR="00A82596" w:rsidP="00A82596" w:rsidRDefault="00A82596" w14:paraId="0D8D7B8E" w14:textId="77777777">
      <w:pPr>
        <w:spacing w:after="0"/>
        <w:textAlignment w:val="baseline"/>
      </w:pPr>
      <w:r w:rsidRPr="00D66AAE">
        <w:t>Dear [</w:t>
      </w:r>
      <w:r>
        <w:t xml:space="preserve">ENTER </w:t>
      </w:r>
      <w:r w:rsidRPr="00D66AAE">
        <w:t>JUDGE NAME]: </w:t>
      </w:r>
    </w:p>
    <w:p w:rsidRPr="00D66AAE" w:rsidR="00A82596" w:rsidP="00A82596" w:rsidRDefault="00A82596" w14:paraId="07C9B741" w14:textId="77777777">
      <w:pPr>
        <w:spacing w:after="0"/>
        <w:textAlignment w:val="baseline"/>
      </w:pPr>
    </w:p>
    <w:p w:rsidRPr="00D66AAE" w:rsidR="00A82596" w:rsidP="00A82596" w:rsidRDefault="00A82596" w14:paraId="6087E2B9" w14:textId="77777777">
      <w:pPr>
        <w:spacing w:after="0"/>
        <w:textAlignment w:val="baseline"/>
      </w:pPr>
      <w:r w:rsidRPr="00D66AAE">
        <w:t>Please see attached report per 725 ILCS 5/104-18(a)(2) which finds the defendant in the above captioned case fit to stand trial. Pursuant to Public Act 100-27</w:t>
      </w:r>
      <w:r>
        <w:t xml:space="preserve">, </w:t>
      </w:r>
      <w:r w:rsidRPr="00D66AAE">
        <w:t>725 ILCS 5/104-18(c) and 104-20(e)] the defendant is to be immediately returned to the county jail. For your convenience attached is a draft court order for immediate transport of the defendant to the custody of the county jail. We would appreciate prompt receipt of the order to the contact below for transport. </w:t>
      </w:r>
    </w:p>
    <w:p w:rsidRPr="00D66AAE" w:rsidR="00A82596" w:rsidP="00A82596" w:rsidRDefault="00A82596" w14:paraId="5811B031" w14:textId="77777777">
      <w:pPr>
        <w:spacing w:after="0"/>
        <w:textAlignment w:val="baseline"/>
      </w:pPr>
    </w:p>
    <w:p w:rsidRPr="00D66AAE" w:rsidR="00A82596" w:rsidP="00A82596" w:rsidRDefault="00A82596" w14:paraId="39A1319A" w14:textId="77777777">
      <w:pPr>
        <w:spacing w:after="0"/>
        <w:textAlignment w:val="baseline"/>
      </w:pPr>
      <w:r w:rsidRPr="00D66AAE">
        <w:t>Respectfully, </w:t>
      </w:r>
    </w:p>
    <w:p w:rsidRPr="00D66AAE" w:rsidR="00A82596" w:rsidP="00A82596" w:rsidRDefault="00A82596" w14:paraId="77F8A6B3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</w:p>
    <w:p w:rsidRPr="00D66AAE" w:rsidR="00A82596" w:rsidP="00A82596" w:rsidRDefault="00A82596" w14:paraId="1920255A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[</w:t>
      </w:r>
      <w:r>
        <w:t xml:space="preserve">ENTER </w:t>
      </w:r>
      <w:r w:rsidRPr="00D66AAE">
        <w:t>SENDER NAME] </w:t>
      </w:r>
    </w:p>
    <w:p w:rsidRPr="00D66AAE" w:rsidR="00A82596" w:rsidP="00A82596" w:rsidRDefault="00A82596" w14:paraId="0145BEFF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[</w:t>
      </w:r>
      <w:r>
        <w:t xml:space="preserve">ENTER </w:t>
      </w:r>
      <w:r w:rsidRPr="00D66AAE">
        <w:t>SENDER TITLE]  </w:t>
      </w:r>
    </w:p>
    <w:p w:rsidRPr="00D66AAE" w:rsidR="00A82596" w:rsidP="00A82596" w:rsidRDefault="00A82596" w14:paraId="6BBCF32F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[</w:t>
      </w:r>
      <w:r>
        <w:t xml:space="preserve">ENTER </w:t>
      </w:r>
      <w:r w:rsidRPr="00D66AAE">
        <w:t>FACILITY NAME]  </w:t>
      </w:r>
    </w:p>
    <w:p w:rsidRPr="00D66AAE" w:rsidR="00A82596" w:rsidP="00A82596" w:rsidRDefault="00A82596" w14:paraId="4ACA34E8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 </w:t>
      </w:r>
    </w:p>
    <w:p w:rsidRPr="00D66AAE" w:rsidR="00A82596" w:rsidP="00A82596" w:rsidRDefault="00A82596" w14:paraId="4A5C7DA0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Phone: [</w:t>
      </w:r>
      <w:r>
        <w:t xml:space="preserve">ENTER </w:t>
      </w:r>
      <w:r w:rsidRPr="00D66AAE">
        <w:t>SENDER PHONE]  </w:t>
      </w:r>
    </w:p>
    <w:p w:rsidRPr="00D66AAE" w:rsidR="00A82596" w:rsidP="00A82596" w:rsidRDefault="00A82596" w14:paraId="594C38B1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 w:rsidRPr="00D66AAE">
        <w:t>Fax: [</w:t>
      </w:r>
      <w:r>
        <w:t xml:space="preserve">ENTER </w:t>
      </w:r>
      <w:r w:rsidRPr="00D66AAE">
        <w:t>SENDER FAX]  </w:t>
      </w:r>
    </w:p>
    <w:p w:rsidR="003D02C1" w:rsidP="00A82596" w:rsidRDefault="00A82596" w14:paraId="66204FF1" w14:textId="767A4AD4">
      <w:pPr>
        <w:spacing w:after="0"/>
        <w:textAlignment w:val="baseline"/>
      </w:pPr>
      <w:r w:rsidRPr="00D66AAE">
        <w:t>Email: [</w:t>
      </w:r>
      <w:r>
        <w:t xml:space="preserve">ENTER </w:t>
      </w:r>
      <w:r w:rsidRPr="00D66AAE">
        <w:t>SENDER EMAIL]</w:t>
      </w:r>
    </w:p>
    <w:p w:rsidR="00A17151" w:rsidP="003D02C1" w:rsidRDefault="003D02C1" w14:paraId="7AC1C39D" w14:textId="22C1722A">
      <w:pPr>
        <w:spacing w:after="200"/>
      </w:pPr>
      <w:r>
        <w:br w:type="page"/>
      </w:r>
    </w:p>
    <w:p w:rsidRPr="004910A7" w:rsidR="003D02C1" w:rsidP="003D02C1" w:rsidRDefault="003D02C1" w14:paraId="4531B596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4910A7">
        <w:rPr>
          <w:rFonts w:eastAsia="Times New Roman"/>
          <w:b/>
          <w:bCs/>
        </w:rPr>
        <w:lastRenderedPageBreak/>
        <w:t>COUNTY OF [</w:t>
      </w:r>
      <w:r>
        <w:rPr>
          <w:rFonts w:eastAsia="Times New Roman"/>
          <w:b/>
          <w:bCs/>
        </w:rPr>
        <w:t>ENTER</w:t>
      </w:r>
      <w:r w:rsidRPr="004910A7">
        <w:rPr>
          <w:rFonts w:eastAsia="Times New Roman"/>
          <w:b/>
          <w:bCs/>
        </w:rPr>
        <w:t xml:space="preserve"> COUNTY]</w:t>
      </w:r>
      <w:r w:rsidRPr="004910A7">
        <w:rPr>
          <w:rFonts w:eastAsia="Times New Roman"/>
        </w:rPr>
        <w:t> </w:t>
      </w:r>
    </w:p>
    <w:p w:rsidR="003D02C1" w:rsidP="003D02C1" w:rsidRDefault="003D02C1" w14:paraId="1F100573" w14:textId="77777777">
      <w:pPr>
        <w:spacing w:after="0" w:line="240" w:lineRule="auto"/>
        <w:jc w:val="center"/>
        <w:textAlignment w:val="baseline"/>
        <w:rPr>
          <w:rFonts w:eastAsia="Times New Roman"/>
        </w:rPr>
      </w:pPr>
      <w:r w:rsidRPr="004910A7">
        <w:rPr>
          <w:rFonts w:eastAsia="Times New Roman"/>
          <w:b/>
          <w:bCs/>
        </w:rPr>
        <w:t>IN THE CIRCUIT COURT OF THE [</w:t>
      </w:r>
      <w:r>
        <w:rPr>
          <w:rFonts w:eastAsia="Times New Roman"/>
          <w:b/>
          <w:bCs/>
        </w:rPr>
        <w:t xml:space="preserve">ENTER </w:t>
      </w:r>
      <w:r w:rsidRPr="004910A7">
        <w:rPr>
          <w:rFonts w:eastAsia="Times New Roman"/>
          <w:b/>
          <w:bCs/>
        </w:rPr>
        <w:t>CIRCUIT] JUDICIAL CIRCUIT</w:t>
      </w:r>
      <w:r w:rsidRPr="004910A7">
        <w:rPr>
          <w:rFonts w:eastAsia="Times New Roman"/>
        </w:rPr>
        <w:t> </w:t>
      </w:r>
    </w:p>
    <w:p w:rsidRPr="004910A7" w:rsidR="003D02C1" w:rsidP="003D02C1" w:rsidRDefault="003D02C1" w14:paraId="44ADCAF8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="003D02C1" w:rsidP="003D02C1" w:rsidRDefault="003D02C1" w14:paraId="5A505CCA" w14:textId="77777777">
      <w:pPr>
        <w:sectPr w:rsidR="003D02C1" w:rsidSect="003D02C1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 w:orient="portrait"/>
          <w:pgMar w:top="1080" w:right="1080" w:bottom="720" w:left="1080" w:header="720" w:footer="720" w:gutter="0"/>
          <w:cols w:space="720"/>
          <w:docGrid w:linePitch="360"/>
        </w:sectPr>
      </w:pPr>
    </w:p>
    <w:p w:rsidR="003D02C1" w:rsidP="003D02C1" w:rsidRDefault="003D02C1" w14:paraId="5804A346" w14:textId="77777777">
      <w:r>
        <w:t>PEOPLE OF THE STATE OF ILLINOIS</w:t>
      </w:r>
    </w:p>
    <w:p w:rsidR="003D02C1" w:rsidP="003D02C1" w:rsidRDefault="003D02C1" w14:paraId="44F891DE" w14:textId="77777777">
      <w:r>
        <w:t>vs.</w:t>
      </w:r>
    </w:p>
    <w:p w:rsidR="003D02C1" w:rsidP="003D02C1" w:rsidRDefault="003D02C1" w14:paraId="0F00B889" w14:textId="77777777">
      <w:pPr>
        <w:spacing w:after="0"/>
      </w:pPr>
      <w:r>
        <w:t>[DEFENDANT NAME]</w:t>
      </w:r>
    </w:p>
    <w:p w:rsidR="003D02C1" w:rsidP="003D02C1" w:rsidRDefault="003D02C1" w14:paraId="29B40CCE" w14:textId="77777777">
      <w:r>
        <w:br w:type="column"/>
      </w:r>
      <w:r>
        <w:t>Case No.: [CASE NUMBER]</w:t>
      </w:r>
    </w:p>
    <w:p w:rsidR="003D02C1" w:rsidP="003D02C1" w:rsidRDefault="003D02C1" w14:paraId="7B5BF4AD" w14:textId="77777777">
      <w:pPr>
        <w:pStyle w:val="Heading2"/>
        <w:sectPr w:rsidR="003D02C1" w:rsidSect="003D02C1">
          <w:type w:val="continuous"/>
          <w:pgSz w:w="12240" w:h="15840" w:orient="portrait"/>
          <w:pgMar w:top="1080" w:right="1080" w:bottom="720" w:left="1080" w:header="720" w:footer="720" w:gutter="0"/>
          <w:cols w:space="720" w:num="2" w:sep="1"/>
          <w:docGrid w:linePitch="360"/>
        </w:sectPr>
      </w:pPr>
    </w:p>
    <w:p w:rsidR="003D02C1" w:rsidP="003D02C1" w:rsidRDefault="003D02C1" w14:paraId="11C699BF" w14:textId="77777777">
      <w:pPr>
        <w:spacing w:after="0"/>
        <w:rPr>
          <w:b/>
          <w:bCs/>
          <w:color w:val="000000"/>
          <w:sz w:val="28"/>
          <w:szCs w:val="28"/>
          <w:shd w:val="clear" w:color="auto" w:fill="FFFFFF"/>
        </w:rPr>
      </w:pPr>
    </w:p>
    <w:p w:rsidRPr="009003D2" w:rsidR="003D02C1" w:rsidP="003D02C1" w:rsidRDefault="003D02C1" w14:paraId="0B04E279" w14:textId="77777777">
      <w:pPr>
        <w:pStyle w:val="Heading1"/>
        <w:spacing w:before="0" w:after="160"/>
        <w:jc w:val="center"/>
        <w:rPr>
          <w:sz w:val="28"/>
          <w:szCs w:val="28"/>
        </w:rPr>
      </w:pPr>
      <w:r w:rsidRPr="009003D2">
        <w:rPr>
          <w:sz w:val="28"/>
          <w:szCs w:val="28"/>
          <w:shd w:val="clear" w:color="auto" w:fill="FFFFFF"/>
        </w:rPr>
        <w:t>IMMEDIATE TRANSPORT ORDER</w:t>
      </w:r>
    </w:p>
    <w:p w:rsidRPr="00763FD6" w:rsidR="003D02C1" w:rsidP="003D02C1" w:rsidRDefault="003D02C1" w14:paraId="5570E444" w14:textId="77777777">
      <w:pPr>
        <w:spacing w:after="120"/>
      </w:pPr>
      <w:r w:rsidRPr="00763FD6">
        <w:t>This cause coming before the Honorable [</w:t>
      </w:r>
      <w:r>
        <w:t xml:space="preserve">ENTER </w:t>
      </w:r>
      <w:r w:rsidRPr="00763FD6">
        <w:t>JUDGE NAME], the Court having received, pursuant to 725 ILCS 5/104-18(a)(2), a written progress report in which the supervisor of the defendant’s treatment states that he or she believes that the defendant has attained fitness</w:t>
      </w:r>
      <w:r>
        <w:t>;</w:t>
      </w:r>
    </w:p>
    <w:p w:rsidRPr="00763FD6" w:rsidR="003D02C1" w:rsidP="003D02C1" w:rsidRDefault="003D02C1" w14:paraId="66F1FA43" w14:textId="77777777">
      <w:pPr>
        <w:spacing w:after="120"/>
      </w:pPr>
      <w:r w:rsidRPr="00763FD6">
        <w:t>IT IS NOW HEREBY ORDERED THAT:</w:t>
      </w:r>
    </w:p>
    <w:p w:rsidRPr="00763FD6" w:rsidR="003D02C1" w:rsidP="003D02C1" w:rsidRDefault="003D02C1" w14:paraId="6C1ADC51" w14:textId="77777777">
      <w:pPr>
        <w:pStyle w:val="ListParagraph"/>
        <w:numPr>
          <w:ilvl w:val="0"/>
          <w:numId w:val="54"/>
        </w:numPr>
        <w:contextualSpacing w:val="0"/>
      </w:pPr>
      <w:r w:rsidRPr="00763FD6">
        <w:t>Pursuant to 725 ILCS 5/104-20(e), the sheriff is directed to immediately return the defendant to the custody of the [</w:t>
      </w:r>
      <w:r>
        <w:t xml:space="preserve">ENTER </w:t>
      </w:r>
      <w:r w:rsidRPr="00763FD6">
        <w:t>COUNTY] County Jail, where the defendant shall remain during further proceedings in this matter, including a fitness hearing if ordered by the Court, or until further order of the Court.</w:t>
      </w:r>
    </w:p>
    <w:p w:rsidRPr="00763FD6" w:rsidR="003D02C1" w:rsidP="003D02C1" w:rsidRDefault="003D02C1" w14:paraId="5D82F28E" w14:textId="77777777">
      <w:pPr>
        <w:pStyle w:val="ListParagraph"/>
        <w:numPr>
          <w:ilvl w:val="0"/>
          <w:numId w:val="54"/>
        </w:numPr>
        <w:contextualSpacing w:val="0"/>
      </w:pPr>
      <w:r w:rsidRPr="00763FD6">
        <w:t>Defendant is to be released from the jurisdiction of the Illinois Department of Human Services [</w:t>
      </w:r>
      <w:r>
        <w:t xml:space="preserve">ENTER </w:t>
      </w:r>
      <w:r w:rsidRPr="00763FD6">
        <w:t xml:space="preserve">IDHS FACILITY NAME] Mental </w:t>
      </w:r>
      <w:proofErr w:type="gramStart"/>
      <w:r w:rsidRPr="00763FD6">
        <w:t>Health Center, and</w:t>
      </w:r>
      <w:proofErr w:type="gramEnd"/>
      <w:r w:rsidRPr="00763FD6">
        <w:t xml:space="preserve"> is remanded to the [</w:t>
      </w:r>
      <w:r>
        <w:t xml:space="preserve">ENTER </w:t>
      </w:r>
      <w:r w:rsidRPr="00763FD6">
        <w:t>COUNTY] County Jail or, if the Court so orders, released from custody.</w:t>
      </w:r>
    </w:p>
    <w:p w:rsidRPr="00F76F67" w:rsidR="003D02C1" w:rsidP="003D02C1" w:rsidRDefault="003D02C1" w14:paraId="03A0176B" w14:textId="77777777">
      <w:pPr>
        <w:pStyle w:val="ListParagraph"/>
        <w:numPr>
          <w:ilvl w:val="0"/>
          <w:numId w:val="54"/>
        </w:numPr>
        <w:contextualSpacing w:val="0"/>
        <w:rPr>
          <w:u w:val="single"/>
        </w:rPr>
      </w:pPr>
      <w:r w:rsidRPr="00763FD6">
        <w:t>A copy of this Order shall be delivered to the Illinois Department of Human Services, via email or fax. A copy of this Order shall be delivered to the Sheriff of [</w:t>
      </w:r>
      <w:r>
        <w:t xml:space="preserve">ENTER </w:t>
      </w:r>
      <w:r w:rsidRPr="00763FD6">
        <w:t>COUNTY] County</w:t>
      </w:r>
      <w:r w:rsidRPr="00796597">
        <w:rPr>
          <w:u w:val="single"/>
        </w:rPr>
        <w:t>.</w:t>
      </w:r>
    </w:p>
    <w:p w:rsidRPr="00763FD6" w:rsidR="003D02C1" w:rsidP="003D02C1" w:rsidRDefault="003D02C1" w14:paraId="2FAF1194" w14:textId="77777777">
      <w:pPr>
        <w:spacing w:after="120"/>
      </w:pPr>
      <w:r w:rsidRPr="00763FD6">
        <w:t>Date: [</w:t>
      </w:r>
      <w:r>
        <w:t xml:space="preserve">ENTER </w:t>
      </w:r>
      <w:r w:rsidRPr="00763FD6">
        <w:t>DATE]</w:t>
      </w:r>
    </w:p>
    <w:p w:rsidRPr="00763FD6" w:rsidR="003D02C1" w:rsidP="003D02C1" w:rsidRDefault="003D02C1" w14:paraId="6A422CF6" w14:textId="77777777">
      <w:pPr>
        <w:spacing w:after="120"/>
      </w:pPr>
      <w:r w:rsidRPr="00763FD6">
        <w:t>Entered: [</w:t>
      </w:r>
      <w:r>
        <w:t xml:space="preserve">ENTER </w:t>
      </w:r>
      <w:r w:rsidRPr="00763FD6">
        <w:t>JUDGE]</w:t>
      </w:r>
    </w:p>
    <w:p w:rsidRPr="00763FD6" w:rsidR="003D02C1" w:rsidP="003D02C1" w:rsidRDefault="003D02C1" w14:paraId="07C3BD2D" w14:textId="77777777">
      <w:pPr>
        <w:spacing w:before="100" w:after="100"/>
      </w:pPr>
    </w:p>
    <w:p w:rsidRPr="00763FD6" w:rsidR="003D02C1" w:rsidP="003D02C1" w:rsidRDefault="003D02C1" w14:paraId="7B3D18B9" w14:textId="77777777">
      <w:pPr>
        <w:spacing w:after="120"/>
      </w:pPr>
      <w:r w:rsidRPr="00763FD6">
        <w:t>T</w:t>
      </w:r>
      <w:r>
        <w:t xml:space="preserve">o coordinate pick up please notify: </w:t>
      </w:r>
    </w:p>
    <w:p w:rsidR="003D02C1" w:rsidP="003D02C1" w:rsidRDefault="003D02C1" w14:paraId="71EA65F1" w14:textId="77777777">
      <w:pPr>
        <w:spacing w:after="120"/>
      </w:pPr>
      <w:r>
        <w:t>[ENTER COORDINATION CONTACT NAME], [ENTER PHONE] [ENTER EXTENSION]</w:t>
      </w:r>
    </w:p>
    <w:p w:rsidR="003D02C1" w:rsidP="003D02C1" w:rsidRDefault="003D02C1" w14:paraId="4855CE9A" w14:textId="77777777">
      <w:pPr>
        <w:spacing w:after="120"/>
      </w:pPr>
      <w:r>
        <w:t>or</w:t>
      </w:r>
    </w:p>
    <w:p w:rsidR="003D02C1" w:rsidP="003D02C1" w:rsidRDefault="003D02C1" w14:paraId="254D6B80" w14:textId="72457625">
      <w:pPr>
        <w:spacing w:after="120"/>
        <w:rPr>
          <w:rFonts w:eastAsiaTheme="minorEastAsia" w:cstheme="minorBidi"/>
          <w:b/>
          <w:bCs/>
          <w:color w:val="000000" w:themeColor="text1"/>
          <w:sz w:val="40"/>
          <w:szCs w:val="40"/>
        </w:rPr>
      </w:pPr>
      <w:r>
        <w:t>[ENTER BACKUP CONTACT NAME], [ENTER PHONE] [ENTER EXTENSION]</w:t>
      </w:r>
    </w:p>
    <w:p w:rsidRPr="00A82596" w:rsidR="003D02C1" w:rsidP="00A82596" w:rsidRDefault="003D02C1" w14:paraId="10F940A5" w14:textId="77777777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</w:p>
    <w:sectPr w:rsidRPr="00A82596" w:rsidR="003D02C1" w:rsidSect="00817D8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orient="portrait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577966" w:rsidRDefault="00577966" w14:paraId="72C2AE2F" w14:textId="77777777">
      <w:pPr>
        <w:spacing w:after="0" w:line="240" w:lineRule="auto"/>
      </w:pPr>
      <w:r>
        <w:separator/>
      </w:r>
    </w:p>
  </w:endnote>
  <w:endnote w:type="continuationSeparator" w:id="0">
    <w:p w:rsidR="00577966" w:rsidRDefault="00577966" w14:paraId="135D667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192" w:type="dxa"/>
      <w:tblLook w:val="06A0" w:firstRow="1" w:lastRow="0" w:firstColumn="1" w:lastColumn="0" w:noHBand="1" w:noVBand="1"/>
    </w:tblPr>
    <w:tblGrid>
      <w:gridCol w:w="3120"/>
      <w:gridCol w:w="3120"/>
      <w:gridCol w:w="3952"/>
    </w:tblGrid>
    <w:tr w:rsidR="003D02C1" w:rsidTr="0444637A" w14:paraId="6C8249EC" w14:textId="77777777">
      <w:trPr>
        <w:trHeight w:val="300"/>
      </w:trPr>
      <w:tc>
        <w:tcPr>
          <w:tcW w:w="3120" w:type="dxa"/>
          <w:tcMar/>
        </w:tcPr>
        <w:p w:rsidR="003D02C1" w:rsidP="0444637A" w:rsidRDefault="003D02C1" w14:paraId="32C37E0A" w14:textId="0C322811">
          <w:pPr>
            <w:pStyle w:val="BodycopySmall"/>
            <w:spacing w:after="60"/>
            <w:ind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</w:tc>
      <w:tc>
        <w:tcPr>
          <w:tcW w:w="3120" w:type="dxa"/>
          <w:tcMar/>
        </w:tcPr>
        <w:p w:rsidR="003D02C1" w:rsidP="1083564E" w:rsidRDefault="003D02C1" w14:paraId="10C71CB4" w14:textId="77777777">
          <w:pPr>
            <w:pStyle w:val="Header"/>
            <w:jc w:val="center"/>
          </w:pPr>
        </w:p>
      </w:tc>
      <w:tc>
        <w:tcPr>
          <w:tcW w:w="3952" w:type="dxa"/>
          <w:tcMar/>
        </w:tcPr>
        <w:p w:rsidR="003D02C1" w:rsidP="0444637A" w:rsidRDefault="003D02C1" w14:paraId="1E3CE664" w14:textId="6B55CEB2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  <w:p w:rsidR="003D02C1" w:rsidP="0444637A" w:rsidRDefault="003D02C1" w14:paraId="41A4DB6A" w14:textId="050E187D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  <w:r w:rsidRPr="0444637A" w:rsidR="0444637A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  <w:t>VERSION DATE: 2026-07-17</w:t>
          </w:r>
        </w:p>
      </w:tc>
    </w:tr>
  </w:tbl>
  <w:p w:rsidR="003D02C1" w:rsidP="1083564E" w:rsidRDefault="003D02C1" w14:paraId="5D5AC976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D02C1" w:rsidTr="1083564E" w14:paraId="1CB70574" w14:textId="77777777">
      <w:trPr>
        <w:trHeight w:val="300"/>
      </w:trPr>
      <w:tc>
        <w:tcPr>
          <w:tcW w:w="3120" w:type="dxa"/>
        </w:tcPr>
        <w:p w:rsidR="003D02C1" w:rsidP="1083564E" w:rsidRDefault="003D02C1" w14:paraId="773D7374" w14:textId="77777777">
          <w:pPr>
            <w:pStyle w:val="Header"/>
            <w:ind w:left="-115"/>
          </w:pPr>
        </w:p>
      </w:tc>
      <w:tc>
        <w:tcPr>
          <w:tcW w:w="3120" w:type="dxa"/>
        </w:tcPr>
        <w:p w:rsidR="003D02C1" w:rsidP="1083564E" w:rsidRDefault="003D02C1" w14:paraId="0B832646" w14:textId="77777777">
          <w:pPr>
            <w:pStyle w:val="Header"/>
            <w:jc w:val="center"/>
          </w:pPr>
        </w:p>
      </w:tc>
      <w:tc>
        <w:tcPr>
          <w:tcW w:w="3120" w:type="dxa"/>
        </w:tcPr>
        <w:p w:rsidR="003D02C1" w:rsidP="1083564E" w:rsidRDefault="003D02C1" w14:paraId="41600BF1" w14:textId="77777777">
          <w:pPr>
            <w:pStyle w:val="Header"/>
            <w:ind w:right="-115"/>
            <w:jc w:val="right"/>
          </w:pPr>
        </w:p>
      </w:tc>
    </w:tr>
  </w:tbl>
  <w:p w:rsidR="003D02C1" w:rsidP="1083564E" w:rsidRDefault="003D02C1" w14:paraId="3458F202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E0E07A9" w14:textId="77777777">
      <w:trPr>
        <w:trHeight w:val="300"/>
      </w:trPr>
      <w:tc>
        <w:tcPr>
          <w:tcW w:w="3120" w:type="dxa"/>
        </w:tcPr>
        <w:p w:rsidR="1083564E" w:rsidP="1083564E" w:rsidRDefault="1083564E" w14:paraId="0262C1B9" w14:textId="4F7184BF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06383F6D" w14:textId="44E12F4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10E68FF1" w14:textId="33E26156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3ED0EB34" w14:textId="435CC3E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1E6A0E3D" w14:textId="77777777">
      <w:trPr>
        <w:trHeight w:val="300"/>
      </w:trPr>
      <w:tc>
        <w:tcPr>
          <w:tcW w:w="3120" w:type="dxa"/>
        </w:tcPr>
        <w:p w:rsidR="1083564E" w:rsidP="1083564E" w:rsidRDefault="1083564E" w14:paraId="16DF2887" w14:textId="46FEC8E3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4E255687" w14:textId="2197A4B5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78FEA576" w14:textId="2C88EC4D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0BBA3B13" w14:textId="02540C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577966" w:rsidRDefault="00577966" w14:paraId="7F30B013" w14:textId="77777777">
      <w:pPr>
        <w:spacing w:after="0" w:line="240" w:lineRule="auto"/>
      </w:pPr>
      <w:r>
        <w:separator/>
      </w:r>
    </w:p>
  </w:footnote>
  <w:footnote w:type="continuationSeparator" w:id="0">
    <w:p w:rsidR="00577966" w:rsidRDefault="00577966" w14:paraId="65D4895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D02C1" w:rsidTr="1083564E" w14:paraId="7CB2CBC3" w14:textId="77777777">
      <w:trPr>
        <w:trHeight w:val="300"/>
      </w:trPr>
      <w:tc>
        <w:tcPr>
          <w:tcW w:w="3120" w:type="dxa"/>
        </w:tcPr>
        <w:p w:rsidR="003D02C1" w:rsidP="1083564E" w:rsidRDefault="003D02C1" w14:paraId="2621D6DB" w14:textId="77777777">
          <w:pPr>
            <w:pStyle w:val="Header"/>
            <w:ind w:left="-115"/>
          </w:pPr>
        </w:p>
      </w:tc>
      <w:tc>
        <w:tcPr>
          <w:tcW w:w="3120" w:type="dxa"/>
        </w:tcPr>
        <w:p w:rsidR="003D02C1" w:rsidP="1083564E" w:rsidRDefault="003D02C1" w14:paraId="7B3C62BA" w14:textId="77777777">
          <w:pPr>
            <w:pStyle w:val="Header"/>
            <w:jc w:val="center"/>
          </w:pPr>
        </w:p>
      </w:tc>
      <w:tc>
        <w:tcPr>
          <w:tcW w:w="3120" w:type="dxa"/>
        </w:tcPr>
        <w:p w:rsidR="003D02C1" w:rsidP="1083564E" w:rsidRDefault="003D02C1" w14:paraId="56A46B3C" w14:textId="77777777">
          <w:pPr>
            <w:pStyle w:val="Header"/>
            <w:ind w:right="-115"/>
            <w:jc w:val="right"/>
          </w:pPr>
        </w:p>
      </w:tc>
    </w:tr>
  </w:tbl>
  <w:p w:rsidR="003D02C1" w:rsidP="1083564E" w:rsidRDefault="003D02C1" w14:paraId="723FF86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D02C1" w:rsidTr="1083564E" w14:paraId="17184860" w14:textId="77777777">
      <w:trPr>
        <w:trHeight w:val="300"/>
      </w:trPr>
      <w:tc>
        <w:tcPr>
          <w:tcW w:w="3120" w:type="dxa"/>
        </w:tcPr>
        <w:p w:rsidR="003D02C1" w:rsidP="1083564E" w:rsidRDefault="003D02C1" w14:paraId="474A285B" w14:textId="77777777">
          <w:pPr>
            <w:pStyle w:val="Header"/>
            <w:ind w:left="-115"/>
          </w:pPr>
        </w:p>
      </w:tc>
      <w:tc>
        <w:tcPr>
          <w:tcW w:w="3120" w:type="dxa"/>
        </w:tcPr>
        <w:p w:rsidR="003D02C1" w:rsidP="1083564E" w:rsidRDefault="003D02C1" w14:paraId="02FB0F3E" w14:textId="77777777">
          <w:pPr>
            <w:pStyle w:val="Header"/>
            <w:jc w:val="center"/>
          </w:pPr>
        </w:p>
      </w:tc>
      <w:tc>
        <w:tcPr>
          <w:tcW w:w="3120" w:type="dxa"/>
        </w:tcPr>
        <w:p w:rsidR="003D02C1" w:rsidP="1083564E" w:rsidRDefault="003D02C1" w14:paraId="74846B60" w14:textId="77777777">
          <w:pPr>
            <w:pStyle w:val="Header"/>
            <w:ind w:right="-115"/>
            <w:jc w:val="right"/>
          </w:pPr>
        </w:p>
      </w:tc>
    </w:tr>
  </w:tbl>
  <w:p w:rsidR="003D02C1" w:rsidP="1083564E" w:rsidRDefault="003D02C1" w14:paraId="199D571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74855DA" w14:textId="77777777">
      <w:trPr>
        <w:trHeight w:val="300"/>
      </w:trPr>
      <w:tc>
        <w:tcPr>
          <w:tcW w:w="3120" w:type="dxa"/>
        </w:tcPr>
        <w:p w:rsidR="1083564E" w:rsidP="1083564E" w:rsidRDefault="1083564E" w14:paraId="74A129ED" w14:textId="3E7E6F64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6FE3A126" w14:textId="705ACC8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4D88AA84" w14:textId="515AEECB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83EF875" w14:textId="0E432DD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EABCA0D" w14:textId="77777777">
      <w:trPr>
        <w:trHeight w:val="300"/>
      </w:trPr>
      <w:tc>
        <w:tcPr>
          <w:tcW w:w="3120" w:type="dxa"/>
        </w:tcPr>
        <w:p w:rsidR="1083564E" w:rsidP="1083564E" w:rsidRDefault="1083564E" w14:paraId="4F921BF4" w14:textId="5A03F700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06434AE9" w14:textId="64756B6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0BEE0329" w14:textId="4397BBE8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DD4B3B9" w14:textId="12363A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2760CC2"/>
    <w:multiLevelType w:val="hybridMultilevel"/>
    <w:tmpl w:val="207698D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8A70E80"/>
    <w:multiLevelType w:val="hybridMultilevel"/>
    <w:tmpl w:val="E63E557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26B5"/>
    <w:multiLevelType w:val="hybridMultilevel"/>
    <w:tmpl w:val="3FFE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093037CF"/>
    <w:multiLevelType w:val="hybridMultilevel"/>
    <w:tmpl w:val="8A56AF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9385BC1"/>
    <w:multiLevelType w:val="hybridMultilevel"/>
    <w:tmpl w:val="EF728A98"/>
    <w:lvl w:ilvl="0" w:tplc="E7FC5A0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9BE7C4A"/>
    <w:multiLevelType w:val="hybridMultilevel"/>
    <w:tmpl w:val="FB50C3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C165F84"/>
    <w:multiLevelType w:val="hybridMultilevel"/>
    <w:tmpl w:val="072C7F98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3" w15:restartNumberingAfterBreak="0">
    <w:nsid w:val="0E836D45"/>
    <w:multiLevelType w:val="hybridMultilevel"/>
    <w:tmpl w:val="95345A7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0F47384A"/>
    <w:multiLevelType w:val="hybridMultilevel"/>
    <w:tmpl w:val="5860EB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7103E2"/>
    <w:multiLevelType w:val="hybridMultilevel"/>
    <w:tmpl w:val="5AC8175E"/>
    <w:lvl w:ilvl="0" w:tplc="E7FC5A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63F3373"/>
    <w:multiLevelType w:val="hybridMultilevel"/>
    <w:tmpl w:val="39C0F2E0"/>
    <w:lvl w:ilvl="0" w:tplc="07AA6DB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DC0E7B"/>
    <w:multiLevelType w:val="hybridMultilevel"/>
    <w:tmpl w:val="83F25AF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9463999"/>
    <w:multiLevelType w:val="singleLevel"/>
    <w:tmpl w:val="E640B500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9" w15:restartNumberingAfterBreak="0">
    <w:nsid w:val="20190998"/>
    <w:multiLevelType w:val="hybridMultilevel"/>
    <w:tmpl w:val="6276CF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216B5072"/>
    <w:multiLevelType w:val="hybridMultilevel"/>
    <w:tmpl w:val="3196C7D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C84C07"/>
    <w:multiLevelType w:val="hybridMultilevel"/>
    <w:tmpl w:val="C194F38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2A496EFB"/>
    <w:multiLevelType w:val="hybridMultilevel"/>
    <w:tmpl w:val="9F6C952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AA5263E"/>
    <w:multiLevelType w:val="hybridMultilevel"/>
    <w:tmpl w:val="569E76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9D3CE3"/>
    <w:multiLevelType w:val="hybridMultilevel"/>
    <w:tmpl w:val="32AC71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C13409"/>
    <w:multiLevelType w:val="hybridMultilevel"/>
    <w:tmpl w:val="F75C246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2FE03874"/>
    <w:multiLevelType w:val="hybridMultilevel"/>
    <w:tmpl w:val="28468498"/>
    <w:lvl w:ilvl="0" w:tplc="33C09E7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8F5AFDE0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33443E5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5B2732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E1CE3328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DA743DFC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6C1CEE4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2D6E980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50DC64B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0574508"/>
    <w:multiLevelType w:val="hybridMultilevel"/>
    <w:tmpl w:val="1B0AA4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317F2FF8"/>
    <w:multiLevelType w:val="hybridMultilevel"/>
    <w:tmpl w:val="ACB426BE"/>
    <w:lvl w:ilvl="0" w:tplc="CB8C5D04">
      <w:start w:val="1"/>
      <w:numFmt w:val="lowerLetter"/>
      <w:lvlText w:val="%1."/>
      <w:lvlJc w:val="left"/>
      <w:pPr>
        <w:ind w:left="720" w:hanging="360"/>
      </w:pPr>
    </w:lvl>
    <w:lvl w:ilvl="1" w:tplc="C80277AC">
      <w:start w:val="1"/>
      <w:numFmt w:val="lowerLetter"/>
      <w:lvlText w:val="%2."/>
      <w:lvlJc w:val="left"/>
      <w:pPr>
        <w:ind w:left="1440" w:hanging="360"/>
      </w:pPr>
    </w:lvl>
    <w:lvl w:ilvl="2" w:tplc="7F9644FE">
      <w:start w:val="1"/>
      <w:numFmt w:val="lowerRoman"/>
      <w:lvlText w:val="%3."/>
      <w:lvlJc w:val="right"/>
      <w:pPr>
        <w:ind w:left="2160" w:hanging="180"/>
      </w:pPr>
    </w:lvl>
    <w:lvl w:ilvl="3" w:tplc="36E8C2E4">
      <w:start w:val="1"/>
      <w:numFmt w:val="decimal"/>
      <w:lvlText w:val="%4."/>
      <w:lvlJc w:val="left"/>
      <w:pPr>
        <w:ind w:left="2880" w:hanging="360"/>
      </w:pPr>
    </w:lvl>
    <w:lvl w:ilvl="4" w:tplc="1F94E478">
      <w:start w:val="1"/>
      <w:numFmt w:val="lowerLetter"/>
      <w:lvlText w:val="%5."/>
      <w:lvlJc w:val="left"/>
      <w:pPr>
        <w:ind w:left="3600" w:hanging="360"/>
      </w:pPr>
    </w:lvl>
    <w:lvl w:ilvl="5" w:tplc="4B36E8D8">
      <w:start w:val="1"/>
      <w:numFmt w:val="lowerRoman"/>
      <w:lvlText w:val="%6."/>
      <w:lvlJc w:val="right"/>
      <w:pPr>
        <w:ind w:left="4320" w:hanging="180"/>
      </w:pPr>
    </w:lvl>
    <w:lvl w:ilvl="6" w:tplc="46C67938">
      <w:start w:val="1"/>
      <w:numFmt w:val="decimal"/>
      <w:lvlText w:val="%7."/>
      <w:lvlJc w:val="left"/>
      <w:pPr>
        <w:ind w:left="5040" w:hanging="360"/>
      </w:pPr>
    </w:lvl>
    <w:lvl w:ilvl="7" w:tplc="F96096B8">
      <w:start w:val="1"/>
      <w:numFmt w:val="lowerLetter"/>
      <w:lvlText w:val="%8."/>
      <w:lvlJc w:val="left"/>
      <w:pPr>
        <w:ind w:left="5760" w:hanging="360"/>
      </w:pPr>
    </w:lvl>
    <w:lvl w:ilvl="8" w:tplc="B1AC8C0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D69BE"/>
    <w:multiLevelType w:val="hybridMultilevel"/>
    <w:tmpl w:val="F5627A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34235185"/>
    <w:multiLevelType w:val="hybridMultilevel"/>
    <w:tmpl w:val="796A7C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34DA47C3"/>
    <w:multiLevelType w:val="hybridMultilevel"/>
    <w:tmpl w:val="A29EF50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38DF153C"/>
    <w:multiLevelType w:val="hybridMultilevel"/>
    <w:tmpl w:val="C58C39E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397B598B"/>
    <w:multiLevelType w:val="hybridMultilevel"/>
    <w:tmpl w:val="B678CE7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701AEE"/>
    <w:multiLevelType w:val="hybridMultilevel"/>
    <w:tmpl w:val="1D72F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5A312C"/>
    <w:multiLevelType w:val="hybridMultilevel"/>
    <w:tmpl w:val="998E7B04"/>
    <w:lvl w:ilvl="0" w:tplc="83C227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F9295F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0F366E"/>
    <w:multiLevelType w:val="hybridMultilevel"/>
    <w:tmpl w:val="B06A5A5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3F696E9D"/>
    <w:multiLevelType w:val="hybridMultilevel"/>
    <w:tmpl w:val="ABAA47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0786AD5"/>
    <w:multiLevelType w:val="hybridMultilevel"/>
    <w:tmpl w:val="6DB095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431F3E6C"/>
    <w:multiLevelType w:val="hybridMultilevel"/>
    <w:tmpl w:val="E7CAF41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43CC205A"/>
    <w:multiLevelType w:val="hybridMultilevel"/>
    <w:tmpl w:val="9F5648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45730F78"/>
    <w:multiLevelType w:val="hybridMultilevel"/>
    <w:tmpl w:val="310626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7850AA0"/>
    <w:multiLevelType w:val="hybridMultilevel"/>
    <w:tmpl w:val="23DAC656"/>
    <w:lvl w:ilvl="0" w:tplc="2B6AD4BC">
      <w:start w:val="1"/>
      <w:numFmt w:val="lowerRoman"/>
      <w:lvlText w:val="%1."/>
      <w:lvlJc w:val="right"/>
      <w:pPr>
        <w:ind w:left="288" w:hanging="216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6358B57E">
      <w:start w:val="10"/>
      <w:numFmt w:val="bullet"/>
      <w:lvlText w:val="-"/>
      <w:lvlJc w:val="left"/>
      <w:pPr>
        <w:ind w:left="2520" w:hanging="360"/>
      </w:pPr>
      <w:rPr>
        <w:rFonts w:hint="default" w:ascii="Calibri" w:hAnsi="Calibri" w:eastAsia="Calibri" w:cs="Calibri"/>
        <w:sz w:val="20"/>
      </w:rPr>
    </w:lvl>
    <w:lvl w:ilvl="4" w:tplc="FA4A9C8E">
      <w:start w:val="1"/>
      <w:numFmt w:val="upperRoman"/>
      <w:lvlText w:val="%5."/>
      <w:lvlJc w:val="left"/>
      <w:pPr>
        <w:ind w:left="3600" w:hanging="720"/>
      </w:pPr>
      <w:rPr>
        <w:rFonts w:hint="default"/>
        <w:sz w:val="20"/>
      </w:rPr>
    </w:lvl>
    <w:lvl w:ilvl="5" w:tplc="8722B556">
      <w:start w:val="8"/>
      <w:numFmt w:val="lowerLetter"/>
      <w:lvlText w:val="%6."/>
      <w:lvlJc w:val="left"/>
      <w:pPr>
        <w:ind w:left="4140" w:hanging="360"/>
      </w:pPr>
      <w:rPr>
        <w:rFonts w:hint="default"/>
        <w:sz w:val="20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B478AD"/>
    <w:multiLevelType w:val="hybridMultilevel"/>
    <w:tmpl w:val="9298763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48DF632D"/>
    <w:multiLevelType w:val="hybridMultilevel"/>
    <w:tmpl w:val="09B4B9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48F35C3F"/>
    <w:multiLevelType w:val="hybridMultilevel"/>
    <w:tmpl w:val="4CEEA9C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490920EB"/>
    <w:multiLevelType w:val="hybridMultilevel"/>
    <w:tmpl w:val="13EEF8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C436FF1"/>
    <w:multiLevelType w:val="hybridMultilevel"/>
    <w:tmpl w:val="9D78B0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4F485110"/>
    <w:multiLevelType w:val="hybridMultilevel"/>
    <w:tmpl w:val="53CADF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9" w15:restartNumberingAfterBreak="0">
    <w:nsid w:val="50965637"/>
    <w:multiLevelType w:val="hybridMultilevel"/>
    <w:tmpl w:val="9F448CB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0" w15:restartNumberingAfterBreak="0">
    <w:nsid w:val="50EE7A44"/>
    <w:multiLevelType w:val="hybridMultilevel"/>
    <w:tmpl w:val="C23289C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1" w15:restartNumberingAfterBreak="0">
    <w:nsid w:val="51156470"/>
    <w:multiLevelType w:val="hybridMultilevel"/>
    <w:tmpl w:val="B0647A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2" w15:restartNumberingAfterBreak="0">
    <w:nsid w:val="57846B85"/>
    <w:multiLevelType w:val="hybridMultilevel"/>
    <w:tmpl w:val="483A3B52"/>
    <w:lvl w:ilvl="0" w:tplc="1CB46D58">
      <w:start w:val="1"/>
      <w:numFmt w:val="lowerLetter"/>
      <w:lvlText w:val="%1."/>
      <w:lvlJc w:val="left"/>
      <w:pPr>
        <w:ind w:left="720" w:hanging="360"/>
      </w:pPr>
    </w:lvl>
    <w:lvl w:ilvl="1" w:tplc="40406D08">
      <w:start w:val="1"/>
      <w:numFmt w:val="lowerLetter"/>
      <w:lvlText w:val="%2."/>
      <w:lvlJc w:val="left"/>
      <w:pPr>
        <w:ind w:left="1440" w:hanging="360"/>
      </w:pPr>
    </w:lvl>
    <w:lvl w:ilvl="2" w:tplc="56E4FA1E">
      <w:start w:val="1"/>
      <w:numFmt w:val="lowerRoman"/>
      <w:lvlText w:val="%3."/>
      <w:lvlJc w:val="right"/>
      <w:pPr>
        <w:ind w:left="2160" w:hanging="180"/>
      </w:pPr>
    </w:lvl>
    <w:lvl w:ilvl="3" w:tplc="D382D11A">
      <w:start w:val="1"/>
      <w:numFmt w:val="decimal"/>
      <w:lvlText w:val="%4."/>
      <w:lvlJc w:val="left"/>
      <w:pPr>
        <w:ind w:left="2880" w:hanging="360"/>
      </w:pPr>
    </w:lvl>
    <w:lvl w:ilvl="4" w:tplc="7004E8EE">
      <w:start w:val="1"/>
      <w:numFmt w:val="lowerLetter"/>
      <w:lvlText w:val="%5."/>
      <w:lvlJc w:val="left"/>
      <w:pPr>
        <w:ind w:left="3600" w:hanging="360"/>
      </w:pPr>
    </w:lvl>
    <w:lvl w:ilvl="5" w:tplc="77FEAF7E">
      <w:start w:val="1"/>
      <w:numFmt w:val="lowerRoman"/>
      <w:lvlText w:val="%6."/>
      <w:lvlJc w:val="right"/>
      <w:pPr>
        <w:ind w:left="4320" w:hanging="180"/>
      </w:pPr>
    </w:lvl>
    <w:lvl w:ilvl="6" w:tplc="F80C6D0A">
      <w:start w:val="1"/>
      <w:numFmt w:val="decimal"/>
      <w:lvlText w:val="%7."/>
      <w:lvlJc w:val="left"/>
      <w:pPr>
        <w:ind w:left="5040" w:hanging="360"/>
      </w:pPr>
    </w:lvl>
    <w:lvl w:ilvl="7" w:tplc="8826A088">
      <w:start w:val="1"/>
      <w:numFmt w:val="lowerLetter"/>
      <w:lvlText w:val="%8."/>
      <w:lvlJc w:val="left"/>
      <w:pPr>
        <w:ind w:left="5760" w:hanging="360"/>
      </w:pPr>
    </w:lvl>
    <w:lvl w:ilvl="8" w:tplc="277ACBB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263FB3"/>
    <w:multiLevelType w:val="hybridMultilevel"/>
    <w:tmpl w:val="CCDCAD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4" w15:restartNumberingAfterBreak="0">
    <w:nsid w:val="5D943674"/>
    <w:multiLevelType w:val="hybridMultilevel"/>
    <w:tmpl w:val="6AAE01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5" w15:restartNumberingAfterBreak="0">
    <w:nsid w:val="5EBD3C19"/>
    <w:multiLevelType w:val="hybridMultilevel"/>
    <w:tmpl w:val="A9A6CD9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6" w15:restartNumberingAfterBreak="0">
    <w:nsid w:val="5EF07225"/>
    <w:multiLevelType w:val="hybridMultilevel"/>
    <w:tmpl w:val="83DAAB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7" w15:restartNumberingAfterBreak="0">
    <w:nsid w:val="691C1BE2"/>
    <w:multiLevelType w:val="hybridMultilevel"/>
    <w:tmpl w:val="B09CE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6A701D46"/>
    <w:multiLevelType w:val="hybridMultilevel"/>
    <w:tmpl w:val="527A7020"/>
    <w:lvl w:ilvl="0" w:tplc="B8726E7E">
      <w:start w:val="1"/>
      <w:numFmt w:val="decimal"/>
      <w:lvlText w:val="%1."/>
      <w:lvlJc w:val="left"/>
      <w:pPr>
        <w:ind w:left="576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E3EA5"/>
    <w:multiLevelType w:val="hybridMultilevel"/>
    <w:tmpl w:val="F89E4B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0" w15:restartNumberingAfterBreak="0">
    <w:nsid w:val="6DE25696"/>
    <w:multiLevelType w:val="hybridMultilevel"/>
    <w:tmpl w:val="A0C2D0EE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4821E1"/>
    <w:multiLevelType w:val="hybridMultilevel"/>
    <w:tmpl w:val="ACD4C3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2F44F54"/>
    <w:multiLevelType w:val="hybridMultilevel"/>
    <w:tmpl w:val="0FE8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3" w15:restartNumberingAfterBreak="0">
    <w:nsid w:val="737D6237"/>
    <w:multiLevelType w:val="hybridMultilevel"/>
    <w:tmpl w:val="414C7EF8"/>
    <w:lvl w:ilvl="0" w:tplc="04090001">
      <w:start w:val="1"/>
      <w:numFmt w:val="bullet"/>
      <w:lvlText w:val=""/>
      <w:lvlJc w:val="left"/>
      <w:pPr>
        <w:ind w:left="115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64" w15:restartNumberingAfterBreak="0">
    <w:nsid w:val="74675227"/>
    <w:multiLevelType w:val="hybridMultilevel"/>
    <w:tmpl w:val="95B60DD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5" w15:restartNumberingAfterBreak="0">
    <w:nsid w:val="7B471A6D"/>
    <w:multiLevelType w:val="hybridMultilevel"/>
    <w:tmpl w:val="1EB43284"/>
    <w:lvl w:ilvl="0" w:tplc="47B8E6A2">
      <w:start w:val="1"/>
      <w:numFmt w:val="decimal"/>
      <w:lvlText w:val="%1."/>
      <w:lvlJc w:val="left"/>
      <w:pPr>
        <w:ind w:left="432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D237C0A"/>
    <w:multiLevelType w:val="hybridMultilevel"/>
    <w:tmpl w:val="BC8CFED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7" w15:restartNumberingAfterBreak="0">
    <w:nsid w:val="7D92E161"/>
    <w:multiLevelType w:val="hybridMultilevel"/>
    <w:tmpl w:val="023E6974"/>
    <w:lvl w:ilvl="0" w:tplc="152450DC">
      <w:start w:val="1"/>
      <w:numFmt w:val="lowerLetter"/>
      <w:lvlText w:val="%1."/>
      <w:lvlJc w:val="left"/>
      <w:pPr>
        <w:ind w:left="720" w:hanging="360"/>
      </w:pPr>
    </w:lvl>
    <w:lvl w:ilvl="1" w:tplc="82A09DD0">
      <w:start w:val="1"/>
      <w:numFmt w:val="lowerLetter"/>
      <w:lvlText w:val="%2."/>
      <w:lvlJc w:val="left"/>
      <w:pPr>
        <w:ind w:left="1440" w:hanging="360"/>
      </w:pPr>
    </w:lvl>
    <w:lvl w:ilvl="2" w:tplc="C4CC67AC">
      <w:start w:val="1"/>
      <w:numFmt w:val="lowerRoman"/>
      <w:lvlText w:val="%3."/>
      <w:lvlJc w:val="right"/>
      <w:pPr>
        <w:ind w:left="2160" w:hanging="180"/>
      </w:pPr>
    </w:lvl>
    <w:lvl w:ilvl="3" w:tplc="A214477A">
      <w:start w:val="1"/>
      <w:numFmt w:val="decimal"/>
      <w:lvlText w:val="%4."/>
      <w:lvlJc w:val="left"/>
      <w:pPr>
        <w:ind w:left="2880" w:hanging="360"/>
      </w:pPr>
    </w:lvl>
    <w:lvl w:ilvl="4" w:tplc="923214C0">
      <w:start w:val="1"/>
      <w:numFmt w:val="lowerLetter"/>
      <w:lvlText w:val="%5."/>
      <w:lvlJc w:val="left"/>
      <w:pPr>
        <w:ind w:left="3600" w:hanging="360"/>
      </w:pPr>
    </w:lvl>
    <w:lvl w:ilvl="5" w:tplc="8494BB7C">
      <w:start w:val="1"/>
      <w:numFmt w:val="lowerRoman"/>
      <w:lvlText w:val="%6."/>
      <w:lvlJc w:val="right"/>
      <w:pPr>
        <w:ind w:left="4320" w:hanging="180"/>
      </w:pPr>
    </w:lvl>
    <w:lvl w:ilvl="6" w:tplc="26C83682">
      <w:start w:val="1"/>
      <w:numFmt w:val="decimal"/>
      <w:lvlText w:val="%7."/>
      <w:lvlJc w:val="left"/>
      <w:pPr>
        <w:ind w:left="5040" w:hanging="360"/>
      </w:pPr>
    </w:lvl>
    <w:lvl w:ilvl="7" w:tplc="86DAF382">
      <w:start w:val="1"/>
      <w:numFmt w:val="lowerLetter"/>
      <w:lvlText w:val="%8."/>
      <w:lvlJc w:val="left"/>
      <w:pPr>
        <w:ind w:left="5760" w:hanging="360"/>
      </w:pPr>
    </w:lvl>
    <w:lvl w:ilvl="8" w:tplc="8514EE4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933178"/>
    <w:multiLevelType w:val="hybridMultilevel"/>
    <w:tmpl w:val="F61AD9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341540381">
    <w:abstractNumId w:val="26"/>
  </w:num>
  <w:num w:numId="2" w16cid:durableId="1205874402">
    <w:abstractNumId w:val="67"/>
  </w:num>
  <w:num w:numId="3" w16cid:durableId="2084838654">
    <w:abstractNumId w:val="28"/>
  </w:num>
  <w:num w:numId="4" w16cid:durableId="1513453011">
    <w:abstractNumId w:val="52"/>
  </w:num>
  <w:num w:numId="5" w16cid:durableId="2088921991">
    <w:abstractNumId w:val="5"/>
  </w:num>
  <w:num w:numId="6" w16cid:durableId="388504024">
    <w:abstractNumId w:val="3"/>
  </w:num>
  <w:num w:numId="7" w16cid:durableId="851918121">
    <w:abstractNumId w:val="2"/>
  </w:num>
  <w:num w:numId="8" w16cid:durableId="1443186974">
    <w:abstractNumId w:val="4"/>
  </w:num>
  <w:num w:numId="9" w16cid:durableId="2049991089">
    <w:abstractNumId w:val="1"/>
  </w:num>
  <w:num w:numId="10" w16cid:durableId="1730960705">
    <w:abstractNumId w:val="0"/>
  </w:num>
  <w:num w:numId="11" w16cid:durableId="668483045">
    <w:abstractNumId w:val="18"/>
    <w:lvlOverride w:ilvl="0">
      <w:startOverride w:val="1"/>
    </w:lvlOverride>
  </w:num>
  <w:num w:numId="12" w16cid:durableId="969823437">
    <w:abstractNumId w:val="18"/>
    <w:lvlOverride w:ilvl="0">
      <w:startOverride w:val="1"/>
    </w:lvlOverride>
  </w:num>
  <w:num w:numId="13" w16cid:durableId="2084989184">
    <w:abstractNumId w:val="18"/>
    <w:lvlOverride w:ilvl="0">
      <w:startOverride w:val="1"/>
    </w:lvlOverride>
  </w:num>
  <w:num w:numId="14" w16cid:durableId="1968508436">
    <w:abstractNumId w:val="49"/>
  </w:num>
  <w:num w:numId="15" w16cid:durableId="199821547">
    <w:abstractNumId w:val="55"/>
  </w:num>
  <w:num w:numId="16" w16cid:durableId="1050810158">
    <w:abstractNumId w:val="6"/>
  </w:num>
  <w:num w:numId="17" w16cid:durableId="1291672510">
    <w:abstractNumId w:val="44"/>
  </w:num>
  <w:num w:numId="18" w16cid:durableId="1542286370">
    <w:abstractNumId w:val="31"/>
  </w:num>
  <w:num w:numId="19" w16cid:durableId="382142442">
    <w:abstractNumId w:val="40"/>
  </w:num>
  <w:num w:numId="20" w16cid:durableId="382103042">
    <w:abstractNumId w:val="34"/>
  </w:num>
  <w:num w:numId="21" w16cid:durableId="1105736517">
    <w:abstractNumId w:val="23"/>
  </w:num>
  <w:num w:numId="22" w16cid:durableId="872546625">
    <w:abstractNumId w:val="35"/>
  </w:num>
  <w:num w:numId="23" w16cid:durableId="180555961">
    <w:abstractNumId w:val="42"/>
  </w:num>
  <w:num w:numId="24" w16cid:durableId="1570655040">
    <w:abstractNumId w:val="10"/>
  </w:num>
  <w:num w:numId="25" w16cid:durableId="1714575699">
    <w:abstractNumId w:val="15"/>
  </w:num>
  <w:num w:numId="26" w16cid:durableId="265313124">
    <w:abstractNumId w:val="41"/>
  </w:num>
  <w:num w:numId="27" w16cid:durableId="893396463">
    <w:abstractNumId w:val="57"/>
  </w:num>
  <w:num w:numId="28" w16cid:durableId="790829892">
    <w:abstractNumId w:val="46"/>
  </w:num>
  <w:num w:numId="29" w16cid:durableId="1928729810">
    <w:abstractNumId w:val="59"/>
  </w:num>
  <w:num w:numId="30" w16cid:durableId="2027704335">
    <w:abstractNumId w:val="17"/>
  </w:num>
  <w:num w:numId="31" w16cid:durableId="1759325669">
    <w:abstractNumId w:val="62"/>
  </w:num>
  <w:num w:numId="32" w16cid:durableId="1052539046">
    <w:abstractNumId w:val="51"/>
  </w:num>
  <w:num w:numId="33" w16cid:durableId="866017870">
    <w:abstractNumId w:val="12"/>
  </w:num>
  <w:num w:numId="34" w16cid:durableId="192115419">
    <w:abstractNumId w:val="8"/>
  </w:num>
  <w:num w:numId="35" w16cid:durableId="1656645417">
    <w:abstractNumId w:val="50"/>
  </w:num>
  <w:num w:numId="36" w16cid:durableId="1570919922">
    <w:abstractNumId w:val="66"/>
  </w:num>
  <w:num w:numId="37" w16cid:durableId="1500387942">
    <w:abstractNumId w:val="64"/>
  </w:num>
  <w:num w:numId="38" w16cid:durableId="1217014665">
    <w:abstractNumId w:val="56"/>
  </w:num>
  <w:num w:numId="39" w16cid:durableId="2001033577">
    <w:abstractNumId w:val="54"/>
  </w:num>
  <w:num w:numId="40" w16cid:durableId="1926524850">
    <w:abstractNumId w:val="38"/>
  </w:num>
  <w:num w:numId="41" w16cid:durableId="256059251">
    <w:abstractNumId w:val="25"/>
  </w:num>
  <w:num w:numId="42" w16cid:durableId="1942712728">
    <w:abstractNumId w:val="29"/>
  </w:num>
  <w:num w:numId="43" w16cid:durableId="25570865">
    <w:abstractNumId w:val="36"/>
  </w:num>
  <w:num w:numId="44" w16cid:durableId="1770543818">
    <w:abstractNumId w:val="43"/>
  </w:num>
  <w:num w:numId="45" w16cid:durableId="1283226854">
    <w:abstractNumId w:val="45"/>
  </w:num>
  <w:num w:numId="46" w16cid:durableId="1601982439">
    <w:abstractNumId w:val="19"/>
  </w:num>
  <w:num w:numId="47" w16cid:durableId="1802651847">
    <w:abstractNumId w:val="47"/>
  </w:num>
  <w:num w:numId="48" w16cid:durableId="1535116201">
    <w:abstractNumId w:val="22"/>
  </w:num>
  <w:num w:numId="49" w16cid:durableId="1970044023">
    <w:abstractNumId w:val="39"/>
  </w:num>
  <w:num w:numId="50" w16cid:durableId="1040712203">
    <w:abstractNumId w:val="13"/>
  </w:num>
  <w:num w:numId="51" w16cid:durableId="1019701218">
    <w:abstractNumId w:val="21"/>
  </w:num>
  <w:num w:numId="52" w16cid:durableId="1395448">
    <w:abstractNumId w:val="61"/>
  </w:num>
  <w:num w:numId="53" w16cid:durableId="582178438">
    <w:abstractNumId w:val="24"/>
  </w:num>
  <w:num w:numId="54" w16cid:durableId="2129078633">
    <w:abstractNumId w:val="33"/>
  </w:num>
  <w:num w:numId="55" w16cid:durableId="1009673903">
    <w:abstractNumId w:val="11"/>
  </w:num>
  <w:num w:numId="56" w16cid:durableId="64618659">
    <w:abstractNumId w:val="9"/>
  </w:num>
  <w:num w:numId="57" w16cid:durableId="265649924">
    <w:abstractNumId w:val="20"/>
  </w:num>
  <w:num w:numId="58" w16cid:durableId="1109620131">
    <w:abstractNumId w:val="48"/>
  </w:num>
  <w:num w:numId="59" w16cid:durableId="2039771903">
    <w:abstractNumId w:val="68"/>
  </w:num>
  <w:num w:numId="60" w16cid:durableId="1902135001">
    <w:abstractNumId w:val="37"/>
  </w:num>
  <w:num w:numId="61" w16cid:durableId="1775050503">
    <w:abstractNumId w:val="7"/>
  </w:num>
  <w:num w:numId="62" w16cid:durableId="2036074839">
    <w:abstractNumId w:val="63"/>
  </w:num>
  <w:num w:numId="63" w16cid:durableId="2117402941">
    <w:abstractNumId w:val="30"/>
  </w:num>
  <w:num w:numId="64" w16cid:durableId="1516841784">
    <w:abstractNumId w:val="27"/>
  </w:num>
  <w:num w:numId="65" w16cid:durableId="1128664323">
    <w:abstractNumId w:val="53"/>
  </w:num>
  <w:num w:numId="66" w16cid:durableId="1708487412">
    <w:abstractNumId w:val="32"/>
  </w:num>
  <w:num w:numId="67" w16cid:durableId="1948653771">
    <w:abstractNumId w:val="65"/>
  </w:num>
  <w:num w:numId="68" w16cid:durableId="131867472">
    <w:abstractNumId w:val="58"/>
  </w:num>
  <w:num w:numId="69" w16cid:durableId="1854805119">
    <w:abstractNumId w:val="60"/>
  </w:num>
  <w:num w:numId="70" w16cid:durableId="923342905">
    <w:abstractNumId w:val="14"/>
  </w:num>
  <w:num w:numId="71" w16cid:durableId="2136751914">
    <w:abstractNumId w:val="16"/>
  </w:num>
  <w:numIdMacAtCleanup w:val="6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3F"/>
    <w:rsid w:val="0000300B"/>
    <w:rsid w:val="00007969"/>
    <w:rsid w:val="00016E61"/>
    <w:rsid w:val="00016EFB"/>
    <w:rsid w:val="0002042D"/>
    <w:rsid w:val="00030286"/>
    <w:rsid w:val="00030E78"/>
    <w:rsid w:val="00031282"/>
    <w:rsid w:val="000313F6"/>
    <w:rsid w:val="00031AD9"/>
    <w:rsid w:val="00034616"/>
    <w:rsid w:val="00037504"/>
    <w:rsid w:val="00041093"/>
    <w:rsid w:val="00047E2B"/>
    <w:rsid w:val="0005287E"/>
    <w:rsid w:val="00054C43"/>
    <w:rsid w:val="0006063C"/>
    <w:rsid w:val="00063AC6"/>
    <w:rsid w:val="00064E9B"/>
    <w:rsid w:val="00066AAC"/>
    <w:rsid w:val="00066E66"/>
    <w:rsid w:val="00067DC5"/>
    <w:rsid w:val="0007239C"/>
    <w:rsid w:val="00072F7E"/>
    <w:rsid w:val="000733CF"/>
    <w:rsid w:val="000774F7"/>
    <w:rsid w:val="00077B59"/>
    <w:rsid w:val="00080B39"/>
    <w:rsid w:val="00081E9D"/>
    <w:rsid w:val="00082F0D"/>
    <w:rsid w:val="00083C9F"/>
    <w:rsid w:val="00085FFD"/>
    <w:rsid w:val="00086390"/>
    <w:rsid w:val="00090A3C"/>
    <w:rsid w:val="00095A74"/>
    <w:rsid w:val="00095FCC"/>
    <w:rsid w:val="000A0295"/>
    <w:rsid w:val="000A19D5"/>
    <w:rsid w:val="000A1BFA"/>
    <w:rsid w:val="000A784F"/>
    <w:rsid w:val="000B5E02"/>
    <w:rsid w:val="000B5EEB"/>
    <w:rsid w:val="000B680D"/>
    <w:rsid w:val="000C05FF"/>
    <w:rsid w:val="000C06D0"/>
    <w:rsid w:val="000C0B08"/>
    <w:rsid w:val="000C1E56"/>
    <w:rsid w:val="000C1F22"/>
    <w:rsid w:val="000C2E5E"/>
    <w:rsid w:val="000C34DF"/>
    <w:rsid w:val="000C447C"/>
    <w:rsid w:val="000C6ECC"/>
    <w:rsid w:val="000D1FAB"/>
    <w:rsid w:val="000D27E9"/>
    <w:rsid w:val="000D39A0"/>
    <w:rsid w:val="000D71E8"/>
    <w:rsid w:val="000E31AD"/>
    <w:rsid w:val="000E38BD"/>
    <w:rsid w:val="000E631A"/>
    <w:rsid w:val="000F0F95"/>
    <w:rsid w:val="000F7BD3"/>
    <w:rsid w:val="001001BC"/>
    <w:rsid w:val="00121803"/>
    <w:rsid w:val="00123B3D"/>
    <w:rsid w:val="00126733"/>
    <w:rsid w:val="0012681D"/>
    <w:rsid w:val="00127157"/>
    <w:rsid w:val="00130DD0"/>
    <w:rsid w:val="00134A4A"/>
    <w:rsid w:val="00137741"/>
    <w:rsid w:val="0014193E"/>
    <w:rsid w:val="00143BF3"/>
    <w:rsid w:val="00143C33"/>
    <w:rsid w:val="0015074B"/>
    <w:rsid w:val="00150C4A"/>
    <w:rsid w:val="00153040"/>
    <w:rsid w:val="00153EF0"/>
    <w:rsid w:val="00163300"/>
    <w:rsid w:val="00165BB1"/>
    <w:rsid w:val="001721AC"/>
    <w:rsid w:val="0017255B"/>
    <w:rsid w:val="00173441"/>
    <w:rsid w:val="00174E36"/>
    <w:rsid w:val="001752F6"/>
    <w:rsid w:val="00175786"/>
    <w:rsid w:val="00177D72"/>
    <w:rsid w:val="00185DD6"/>
    <w:rsid w:val="00186D97"/>
    <w:rsid w:val="00192213"/>
    <w:rsid w:val="0019623C"/>
    <w:rsid w:val="001964CE"/>
    <w:rsid w:val="001967A6"/>
    <w:rsid w:val="001A0E02"/>
    <w:rsid w:val="001A12C8"/>
    <w:rsid w:val="001A1AA0"/>
    <w:rsid w:val="001A5BDC"/>
    <w:rsid w:val="001A5DE0"/>
    <w:rsid w:val="001B1876"/>
    <w:rsid w:val="001B1B23"/>
    <w:rsid w:val="001B6542"/>
    <w:rsid w:val="001B697E"/>
    <w:rsid w:val="001C2CE6"/>
    <w:rsid w:val="001C2EB9"/>
    <w:rsid w:val="001C72BF"/>
    <w:rsid w:val="001D0505"/>
    <w:rsid w:val="001D2C41"/>
    <w:rsid w:val="001D3ABF"/>
    <w:rsid w:val="001D3D57"/>
    <w:rsid w:val="001D6D6A"/>
    <w:rsid w:val="001E201D"/>
    <w:rsid w:val="001E260F"/>
    <w:rsid w:val="001E3E3A"/>
    <w:rsid w:val="001E4A69"/>
    <w:rsid w:val="001E789D"/>
    <w:rsid w:val="00203A9B"/>
    <w:rsid w:val="00206F56"/>
    <w:rsid w:val="002134CB"/>
    <w:rsid w:val="00213B46"/>
    <w:rsid w:val="00213BF6"/>
    <w:rsid w:val="0021683B"/>
    <w:rsid w:val="00217925"/>
    <w:rsid w:val="00217C82"/>
    <w:rsid w:val="0021E4E1"/>
    <w:rsid w:val="002231DB"/>
    <w:rsid w:val="00236DED"/>
    <w:rsid w:val="0024074C"/>
    <w:rsid w:val="00240C7C"/>
    <w:rsid w:val="00242E50"/>
    <w:rsid w:val="002547C1"/>
    <w:rsid w:val="002578B9"/>
    <w:rsid w:val="00257AD2"/>
    <w:rsid w:val="002642C5"/>
    <w:rsid w:val="002662E1"/>
    <w:rsid w:val="00266D85"/>
    <w:rsid w:val="0027130C"/>
    <w:rsid w:val="00271E44"/>
    <w:rsid w:val="002750C1"/>
    <w:rsid w:val="00280F84"/>
    <w:rsid w:val="002810F3"/>
    <w:rsid w:val="00283114"/>
    <w:rsid w:val="0028627F"/>
    <w:rsid w:val="002862DC"/>
    <w:rsid w:val="00287045"/>
    <w:rsid w:val="002870F8"/>
    <w:rsid w:val="0029278D"/>
    <w:rsid w:val="00294C09"/>
    <w:rsid w:val="00295AB0"/>
    <w:rsid w:val="0029639D"/>
    <w:rsid w:val="002A25EE"/>
    <w:rsid w:val="002A3103"/>
    <w:rsid w:val="002A6408"/>
    <w:rsid w:val="002A7950"/>
    <w:rsid w:val="002B3F2B"/>
    <w:rsid w:val="002B4B57"/>
    <w:rsid w:val="002B5508"/>
    <w:rsid w:val="002B6308"/>
    <w:rsid w:val="002C1BDD"/>
    <w:rsid w:val="002C60B0"/>
    <w:rsid w:val="002E506B"/>
    <w:rsid w:val="002E535A"/>
    <w:rsid w:val="002E79A8"/>
    <w:rsid w:val="0030138A"/>
    <w:rsid w:val="00301E3F"/>
    <w:rsid w:val="00303558"/>
    <w:rsid w:val="00303A3B"/>
    <w:rsid w:val="00305605"/>
    <w:rsid w:val="003076E3"/>
    <w:rsid w:val="00307AAE"/>
    <w:rsid w:val="00310619"/>
    <w:rsid w:val="0031467C"/>
    <w:rsid w:val="00321CC7"/>
    <w:rsid w:val="0032258D"/>
    <w:rsid w:val="003250DD"/>
    <w:rsid w:val="00326518"/>
    <w:rsid w:val="00326E8B"/>
    <w:rsid w:val="00326F90"/>
    <w:rsid w:val="00327D8A"/>
    <w:rsid w:val="0032F290"/>
    <w:rsid w:val="00334B84"/>
    <w:rsid w:val="00334DC8"/>
    <w:rsid w:val="00336B4F"/>
    <w:rsid w:val="003401CD"/>
    <w:rsid w:val="00340EF2"/>
    <w:rsid w:val="003423B5"/>
    <w:rsid w:val="003447E5"/>
    <w:rsid w:val="00345B19"/>
    <w:rsid w:val="003510FB"/>
    <w:rsid w:val="00357E24"/>
    <w:rsid w:val="00363462"/>
    <w:rsid w:val="0037054D"/>
    <w:rsid w:val="00370D6F"/>
    <w:rsid w:val="00371AD6"/>
    <w:rsid w:val="00371E90"/>
    <w:rsid w:val="00377DBC"/>
    <w:rsid w:val="0038045A"/>
    <w:rsid w:val="00381CB3"/>
    <w:rsid w:val="0038253D"/>
    <w:rsid w:val="00382D04"/>
    <w:rsid w:val="00384BEB"/>
    <w:rsid w:val="003870C8"/>
    <w:rsid w:val="003948AF"/>
    <w:rsid w:val="00397E5A"/>
    <w:rsid w:val="003A0EE6"/>
    <w:rsid w:val="003A1BF2"/>
    <w:rsid w:val="003A742C"/>
    <w:rsid w:val="003B11A0"/>
    <w:rsid w:val="003B3C00"/>
    <w:rsid w:val="003B49DD"/>
    <w:rsid w:val="003B5DD3"/>
    <w:rsid w:val="003B6B88"/>
    <w:rsid w:val="003C1DE4"/>
    <w:rsid w:val="003C2858"/>
    <w:rsid w:val="003C4846"/>
    <w:rsid w:val="003C59CC"/>
    <w:rsid w:val="003D02C1"/>
    <w:rsid w:val="003D5485"/>
    <w:rsid w:val="003E04F7"/>
    <w:rsid w:val="003E40FD"/>
    <w:rsid w:val="003E489F"/>
    <w:rsid w:val="003E4F8D"/>
    <w:rsid w:val="003E7390"/>
    <w:rsid w:val="003F14F7"/>
    <w:rsid w:val="003F67C2"/>
    <w:rsid w:val="00400C84"/>
    <w:rsid w:val="00401EC7"/>
    <w:rsid w:val="004038D7"/>
    <w:rsid w:val="0040551B"/>
    <w:rsid w:val="00406B81"/>
    <w:rsid w:val="00410315"/>
    <w:rsid w:val="0041173D"/>
    <w:rsid w:val="00411DE3"/>
    <w:rsid w:val="004135ED"/>
    <w:rsid w:val="00414F80"/>
    <w:rsid w:val="00417502"/>
    <w:rsid w:val="0041F3F8"/>
    <w:rsid w:val="00424357"/>
    <w:rsid w:val="004301E7"/>
    <w:rsid w:val="00435928"/>
    <w:rsid w:val="00444638"/>
    <w:rsid w:val="0045049C"/>
    <w:rsid w:val="00452528"/>
    <w:rsid w:val="00455856"/>
    <w:rsid w:val="004566F9"/>
    <w:rsid w:val="004572C2"/>
    <w:rsid w:val="00461705"/>
    <w:rsid w:val="004672C7"/>
    <w:rsid w:val="00470921"/>
    <w:rsid w:val="00473DDD"/>
    <w:rsid w:val="00476A58"/>
    <w:rsid w:val="00481577"/>
    <w:rsid w:val="004848C8"/>
    <w:rsid w:val="00485827"/>
    <w:rsid w:val="004910A7"/>
    <w:rsid w:val="004916B6"/>
    <w:rsid w:val="00491ADA"/>
    <w:rsid w:val="0049451E"/>
    <w:rsid w:val="004A620F"/>
    <w:rsid w:val="004A79EF"/>
    <w:rsid w:val="004B7B77"/>
    <w:rsid w:val="004C3774"/>
    <w:rsid w:val="004C693E"/>
    <w:rsid w:val="004D01DD"/>
    <w:rsid w:val="004D032C"/>
    <w:rsid w:val="004D0749"/>
    <w:rsid w:val="004D3139"/>
    <w:rsid w:val="004D6A85"/>
    <w:rsid w:val="004E09CA"/>
    <w:rsid w:val="004E197E"/>
    <w:rsid w:val="004E375B"/>
    <w:rsid w:val="004E3D97"/>
    <w:rsid w:val="004E724F"/>
    <w:rsid w:val="004F118F"/>
    <w:rsid w:val="004F1786"/>
    <w:rsid w:val="004F519F"/>
    <w:rsid w:val="005037EC"/>
    <w:rsid w:val="005046B0"/>
    <w:rsid w:val="005121D4"/>
    <w:rsid w:val="005131C2"/>
    <w:rsid w:val="00515D00"/>
    <w:rsid w:val="00516B64"/>
    <w:rsid w:val="00523BE9"/>
    <w:rsid w:val="005274BF"/>
    <w:rsid w:val="00536FC8"/>
    <w:rsid w:val="00537AE9"/>
    <w:rsid w:val="00540726"/>
    <w:rsid w:val="0054096D"/>
    <w:rsid w:val="00543349"/>
    <w:rsid w:val="005519E0"/>
    <w:rsid w:val="00551BE6"/>
    <w:rsid w:val="00554C5F"/>
    <w:rsid w:val="00556797"/>
    <w:rsid w:val="00557557"/>
    <w:rsid w:val="00565006"/>
    <w:rsid w:val="00567FA3"/>
    <w:rsid w:val="005712D7"/>
    <w:rsid w:val="0057295B"/>
    <w:rsid w:val="0057720F"/>
    <w:rsid w:val="00577403"/>
    <w:rsid w:val="005777EF"/>
    <w:rsid w:val="00577966"/>
    <w:rsid w:val="0058473A"/>
    <w:rsid w:val="00584D49"/>
    <w:rsid w:val="005A095A"/>
    <w:rsid w:val="005A219E"/>
    <w:rsid w:val="005A4FD7"/>
    <w:rsid w:val="005A5554"/>
    <w:rsid w:val="005A6560"/>
    <w:rsid w:val="005B0B75"/>
    <w:rsid w:val="005B6A16"/>
    <w:rsid w:val="005B7FB2"/>
    <w:rsid w:val="005C534B"/>
    <w:rsid w:val="005C558E"/>
    <w:rsid w:val="005C5EF4"/>
    <w:rsid w:val="005D2CA0"/>
    <w:rsid w:val="005D507D"/>
    <w:rsid w:val="005D723A"/>
    <w:rsid w:val="005E1C33"/>
    <w:rsid w:val="005E7044"/>
    <w:rsid w:val="005F0954"/>
    <w:rsid w:val="005F185B"/>
    <w:rsid w:val="005F2E6F"/>
    <w:rsid w:val="006010B9"/>
    <w:rsid w:val="00602C37"/>
    <w:rsid w:val="006045DA"/>
    <w:rsid w:val="00605B22"/>
    <w:rsid w:val="00606F45"/>
    <w:rsid w:val="00611666"/>
    <w:rsid w:val="0061325D"/>
    <w:rsid w:val="00613568"/>
    <w:rsid w:val="006153CF"/>
    <w:rsid w:val="00616411"/>
    <w:rsid w:val="006253AB"/>
    <w:rsid w:val="00625DB3"/>
    <w:rsid w:val="00627C2B"/>
    <w:rsid w:val="00631AC5"/>
    <w:rsid w:val="00633263"/>
    <w:rsid w:val="00640537"/>
    <w:rsid w:val="0064431B"/>
    <w:rsid w:val="0064505D"/>
    <w:rsid w:val="00646650"/>
    <w:rsid w:val="00653F1B"/>
    <w:rsid w:val="00655807"/>
    <w:rsid w:val="00657E1D"/>
    <w:rsid w:val="00660D37"/>
    <w:rsid w:val="00664465"/>
    <w:rsid w:val="00667DDB"/>
    <w:rsid w:val="006724D5"/>
    <w:rsid w:val="00672D4F"/>
    <w:rsid w:val="0067454F"/>
    <w:rsid w:val="00674BC6"/>
    <w:rsid w:val="0067502A"/>
    <w:rsid w:val="00675ED8"/>
    <w:rsid w:val="00680323"/>
    <w:rsid w:val="00684FA0"/>
    <w:rsid w:val="006858B3"/>
    <w:rsid w:val="00690C31"/>
    <w:rsid w:val="006923BD"/>
    <w:rsid w:val="006928EB"/>
    <w:rsid w:val="0069529C"/>
    <w:rsid w:val="00695763"/>
    <w:rsid w:val="006965F7"/>
    <w:rsid w:val="006A2596"/>
    <w:rsid w:val="006A7A8B"/>
    <w:rsid w:val="006C0169"/>
    <w:rsid w:val="006C311A"/>
    <w:rsid w:val="006C4A6B"/>
    <w:rsid w:val="006C7B20"/>
    <w:rsid w:val="006D056D"/>
    <w:rsid w:val="006D4011"/>
    <w:rsid w:val="006D600F"/>
    <w:rsid w:val="006D6D13"/>
    <w:rsid w:val="006E169D"/>
    <w:rsid w:val="006E2673"/>
    <w:rsid w:val="006E3473"/>
    <w:rsid w:val="006E3B9E"/>
    <w:rsid w:val="006E4E7B"/>
    <w:rsid w:val="006F31B8"/>
    <w:rsid w:val="006F3FA1"/>
    <w:rsid w:val="006F4FE2"/>
    <w:rsid w:val="0070438A"/>
    <w:rsid w:val="0070481D"/>
    <w:rsid w:val="00705341"/>
    <w:rsid w:val="007078B2"/>
    <w:rsid w:val="007107E9"/>
    <w:rsid w:val="00713B91"/>
    <w:rsid w:val="0071408C"/>
    <w:rsid w:val="00714D95"/>
    <w:rsid w:val="00714F63"/>
    <w:rsid w:val="0071602B"/>
    <w:rsid w:val="00721F5A"/>
    <w:rsid w:val="007228EF"/>
    <w:rsid w:val="007232F3"/>
    <w:rsid w:val="00725AA5"/>
    <w:rsid w:val="00726B9A"/>
    <w:rsid w:val="007311A0"/>
    <w:rsid w:val="00731486"/>
    <w:rsid w:val="00731D75"/>
    <w:rsid w:val="007323EA"/>
    <w:rsid w:val="007333F1"/>
    <w:rsid w:val="00734AE8"/>
    <w:rsid w:val="00734BD9"/>
    <w:rsid w:val="007360BC"/>
    <w:rsid w:val="00736563"/>
    <w:rsid w:val="00743D98"/>
    <w:rsid w:val="007469FA"/>
    <w:rsid w:val="0074733B"/>
    <w:rsid w:val="00751F01"/>
    <w:rsid w:val="007559D0"/>
    <w:rsid w:val="00757612"/>
    <w:rsid w:val="00763FD6"/>
    <w:rsid w:val="00764780"/>
    <w:rsid w:val="00767641"/>
    <w:rsid w:val="00767785"/>
    <w:rsid w:val="00770882"/>
    <w:rsid w:val="00770DE9"/>
    <w:rsid w:val="00771089"/>
    <w:rsid w:val="0077316B"/>
    <w:rsid w:val="0078158A"/>
    <w:rsid w:val="00781A2D"/>
    <w:rsid w:val="007822E7"/>
    <w:rsid w:val="00783620"/>
    <w:rsid w:val="00786D28"/>
    <w:rsid w:val="00787686"/>
    <w:rsid w:val="007900E0"/>
    <w:rsid w:val="00794E18"/>
    <w:rsid w:val="00796597"/>
    <w:rsid w:val="007A0948"/>
    <w:rsid w:val="007A3D1B"/>
    <w:rsid w:val="007A42A2"/>
    <w:rsid w:val="007A43C9"/>
    <w:rsid w:val="007A56E7"/>
    <w:rsid w:val="007A5EBA"/>
    <w:rsid w:val="007B0C03"/>
    <w:rsid w:val="007C048A"/>
    <w:rsid w:val="007C1088"/>
    <w:rsid w:val="007C1A76"/>
    <w:rsid w:val="007C462A"/>
    <w:rsid w:val="007C5259"/>
    <w:rsid w:val="007C6F27"/>
    <w:rsid w:val="007D1CEB"/>
    <w:rsid w:val="007D2A51"/>
    <w:rsid w:val="007D2F30"/>
    <w:rsid w:val="007D3A0D"/>
    <w:rsid w:val="007D4BFD"/>
    <w:rsid w:val="007E1E29"/>
    <w:rsid w:val="007E4EF3"/>
    <w:rsid w:val="007E5077"/>
    <w:rsid w:val="007F1AC3"/>
    <w:rsid w:val="007F4079"/>
    <w:rsid w:val="007F4279"/>
    <w:rsid w:val="00801ED2"/>
    <w:rsid w:val="0081273C"/>
    <w:rsid w:val="00817D88"/>
    <w:rsid w:val="0082065B"/>
    <w:rsid w:val="00826B84"/>
    <w:rsid w:val="0083190F"/>
    <w:rsid w:val="00834549"/>
    <w:rsid w:val="0083695A"/>
    <w:rsid w:val="00840EFF"/>
    <w:rsid w:val="00841DF6"/>
    <w:rsid w:val="008422C5"/>
    <w:rsid w:val="008426D7"/>
    <w:rsid w:val="00845B75"/>
    <w:rsid w:val="00847469"/>
    <w:rsid w:val="0085529B"/>
    <w:rsid w:val="008614B0"/>
    <w:rsid w:val="00861977"/>
    <w:rsid w:val="00864011"/>
    <w:rsid w:val="0086594A"/>
    <w:rsid w:val="00867E3E"/>
    <w:rsid w:val="00877C56"/>
    <w:rsid w:val="00886515"/>
    <w:rsid w:val="00894E51"/>
    <w:rsid w:val="008963CC"/>
    <w:rsid w:val="008A33D7"/>
    <w:rsid w:val="008A40E9"/>
    <w:rsid w:val="008A47D4"/>
    <w:rsid w:val="008A52F3"/>
    <w:rsid w:val="008A6E7A"/>
    <w:rsid w:val="008B0622"/>
    <w:rsid w:val="008B0746"/>
    <w:rsid w:val="008B1DE3"/>
    <w:rsid w:val="008B4614"/>
    <w:rsid w:val="008B4DD1"/>
    <w:rsid w:val="008B595E"/>
    <w:rsid w:val="008C10F2"/>
    <w:rsid w:val="008C3643"/>
    <w:rsid w:val="008C4043"/>
    <w:rsid w:val="008D2E23"/>
    <w:rsid w:val="008D4F5D"/>
    <w:rsid w:val="008D58C3"/>
    <w:rsid w:val="008D5909"/>
    <w:rsid w:val="008D7CC0"/>
    <w:rsid w:val="008E575A"/>
    <w:rsid w:val="008E63EF"/>
    <w:rsid w:val="008F029A"/>
    <w:rsid w:val="008F1D6B"/>
    <w:rsid w:val="009003D2"/>
    <w:rsid w:val="00900DAA"/>
    <w:rsid w:val="00901C33"/>
    <w:rsid w:val="00902CBD"/>
    <w:rsid w:val="00904B8E"/>
    <w:rsid w:val="00905E8D"/>
    <w:rsid w:val="009076F4"/>
    <w:rsid w:val="0091049B"/>
    <w:rsid w:val="009149D1"/>
    <w:rsid w:val="00917C28"/>
    <w:rsid w:val="00927DF3"/>
    <w:rsid w:val="00931E83"/>
    <w:rsid w:val="009336C1"/>
    <w:rsid w:val="0093723C"/>
    <w:rsid w:val="00942256"/>
    <w:rsid w:val="0094274B"/>
    <w:rsid w:val="009430E2"/>
    <w:rsid w:val="00946EE9"/>
    <w:rsid w:val="00947552"/>
    <w:rsid w:val="0095449B"/>
    <w:rsid w:val="00954796"/>
    <w:rsid w:val="00957D2C"/>
    <w:rsid w:val="0096063D"/>
    <w:rsid w:val="009635C3"/>
    <w:rsid w:val="009645F9"/>
    <w:rsid w:val="00966D1B"/>
    <w:rsid w:val="0097139E"/>
    <w:rsid w:val="00973E53"/>
    <w:rsid w:val="0098453C"/>
    <w:rsid w:val="009862BB"/>
    <w:rsid w:val="00987FBE"/>
    <w:rsid w:val="00992FA8"/>
    <w:rsid w:val="00994D0B"/>
    <w:rsid w:val="009A500F"/>
    <w:rsid w:val="009B0B7A"/>
    <w:rsid w:val="009B3B1A"/>
    <w:rsid w:val="009B5E28"/>
    <w:rsid w:val="009B5FAD"/>
    <w:rsid w:val="009B7AD9"/>
    <w:rsid w:val="009C5EF0"/>
    <w:rsid w:val="009C65D9"/>
    <w:rsid w:val="009D0BE4"/>
    <w:rsid w:val="009D2275"/>
    <w:rsid w:val="009D7579"/>
    <w:rsid w:val="009F0D53"/>
    <w:rsid w:val="009F0FD5"/>
    <w:rsid w:val="009F2529"/>
    <w:rsid w:val="009F3A3E"/>
    <w:rsid w:val="009F3EAA"/>
    <w:rsid w:val="009F5E5C"/>
    <w:rsid w:val="00A01492"/>
    <w:rsid w:val="00A067E4"/>
    <w:rsid w:val="00A06DEB"/>
    <w:rsid w:val="00A123D0"/>
    <w:rsid w:val="00A17151"/>
    <w:rsid w:val="00A17F3B"/>
    <w:rsid w:val="00A20D41"/>
    <w:rsid w:val="00A26241"/>
    <w:rsid w:val="00A27B13"/>
    <w:rsid w:val="00A32742"/>
    <w:rsid w:val="00A35998"/>
    <w:rsid w:val="00A3783C"/>
    <w:rsid w:val="00A41E7E"/>
    <w:rsid w:val="00A42195"/>
    <w:rsid w:val="00A43C7D"/>
    <w:rsid w:val="00A462A0"/>
    <w:rsid w:val="00A46CF8"/>
    <w:rsid w:val="00A50895"/>
    <w:rsid w:val="00A51666"/>
    <w:rsid w:val="00A5323A"/>
    <w:rsid w:val="00A567E7"/>
    <w:rsid w:val="00A60D70"/>
    <w:rsid w:val="00A6128C"/>
    <w:rsid w:val="00A63C31"/>
    <w:rsid w:val="00A64201"/>
    <w:rsid w:val="00A65C15"/>
    <w:rsid w:val="00A666D8"/>
    <w:rsid w:val="00A73933"/>
    <w:rsid w:val="00A73B78"/>
    <w:rsid w:val="00A760EC"/>
    <w:rsid w:val="00A76B39"/>
    <w:rsid w:val="00A82596"/>
    <w:rsid w:val="00A83861"/>
    <w:rsid w:val="00A8458E"/>
    <w:rsid w:val="00A84870"/>
    <w:rsid w:val="00A85E60"/>
    <w:rsid w:val="00A869AC"/>
    <w:rsid w:val="00A912C4"/>
    <w:rsid w:val="00A9370C"/>
    <w:rsid w:val="00A95130"/>
    <w:rsid w:val="00A95A40"/>
    <w:rsid w:val="00A962F5"/>
    <w:rsid w:val="00A97826"/>
    <w:rsid w:val="00AA0152"/>
    <w:rsid w:val="00AA0B6C"/>
    <w:rsid w:val="00AA1D8D"/>
    <w:rsid w:val="00AA262A"/>
    <w:rsid w:val="00AA6043"/>
    <w:rsid w:val="00AA6F13"/>
    <w:rsid w:val="00AA7C40"/>
    <w:rsid w:val="00AB5A1E"/>
    <w:rsid w:val="00AB69A8"/>
    <w:rsid w:val="00AC7005"/>
    <w:rsid w:val="00AD6C78"/>
    <w:rsid w:val="00AE57BD"/>
    <w:rsid w:val="00B052D6"/>
    <w:rsid w:val="00B0571B"/>
    <w:rsid w:val="00B070D0"/>
    <w:rsid w:val="00B11A42"/>
    <w:rsid w:val="00B162F9"/>
    <w:rsid w:val="00B2195B"/>
    <w:rsid w:val="00B22804"/>
    <w:rsid w:val="00B233C2"/>
    <w:rsid w:val="00B251C7"/>
    <w:rsid w:val="00B26374"/>
    <w:rsid w:val="00B3144D"/>
    <w:rsid w:val="00B319CC"/>
    <w:rsid w:val="00B34E79"/>
    <w:rsid w:val="00B40A44"/>
    <w:rsid w:val="00B47730"/>
    <w:rsid w:val="00B502F0"/>
    <w:rsid w:val="00B513DA"/>
    <w:rsid w:val="00B53CDC"/>
    <w:rsid w:val="00B549F4"/>
    <w:rsid w:val="00B56A6D"/>
    <w:rsid w:val="00B61DBF"/>
    <w:rsid w:val="00B626CE"/>
    <w:rsid w:val="00B64AFE"/>
    <w:rsid w:val="00B66F05"/>
    <w:rsid w:val="00B6FDDC"/>
    <w:rsid w:val="00B7290D"/>
    <w:rsid w:val="00B73EE2"/>
    <w:rsid w:val="00B74768"/>
    <w:rsid w:val="00B75D54"/>
    <w:rsid w:val="00B80447"/>
    <w:rsid w:val="00B81B88"/>
    <w:rsid w:val="00B93862"/>
    <w:rsid w:val="00B93C04"/>
    <w:rsid w:val="00BA6992"/>
    <w:rsid w:val="00BA7FC2"/>
    <w:rsid w:val="00BB004D"/>
    <w:rsid w:val="00BB0438"/>
    <w:rsid w:val="00BB1CAC"/>
    <w:rsid w:val="00BB2D6D"/>
    <w:rsid w:val="00BB63D5"/>
    <w:rsid w:val="00BB6D5A"/>
    <w:rsid w:val="00BC02E2"/>
    <w:rsid w:val="00BC3959"/>
    <w:rsid w:val="00BC4239"/>
    <w:rsid w:val="00BCA7EE"/>
    <w:rsid w:val="00BD0BFA"/>
    <w:rsid w:val="00BE04DF"/>
    <w:rsid w:val="00BE2546"/>
    <w:rsid w:val="00BE2ED5"/>
    <w:rsid w:val="00BE326B"/>
    <w:rsid w:val="00BE393F"/>
    <w:rsid w:val="00BE688C"/>
    <w:rsid w:val="00C01258"/>
    <w:rsid w:val="00C02F91"/>
    <w:rsid w:val="00C13129"/>
    <w:rsid w:val="00C1364D"/>
    <w:rsid w:val="00C159B3"/>
    <w:rsid w:val="00C15F9D"/>
    <w:rsid w:val="00C23830"/>
    <w:rsid w:val="00C23A10"/>
    <w:rsid w:val="00C24000"/>
    <w:rsid w:val="00C25129"/>
    <w:rsid w:val="00C303E3"/>
    <w:rsid w:val="00C315BD"/>
    <w:rsid w:val="00C343DF"/>
    <w:rsid w:val="00C349EA"/>
    <w:rsid w:val="00C42382"/>
    <w:rsid w:val="00C42732"/>
    <w:rsid w:val="00C44C87"/>
    <w:rsid w:val="00C50EDA"/>
    <w:rsid w:val="00C515A8"/>
    <w:rsid w:val="00C52BFB"/>
    <w:rsid w:val="00C53434"/>
    <w:rsid w:val="00C53B0D"/>
    <w:rsid w:val="00C55A73"/>
    <w:rsid w:val="00C60AFA"/>
    <w:rsid w:val="00C65446"/>
    <w:rsid w:val="00C70824"/>
    <w:rsid w:val="00C763F4"/>
    <w:rsid w:val="00C76CB5"/>
    <w:rsid w:val="00C77715"/>
    <w:rsid w:val="00C80328"/>
    <w:rsid w:val="00C8034B"/>
    <w:rsid w:val="00C822BB"/>
    <w:rsid w:val="00C82767"/>
    <w:rsid w:val="00C87485"/>
    <w:rsid w:val="00C87C14"/>
    <w:rsid w:val="00C94EDC"/>
    <w:rsid w:val="00C95C74"/>
    <w:rsid w:val="00C95FBF"/>
    <w:rsid w:val="00CA28C4"/>
    <w:rsid w:val="00CA29CB"/>
    <w:rsid w:val="00CA2CFA"/>
    <w:rsid w:val="00CA37CE"/>
    <w:rsid w:val="00CA3B3A"/>
    <w:rsid w:val="00CA4E02"/>
    <w:rsid w:val="00CA7F8D"/>
    <w:rsid w:val="00CB0664"/>
    <w:rsid w:val="00CB0DDC"/>
    <w:rsid w:val="00CB13B6"/>
    <w:rsid w:val="00CB515D"/>
    <w:rsid w:val="00CB6B9D"/>
    <w:rsid w:val="00CB76F6"/>
    <w:rsid w:val="00CC001F"/>
    <w:rsid w:val="00CC1809"/>
    <w:rsid w:val="00CC42BF"/>
    <w:rsid w:val="00CCFA83"/>
    <w:rsid w:val="00CD0E3E"/>
    <w:rsid w:val="00CD0ED4"/>
    <w:rsid w:val="00CD12AC"/>
    <w:rsid w:val="00CD2E92"/>
    <w:rsid w:val="00CD7361"/>
    <w:rsid w:val="00CD74E6"/>
    <w:rsid w:val="00CDA8D7"/>
    <w:rsid w:val="00CE23E2"/>
    <w:rsid w:val="00CE62AA"/>
    <w:rsid w:val="00CF01E0"/>
    <w:rsid w:val="00CF39C2"/>
    <w:rsid w:val="00CF39CC"/>
    <w:rsid w:val="00D02B5B"/>
    <w:rsid w:val="00D0336F"/>
    <w:rsid w:val="00D05171"/>
    <w:rsid w:val="00D11FA8"/>
    <w:rsid w:val="00D23B68"/>
    <w:rsid w:val="00D2401C"/>
    <w:rsid w:val="00D256D0"/>
    <w:rsid w:val="00D26458"/>
    <w:rsid w:val="00D27F44"/>
    <w:rsid w:val="00D3483B"/>
    <w:rsid w:val="00D37B10"/>
    <w:rsid w:val="00D41A8D"/>
    <w:rsid w:val="00D55CA9"/>
    <w:rsid w:val="00D60A09"/>
    <w:rsid w:val="00D62B19"/>
    <w:rsid w:val="00D66AAE"/>
    <w:rsid w:val="00D771DA"/>
    <w:rsid w:val="00D82247"/>
    <w:rsid w:val="00D843E1"/>
    <w:rsid w:val="00D845E9"/>
    <w:rsid w:val="00D85267"/>
    <w:rsid w:val="00D855D1"/>
    <w:rsid w:val="00D87CC5"/>
    <w:rsid w:val="00D934B4"/>
    <w:rsid w:val="00DA099A"/>
    <w:rsid w:val="00DA35FE"/>
    <w:rsid w:val="00DA7C91"/>
    <w:rsid w:val="00DB07DE"/>
    <w:rsid w:val="00DB1AD6"/>
    <w:rsid w:val="00DB2F4B"/>
    <w:rsid w:val="00DB56B3"/>
    <w:rsid w:val="00DD0648"/>
    <w:rsid w:val="00DD092D"/>
    <w:rsid w:val="00DD1173"/>
    <w:rsid w:val="00DD4219"/>
    <w:rsid w:val="00DD5407"/>
    <w:rsid w:val="00DD66CD"/>
    <w:rsid w:val="00DE1820"/>
    <w:rsid w:val="00DE1B70"/>
    <w:rsid w:val="00DE1BC3"/>
    <w:rsid w:val="00DE2DAD"/>
    <w:rsid w:val="00DE33C4"/>
    <w:rsid w:val="00DE3BD2"/>
    <w:rsid w:val="00DE4923"/>
    <w:rsid w:val="00DF05FD"/>
    <w:rsid w:val="00DF25FF"/>
    <w:rsid w:val="00DF325F"/>
    <w:rsid w:val="00DF4979"/>
    <w:rsid w:val="00DF49C1"/>
    <w:rsid w:val="00DF648D"/>
    <w:rsid w:val="00E00AEB"/>
    <w:rsid w:val="00E00CA3"/>
    <w:rsid w:val="00E04954"/>
    <w:rsid w:val="00E06CFC"/>
    <w:rsid w:val="00E1460C"/>
    <w:rsid w:val="00E2309C"/>
    <w:rsid w:val="00E2588E"/>
    <w:rsid w:val="00E26B9F"/>
    <w:rsid w:val="00E26BD1"/>
    <w:rsid w:val="00E2768E"/>
    <w:rsid w:val="00E3029D"/>
    <w:rsid w:val="00E30CDD"/>
    <w:rsid w:val="00E322C2"/>
    <w:rsid w:val="00E3729B"/>
    <w:rsid w:val="00E4147C"/>
    <w:rsid w:val="00E41A94"/>
    <w:rsid w:val="00E42B87"/>
    <w:rsid w:val="00E43521"/>
    <w:rsid w:val="00E47A6C"/>
    <w:rsid w:val="00E520F8"/>
    <w:rsid w:val="00E52C4E"/>
    <w:rsid w:val="00E54F55"/>
    <w:rsid w:val="00E55329"/>
    <w:rsid w:val="00E64198"/>
    <w:rsid w:val="00E6529D"/>
    <w:rsid w:val="00E674E5"/>
    <w:rsid w:val="00E8214A"/>
    <w:rsid w:val="00E8701D"/>
    <w:rsid w:val="00E90092"/>
    <w:rsid w:val="00E92397"/>
    <w:rsid w:val="00E932DB"/>
    <w:rsid w:val="00E95910"/>
    <w:rsid w:val="00EA0B47"/>
    <w:rsid w:val="00EA1649"/>
    <w:rsid w:val="00EA18B2"/>
    <w:rsid w:val="00EA3024"/>
    <w:rsid w:val="00EA388F"/>
    <w:rsid w:val="00EB200C"/>
    <w:rsid w:val="00EB3C93"/>
    <w:rsid w:val="00EB41EB"/>
    <w:rsid w:val="00EB7DAE"/>
    <w:rsid w:val="00EC0D9E"/>
    <w:rsid w:val="00EC2E1F"/>
    <w:rsid w:val="00EC7295"/>
    <w:rsid w:val="00ED07F3"/>
    <w:rsid w:val="00ED0C6F"/>
    <w:rsid w:val="00ED13E4"/>
    <w:rsid w:val="00ED6AC6"/>
    <w:rsid w:val="00ED78D6"/>
    <w:rsid w:val="00ED7D8A"/>
    <w:rsid w:val="00EE4053"/>
    <w:rsid w:val="00EE43E6"/>
    <w:rsid w:val="00EE4C6B"/>
    <w:rsid w:val="00EE5D2E"/>
    <w:rsid w:val="00EE6E30"/>
    <w:rsid w:val="00EF035F"/>
    <w:rsid w:val="00EF3EC4"/>
    <w:rsid w:val="00F000C3"/>
    <w:rsid w:val="00F00356"/>
    <w:rsid w:val="00F02405"/>
    <w:rsid w:val="00F051FD"/>
    <w:rsid w:val="00F06804"/>
    <w:rsid w:val="00F10567"/>
    <w:rsid w:val="00F120E9"/>
    <w:rsid w:val="00F16601"/>
    <w:rsid w:val="00F17098"/>
    <w:rsid w:val="00F246EC"/>
    <w:rsid w:val="00F24919"/>
    <w:rsid w:val="00F24A66"/>
    <w:rsid w:val="00F257A0"/>
    <w:rsid w:val="00F37535"/>
    <w:rsid w:val="00F40233"/>
    <w:rsid w:val="00F42E16"/>
    <w:rsid w:val="00F44B1C"/>
    <w:rsid w:val="00F45A34"/>
    <w:rsid w:val="00F4731C"/>
    <w:rsid w:val="00F503CA"/>
    <w:rsid w:val="00F52CAA"/>
    <w:rsid w:val="00F62551"/>
    <w:rsid w:val="00F64ED3"/>
    <w:rsid w:val="00F66631"/>
    <w:rsid w:val="00F76872"/>
    <w:rsid w:val="00F76F67"/>
    <w:rsid w:val="00F84A7B"/>
    <w:rsid w:val="00F84F83"/>
    <w:rsid w:val="00F8693C"/>
    <w:rsid w:val="00F87E75"/>
    <w:rsid w:val="00F90969"/>
    <w:rsid w:val="00F90A93"/>
    <w:rsid w:val="00FA1955"/>
    <w:rsid w:val="00FA203B"/>
    <w:rsid w:val="00FA44FC"/>
    <w:rsid w:val="00FB07CF"/>
    <w:rsid w:val="00FB320F"/>
    <w:rsid w:val="00FB41D0"/>
    <w:rsid w:val="00FB4C1F"/>
    <w:rsid w:val="00FB69CD"/>
    <w:rsid w:val="00FB735D"/>
    <w:rsid w:val="00FB7A4A"/>
    <w:rsid w:val="00FC37A3"/>
    <w:rsid w:val="00FC693F"/>
    <w:rsid w:val="00FD07EB"/>
    <w:rsid w:val="00FD2D42"/>
    <w:rsid w:val="00FD7502"/>
    <w:rsid w:val="00FE0DBD"/>
    <w:rsid w:val="00FE5B22"/>
    <w:rsid w:val="00FF642A"/>
    <w:rsid w:val="00FF7466"/>
    <w:rsid w:val="01090F6C"/>
    <w:rsid w:val="012D56FB"/>
    <w:rsid w:val="01408959"/>
    <w:rsid w:val="01596257"/>
    <w:rsid w:val="0191FD50"/>
    <w:rsid w:val="01C5667D"/>
    <w:rsid w:val="01D8DBE8"/>
    <w:rsid w:val="01F5246D"/>
    <w:rsid w:val="01F70E43"/>
    <w:rsid w:val="02270BE5"/>
    <w:rsid w:val="022CE22A"/>
    <w:rsid w:val="0239C39C"/>
    <w:rsid w:val="023A9058"/>
    <w:rsid w:val="0273B6A9"/>
    <w:rsid w:val="0288CE92"/>
    <w:rsid w:val="029012EA"/>
    <w:rsid w:val="02AA8D00"/>
    <w:rsid w:val="02B23553"/>
    <w:rsid w:val="02BE0F49"/>
    <w:rsid w:val="02C582DE"/>
    <w:rsid w:val="02E33FEF"/>
    <w:rsid w:val="02FC95C8"/>
    <w:rsid w:val="0302A8AB"/>
    <w:rsid w:val="030831BF"/>
    <w:rsid w:val="034BC60F"/>
    <w:rsid w:val="03558375"/>
    <w:rsid w:val="0359D64B"/>
    <w:rsid w:val="036DCAFC"/>
    <w:rsid w:val="03716E38"/>
    <w:rsid w:val="039AD079"/>
    <w:rsid w:val="039F8B06"/>
    <w:rsid w:val="03E825CD"/>
    <w:rsid w:val="041E5A62"/>
    <w:rsid w:val="0430BABF"/>
    <w:rsid w:val="04349BA4"/>
    <w:rsid w:val="0444637A"/>
    <w:rsid w:val="045A2D54"/>
    <w:rsid w:val="0462DAAD"/>
    <w:rsid w:val="046D2479"/>
    <w:rsid w:val="0473079B"/>
    <w:rsid w:val="04734E43"/>
    <w:rsid w:val="047C45C4"/>
    <w:rsid w:val="047C9E36"/>
    <w:rsid w:val="048CD742"/>
    <w:rsid w:val="04A478BF"/>
    <w:rsid w:val="04A8871B"/>
    <w:rsid w:val="04BFD49E"/>
    <w:rsid w:val="04CAD92A"/>
    <w:rsid w:val="04D8D33A"/>
    <w:rsid w:val="04D91FCF"/>
    <w:rsid w:val="04DC3873"/>
    <w:rsid w:val="04E8E2F7"/>
    <w:rsid w:val="0500F09D"/>
    <w:rsid w:val="051630C9"/>
    <w:rsid w:val="0542DAFC"/>
    <w:rsid w:val="05504D53"/>
    <w:rsid w:val="055F03C5"/>
    <w:rsid w:val="056E2541"/>
    <w:rsid w:val="0575021F"/>
    <w:rsid w:val="057E0E17"/>
    <w:rsid w:val="05961253"/>
    <w:rsid w:val="05C3D4CF"/>
    <w:rsid w:val="05FCB268"/>
    <w:rsid w:val="06326BC3"/>
    <w:rsid w:val="06344CF2"/>
    <w:rsid w:val="06363E38"/>
    <w:rsid w:val="0645B87D"/>
    <w:rsid w:val="064D2170"/>
    <w:rsid w:val="065F695B"/>
    <w:rsid w:val="0676A84B"/>
    <w:rsid w:val="067AF78A"/>
    <w:rsid w:val="069F9546"/>
    <w:rsid w:val="06BFA5F8"/>
    <w:rsid w:val="06E575E7"/>
    <w:rsid w:val="06ED0A41"/>
    <w:rsid w:val="06F3F831"/>
    <w:rsid w:val="07089234"/>
    <w:rsid w:val="070ED2E6"/>
    <w:rsid w:val="07240F28"/>
    <w:rsid w:val="072762F7"/>
    <w:rsid w:val="073FF41B"/>
    <w:rsid w:val="074297E7"/>
    <w:rsid w:val="074CC669"/>
    <w:rsid w:val="0754B794"/>
    <w:rsid w:val="077BF8CF"/>
    <w:rsid w:val="07AFBC5E"/>
    <w:rsid w:val="07DEDA0B"/>
    <w:rsid w:val="07F0A2ED"/>
    <w:rsid w:val="07F73967"/>
    <w:rsid w:val="081DCA8A"/>
    <w:rsid w:val="08433A34"/>
    <w:rsid w:val="0853D376"/>
    <w:rsid w:val="08627CED"/>
    <w:rsid w:val="08759FF3"/>
    <w:rsid w:val="0883565A"/>
    <w:rsid w:val="088483CE"/>
    <w:rsid w:val="08A0B078"/>
    <w:rsid w:val="08CB5920"/>
    <w:rsid w:val="08F17A92"/>
    <w:rsid w:val="0911AD90"/>
    <w:rsid w:val="0918339E"/>
    <w:rsid w:val="09213284"/>
    <w:rsid w:val="0927CE8C"/>
    <w:rsid w:val="0956CAAF"/>
    <w:rsid w:val="09A81730"/>
    <w:rsid w:val="09BD48C2"/>
    <w:rsid w:val="09C57DC4"/>
    <w:rsid w:val="09D547D0"/>
    <w:rsid w:val="09ED50A2"/>
    <w:rsid w:val="0A0C416B"/>
    <w:rsid w:val="0A28C530"/>
    <w:rsid w:val="0A2BB20D"/>
    <w:rsid w:val="0A387603"/>
    <w:rsid w:val="0A3E4A44"/>
    <w:rsid w:val="0A53916A"/>
    <w:rsid w:val="0A54677F"/>
    <w:rsid w:val="0A5BF372"/>
    <w:rsid w:val="0A683137"/>
    <w:rsid w:val="0A6E8122"/>
    <w:rsid w:val="0A78F175"/>
    <w:rsid w:val="0A958C67"/>
    <w:rsid w:val="0AA2BBA3"/>
    <w:rsid w:val="0AB11F8C"/>
    <w:rsid w:val="0ABDEF3F"/>
    <w:rsid w:val="0AC68DB5"/>
    <w:rsid w:val="0ADB7863"/>
    <w:rsid w:val="0AF93CBE"/>
    <w:rsid w:val="0B09DDA8"/>
    <w:rsid w:val="0B154C37"/>
    <w:rsid w:val="0B17FA1F"/>
    <w:rsid w:val="0B1C2BD9"/>
    <w:rsid w:val="0B41EA7C"/>
    <w:rsid w:val="0B52D553"/>
    <w:rsid w:val="0B8D4DAC"/>
    <w:rsid w:val="0B92504C"/>
    <w:rsid w:val="0BA47477"/>
    <w:rsid w:val="0BB77C94"/>
    <w:rsid w:val="0BBF2CC1"/>
    <w:rsid w:val="0BBF82B1"/>
    <w:rsid w:val="0BC64DD8"/>
    <w:rsid w:val="0BFE5517"/>
    <w:rsid w:val="0BFF7DE5"/>
    <w:rsid w:val="0C4CF91B"/>
    <w:rsid w:val="0C4F3C19"/>
    <w:rsid w:val="0C77F13A"/>
    <w:rsid w:val="0C7D270E"/>
    <w:rsid w:val="0C7D47F4"/>
    <w:rsid w:val="0C8B5215"/>
    <w:rsid w:val="0C8BF783"/>
    <w:rsid w:val="0C8C887D"/>
    <w:rsid w:val="0C961825"/>
    <w:rsid w:val="0CA55642"/>
    <w:rsid w:val="0CB06E3F"/>
    <w:rsid w:val="0CD1281F"/>
    <w:rsid w:val="0D1300B9"/>
    <w:rsid w:val="0D2690DA"/>
    <w:rsid w:val="0D2CCA63"/>
    <w:rsid w:val="0D3275BF"/>
    <w:rsid w:val="0D5BEE5F"/>
    <w:rsid w:val="0D704AAC"/>
    <w:rsid w:val="0DA93F05"/>
    <w:rsid w:val="0DACC88C"/>
    <w:rsid w:val="0DC43EF5"/>
    <w:rsid w:val="0DCC0589"/>
    <w:rsid w:val="0DD0BD56"/>
    <w:rsid w:val="0DFA57B1"/>
    <w:rsid w:val="0E01FCD1"/>
    <w:rsid w:val="0E35D319"/>
    <w:rsid w:val="0E485AA5"/>
    <w:rsid w:val="0E6D6A07"/>
    <w:rsid w:val="0E74845A"/>
    <w:rsid w:val="0E7E1E40"/>
    <w:rsid w:val="0E93B691"/>
    <w:rsid w:val="0E96B478"/>
    <w:rsid w:val="0EB23215"/>
    <w:rsid w:val="0ECD274A"/>
    <w:rsid w:val="0F2C7178"/>
    <w:rsid w:val="0F599235"/>
    <w:rsid w:val="0F6755DD"/>
    <w:rsid w:val="0F75AE74"/>
    <w:rsid w:val="0F7704DC"/>
    <w:rsid w:val="0FA098FE"/>
    <w:rsid w:val="0FAEA578"/>
    <w:rsid w:val="0FB5F4B1"/>
    <w:rsid w:val="0FC7F16C"/>
    <w:rsid w:val="0FD0D287"/>
    <w:rsid w:val="0FD6C62D"/>
    <w:rsid w:val="0FDC5C1D"/>
    <w:rsid w:val="0FDC9FE6"/>
    <w:rsid w:val="0FDDF006"/>
    <w:rsid w:val="0FE54646"/>
    <w:rsid w:val="0FE84E8D"/>
    <w:rsid w:val="1000D452"/>
    <w:rsid w:val="1037C9C9"/>
    <w:rsid w:val="104C7441"/>
    <w:rsid w:val="1056C9D8"/>
    <w:rsid w:val="1083564E"/>
    <w:rsid w:val="10A690F6"/>
    <w:rsid w:val="10B146C7"/>
    <w:rsid w:val="10BBC654"/>
    <w:rsid w:val="10E05354"/>
    <w:rsid w:val="10FA17EC"/>
    <w:rsid w:val="110C9322"/>
    <w:rsid w:val="11369D47"/>
    <w:rsid w:val="116EEC98"/>
    <w:rsid w:val="11BDA2BD"/>
    <w:rsid w:val="11DA3220"/>
    <w:rsid w:val="11E86580"/>
    <w:rsid w:val="11FF861F"/>
    <w:rsid w:val="120EC014"/>
    <w:rsid w:val="1210001B"/>
    <w:rsid w:val="121CA888"/>
    <w:rsid w:val="12507EEA"/>
    <w:rsid w:val="1273DE5E"/>
    <w:rsid w:val="1282A65D"/>
    <w:rsid w:val="12965359"/>
    <w:rsid w:val="12A1FD4E"/>
    <w:rsid w:val="12A30F0C"/>
    <w:rsid w:val="12ACD1DB"/>
    <w:rsid w:val="12AE9D1D"/>
    <w:rsid w:val="12BAC7C8"/>
    <w:rsid w:val="12BE12C5"/>
    <w:rsid w:val="12CB984F"/>
    <w:rsid w:val="12F6A4BF"/>
    <w:rsid w:val="1307939F"/>
    <w:rsid w:val="130F8C73"/>
    <w:rsid w:val="130F8EE2"/>
    <w:rsid w:val="132D81F0"/>
    <w:rsid w:val="133BE520"/>
    <w:rsid w:val="1341CA49"/>
    <w:rsid w:val="134B46F0"/>
    <w:rsid w:val="135C0A58"/>
    <w:rsid w:val="13772139"/>
    <w:rsid w:val="138CFC9B"/>
    <w:rsid w:val="13BF892B"/>
    <w:rsid w:val="13F1FE2B"/>
    <w:rsid w:val="13F728E1"/>
    <w:rsid w:val="13FE6B3E"/>
    <w:rsid w:val="140E8025"/>
    <w:rsid w:val="1426DACC"/>
    <w:rsid w:val="1449264D"/>
    <w:rsid w:val="1463FEA1"/>
    <w:rsid w:val="147BB10A"/>
    <w:rsid w:val="14B28749"/>
    <w:rsid w:val="14E3C0F6"/>
    <w:rsid w:val="14F69EF3"/>
    <w:rsid w:val="15187B36"/>
    <w:rsid w:val="153B75D8"/>
    <w:rsid w:val="155E80CD"/>
    <w:rsid w:val="1564FB05"/>
    <w:rsid w:val="1566A478"/>
    <w:rsid w:val="157EAE4A"/>
    <w:rsid w:val="15B2B9BC"/>
    <w:rsid w:val="15C80B56"/>
    <w:rsid w:val="15CF2EFF"/>
    <w:rsid w:val="15D40C94"/>
    <w:rsid w:val="15D8211F"/>
    <w:rsid w:val="15DED95E"/>
    <w:rsid w:val="15EA675A"/>
    <w:rsid w:val="1602AA39"/>
    <w:rsid w:val="1607C682"/>
    <w:rsid w:val="16099D91"/>
    <w:rsid w:val="1611633D"/>
    <w:rsid w:val="161608D9"/>
    <w:rsid w:val="16173E85"/>
    <w:rsid w:val="165E7C60"/>
    <w:rsid w:val="166C3B73"/>
    <w:rsid w:val="166CC6C0"/>
    <w:rsid w:val="166E0C58"/>
    <w:rsid w:val="1671F968"/>
    <w:rsid w:val="16851DFA"/>
    <w:rsid w:val="16881F3A"/>
    <w:rsid w:val="16A8B690"/>
    <w:rsid w:val="16AA5172"/>
    <w:rsid w:val="16D23F51"/>
    <w:rsid w:val="16D34E60"/>
    <w:rsid w:val="16DBA0B0"/>
    <w:rsid w:val="1714FDE3"/>
    <w:rsid w:val="1722946E"/>
    <w:rsid w:val="172E4E4D"/>
    <w:rsid w:val="173127DD"/>
    <w:rsid w:val="173F3007"/>
    <w:rsid w:val="174C7C0C"/>
    <w:rsid w:val="17698774"/>
    <w:rsid w:val="17861178"/>
    <w:rsid w:val="179D62C1"/>
    <w:rsid w:val="17AE4A80"/>
    <w:rsid w:val="17CD8DE8"/>
    <w:rsid w:val="17E6E9CA"/>
    <w:rsid w:val="17FB37DA"/>
    <w:rsid w:val="1810BABA"/>
    <w:rsid w:val="182CC968"/>
    <w:rsid w:val="183A8354"/>
    <w:rsid w:val="183B480B"/>
    <w:rsid w:val="18436EAF"/>
    <w:rsid w:val="18485291"/>
    <w:rsid w:val="184F013E"/>
    <w:rsid w:val="1866210E"/>
    <w:rsid w:val="1868D4E8"/>
    <w:rsid w:val="18DD0D52"/>
    <w:rsid w:val="1900DC6C"/>
    <w:rsid w:val="191ADF72"/>
    <w:rsid w:val="19382D49"/>
    <w:rsid w:val="19394356"/>
    <w:rsid w:val="194D9DF8"/>
    <w:rsid w:val="1951627B"/>
    <w:rsid w:val="195859D1"/>
    <w:rsid w:val="19676BD5"/>
    <w:rsid w:val="196EEE70"/>
    <w:rsid w:val="198EFADF"/>
    <w:rsid w:val="19AE24DF"/>
    <w:rsid w:val="19B831E3"/>
    <w:rsid w:val="19CD9A5F"/>
    <w:rsid w:val="19D60DD4"/>
    <w:rsid w:val="19DB8D94"/>
    <w:rsid w:val="1A061AFF"/>
    <w:rsid w:val="1A62D296"/>
    <w:rsid w:val="1A9C1F80"/>
    <w:rsid w:val="1AA5F76F"/>
    <w:rsid w:val="1AABD305"/>
    <w:rsid w:val="1ABF9E43"/>
    <w:rsid w:val="1AC6423A"/>
    <w:rsid w:val="1AD6A411"/>
    <w:rsid w:val="1AD9A366"/>
    <w:rsid w:val="1B1022AC"/>
    <w:rsid w:val="1B31094A"/>
    <w:rsid w:val="1B4481F7"/>
    <w:rsid w:val="1B7FD715"/>
    <w:rsid w:val="1B889EA8"/>
    <w:rsid w:val="1B88EBF5"/>
    <w:rsid w:val="1B8BB0A7"/>
    <w:rsid w:val="1BA17AC6"/>
    <w:rsid w:val="1BC999A3"/>
    <w:rsid w:val="1C3B1226"/>
    <w:rsid w:val="1C3FDEC2"/>
    <w:rsid w:val="1C4F54DE"/>
    <w:rsid w:val="1C65903D"/>
    <w:rsid w:val="1C675FDE"/>
    <w:rsid w:val="1C680B97"/>
    <w:rsid w:val="1C6A8038"/>
    <w:rsid w:val="1C99308F"/>
    <w:rsid w:val="1CA5D7F4"/>
    <w:rsid w:val="1CD7F7CB"/>
    <w:rsid w:val="1CDC8813"/>
    <w:rsid w:val="1CE077F9"/>
    <w:rsid w:val="1CEDF1CD"/>
    <w:rsid w:val="1D1537B7"/>
    <w:rsid w:val="1D1DDE39"/>
    <w:rsid w:val="1D496FA5"/>
    <w:rsid w:val="1D88EC6C"/>
    <w:rsid w:val="1D97CFB7"/>
    <w:rsid w:val="1DA0EE3E"/>
    <w:rsid w:val="1DAAB9BD"/>
    <w:rsid w:val="1DC249C1"/>
    <w:rsid w:val="1DCCA206"/>
    <w:rsid w:val="1DD052C0"/>
    <w:rsid w:val="1DE8ECD3"/>
    <w:rsid w:val="1E0AE6E6"/>
    <w:rsid w:val="1E0DD92D"/>
    <w:rsid w:val="1E0E9A40"/>
    <w:rsid w:val="1E21A281"/>
    <w:rsid w:val="1E2E10AA"/>
    <w:rsid w:val="1E5020CD"/>
    <w:rsid w:val="1E6567F2"/>
    <w:rsid w:val="1E6D8C0D"/>
    <w:rsid w:val="1E852E37"/>
    <w:rsid w:val="1E8F5426"/>
    <w:rsid w:val="1EB6A6D5"/>
    <w:rsid w:val="1EBBC442"/>
    <w:rsid w:val="1EDC20C1"/>
    <w:rsid w:val="1EDD1D10"/>
    <w:rsid w:val="1EE25A8D"/>
    <w:rsid w:val="1F22888A"/>
    <w:rsid w:val="1F2DBF97"/>
    <w:rsid w:val="1F70B331"/>
    <w:rsid w:val="1F77DA04"/>
    <w:rsid w:val="1F795C43"/>
    <w:rsid w:val="1F8C954D"/>
    <w:rsid w:val="1FB5DD9F"/>
    <w:rsid w:val="1FB91A06"/>
    <w:rsid w:val="1FBD08AC"/>
    <w:rsid w:val="1FD44848"/>
    <w:rsid w:val="20027D37"/>
    <w:rsid w:val="200B6B90"/>
    <w:rsid w:val="20425C15"/>
    <w:rsid w:val="207CD485"/>
    <w:rsid w:val="208302CE"/>
    <w:rsid w:val="208425F4"/>
    <w:rsid w:val="20A7F62E"/>
    <w:rsid w:val="20C2B10E"/>
    <w:rsid w:val="211F87F0"/>
    <w:rsid w:val="213026B0"/>
    <w:rsid w:val="2142B5E8"/>
    <w:rsid w:val="214EB702"/>
    <w:rsid w:val="2167AEAD"/>
    <w:rsid w:val="216914C6"/>
    <w:rsid w:val="218EAA58"/>
    <w:rsid w:val="21B35D30"/>
    <w:rsid w:val="21BE73F2"/>
    <w:rsid w:val="21D84F1B"/>
    <w:rsid w:val="21F4FF4C"/>
    <w:rsid w:val="2209858E"/>
    <w:rsid w:val="22213766"/>
    <w:rsid w:val="222ABFFF"/>
    <w:rsid w:val="223C8BFA"/>
    <w:rsid w:val="2259E358"/>
    <w:rsid w:val="226F2351"/>
    <w:rsid w:val="2273BA6B"/>
    <w:rsid w:val="227815AD"/>
    <w:rsid w:val="227FFADB"/>
    <w:rsid w:val="22861EA8"/>
    <w:rsid w:val="229FA25D"/>
    <w:rsid w:val="22AB989B"/>
    <w:rsid w:val="22BA5361"/>
    <w:rsid w:val="22BDA054"/>
    <w:rsid w:val="22E597CE"/>
    <w:rsid w:val="22E8E7AE"/>
    <w:rsid w:val="22F481C4"/>
    <w:rsid w:val="22FA7200"/>
    <w:rsid w:val="2307E259"/>
    <w:rsid w:val="23099842"/>
    <w:rsid w:val="230FCF4D"/>
    <w:rsid w:val="232B5441"/>
    <w:rsid w:val="239CC7BF"/>
    <w:rsid w:val="23ADE722"/>
    <w:rsid w:val="23CAE516"/>
    <w:rsid w:val="23D5FAAF"/>
    <w:rsid w:val="23E573DF"/>
    <w:rsid w:val="2403DBEC"/>
    <w:rsid w:val="2413D9CB"/>
    <w:rsid w:val="241F23AE"/>
    <w:rsid w:val="242440B2"/>
    <w:rsid w:val="2425D242"/>
    <w:rsid w:val="244FA3E0"/>
    <w:rsid w:val="24508095"/>
    <w:rsid w:val="24596D9F"/>
    <w:rsid w:val="2464AC27"/>
    <w:rsid w:val="24672AA4"/>
    <w:rsid w:val="24856729"/>
    <w:rsid w:val="248788E8"/>
    <w:rsid w:val="248A9BB2"/>
    <w:rsid w:val="249B343C"/>
    <w:rsid w:val="24B1A06B"/>
    <w:rsid w:val="24BF670D"/>
    <w:rsid w:val="24C6B17E"/>
    <w:rsid w:val="24DBE286"/>
    <w:rsid w:val="250A0979"/>
    <w:rsid w:val="25686CB4"/>
    <w:rsid w:val="25957B6D"/>
    <w:rsid w:val="2595C52E"/>
    <w:rsid w:val="259D3E31"/>
    <w:rsid w:val="25A1EFAF"/>
    <w:rsid w:val="25AD2D62"/>
    <w:rsid w:val="25B400E0"/>
    <w:rsid w:val="25E4A790"/>
    <w:rsid w:val="25EA8C9F"/>
    <w:rsid w:val="25F121A9"/>
    <w:rsid w:val="25F8BB3D"/>
    <w:rsid w:val="25FB7D3F"/>
    <w:rsid w:val="26147C43"/>
    <w:rsid w:val="262F108C"/>
    <w:rsid w:val="26362EDC"/>
    <w:rsid w:val="264B9828"/>
    <w:rsid w:val="26568B04"/>
    <w:rsid w:val="265D11B5"/>
    <w:rsid w:val="265E3B3B"/>
    <w:rsid w:val="266632DD"/>
    <w:rsid w:val="26C28366"/>
    <w:rsid w:val="26EEA57F"/>
    <w:rsid w:val="26F9695A"/>
    <w:rsid w:val="271C7158"/>
    <w:rsid w:val="274C8B89"/>
    <w:rsid w:val="2757D0AF"/>
    <w:rsid w:val="275F72B0"/>
    <w:rsid w:val="2766655E"/>
    <w:rsid w:val="276C3C78"/>
    <w:rsid w:val="277605CD"/>
    <w:rsid w:val="27788D09"/>
    <w:rsid w:val="27956CC1"/>
    <w:rsid w:val="27B53A55"/>
    <w:rsid w:val="27B70FD5"/>
    <w:rsid w:val="27DD6389"/>
    <w:rsid w:val="281A776D"/>
    <w:rsid w:val="281FD155"/>
    <w:rsid w:val="28359F3D"/>
    <w:rsid w:val="284DAE9B"/>
    <w:rsid w:val="285A308D"/>
    <w:rsid w:val="286EE5C1"/>
    <w:rsid w:val="28903B47"/>
    <w:rsid w:val="28954287"/>
    <w:rsid w:val="28A58443"/>
    <w:rsid w:val="28B787D7"/>
    <w:rsid w:val="28C7ED07"/>
    <w:rsid w:val="28CBC07B"/>
    <w:rsid w:val="28D4D4D7"/>
    <w:rsid w:val="28D51D46"/>
    <w:rsid w:val="28D9CEC0"/>
    <w:rsid w:val="28FC566C"/>
    <w:rsid w:val="290DF7A0"/>
    <w:rsid w:val="290E46FA"/>
    <w:rsid w:val="29180231"/>
    <w:rsid w:val="29475858"/>
    <w:rsid w:val="295205FC"/>
    <w:rsid w:val="295662E4"/>
    <w:rsid w:val="295B3A4E"/>
    <w:rsid w:val="295D2F0C"/>
    <w:rsid w:val="296D0692"/>
    <w:rsid w:val="2983B373"/>
    <w:rsid w:val="2987256D"/>
    <w:rsid w:val="298F0CEA"/>
    <w:rsid w:val="29B23CB8"/>
    <w:rsid w:val="29DF1AEA"/>
    <w:rsid w:val="29F7733E"/>
    <w:rsid w:val="29FBB985"/>
    <w:rsid w:val="2A0EBA06"/>
    <w:rsid w:val="2A12CF71"/>
    <w:rsid w:val="2A61A5AE"/>
    <w:rsid w:val="2A7DDB59"/>
    <w:rsid w:val="2A981F34"/>
    <w:rsid w:val="2AE1AFC9"/>
    <w:rsid w:val="2AE4E648"/>
    <w:rsid w:val="2B0B5B22"/>
    <w:rsid w:val="2B2DA328"/>
    <w:rsid w:val="2B32A048"/>
    <w:rsid w:val="2B426B01"/>
    <w:rsid w:val="2B55F0C4"/>
    <w:rsid w:val="2B6FD20B"/>
    <w:rsid w:val="2B800B55"/>
    <w:rsid w:val="2B81FEE2"/>
    <w:rsid w:val="2B8D9533"/>
    <w:rsid w:val="2B92EFD2"/>
    <w:rsid w:val="2B9542F8"/>
    <w:rsid w:val="2B9F8CF9"/>
    <w:rsid w:val="2BC2C3D6"/>
    <w:rsid w:val="2BCCB378"/>
    <w:rsid w:val="2BD541E9"/>
    <w:rsid w:val="2BE52FDB"/>
    <w:rsid w:val="2BFF7824"/>
    <w:rsid w:val="2C0C8439"/>
    <w:rsid w:val="2C3F6670"/>
    <w:rsid w:val="2C41746A"/>
    <w:rsid w:val="2C440579"/>
    <w:rsid w:val="2C459187"/>
    <w:rsid w:val="2C54075C"/>
    <w:rsid w:val="2C82D52B"/>
    <w:rsid w:val="2C95C717"/>
    <w:rsid w:val="2C994AA5"/>
    <w:rsid w:val="2CA5616D"/>
    <w:rsid w:val="2CB8FAC5"/>
    <w:rsid w:val="2CD15440"/>
    <w:rsid w:val="2CEF7ADC"/>
    <w:rsid w:val="2CF29FAA"/>
    <w:rsid w:val="2CFDA1BD"/>
    <w:rsid w:val="2D11865D"/>
    <w:rsid w:val="2D1EC1D3"/>
    <w:rsid w:val="2D573440"/>
    <w:rsid w:val="2D574A84"/>
    <w:rsid w:val="2D6CCAC1"/>
    <w:rsid w:val="2D703955"/>
    <w:rsid w:val="2D810B0C"/>
    <w:rsid w:val="2D855393"/>
    <w:rsid w:val="2DA80648"/>
    <w:rsid w:val="2DC2680D"/>
    <w:rsid w:val="2DC361B8"/>
    <w:rsid w:val="2DF9798E"/>
    <w:rsid w:val="2E0DEFC0"/>
    <w:rsid w:val="2E21D8A7"/>
    <w:rsid w:val="2E255988"/>
    <w:rsid w:val="2E4B1A6E"/>
    <w:rsid w:val="2E65633B"/>
    <w:rsid w:val="2E7C3A09"/>
    <w:rsid w:val="2ECB34C8"/>
    <w:rsid w:val="2ED306CB"/>
    <w:rsid w:val="2F07FD5B"/>
    <w:rsid w:val="2F296617"/>
    <w:rsid w:val="2F392076"/>
    <w:rsid w:val="2F3C1103"/>
    <w:rsid w:val="2F54D269"/>
    <w:rsid w:val="2F5762A2"/>
    <w:rsid w:val="2F6B0600"/>
    <w:rsid w:val="2F8AFDBD"/>
    <w:rsid w:val="2F917AB9"/>
    <w:rsid w:val="2F946BEC"/>
    <w:rsid w:val="2FABCB1B"/>
    <w:rsid w:val="2FC8DD12"/>
    <w:rsid w:val="2FC9FF74"/>
    <w:rsid w:val="2FCB528D"/>
    <w:rsid w:val="2FDDBC4E"/>
    <w:rsid w:val="301B74EB"/>
    <w:rsid w:val="308BB3E0"/>
    <w:rsid w:val="30ADB97F"/>
    <w:rsid w:val="30C6E696"/>
    <w:rsid w:val="30CBA6E8"/>
    <w:rsid w:val="30D81E43"/>
    <w:rsid w:val="30DBB8AA"/>
    <w:rsid w:val="30E3F062"/>
    <w:rsid w:val="310B26DB"/>
    <w:rsid w:val="31157E8A"/>
    <w:rsid w:val="3124DFC6"/>
    <w:rsid w:val="31367729"/>
    <w:rsid w:val="313D976A"/>
    <w:rsid w:val="314B9B1A"/>
    <w:rsid w:val="3186040C"/>
    <w:rsid w:val="318B6FD7"/>
    <w:rsid w:val="31B76213"/>
    <w:rsid w:val="31E3BDCB"/>
    <w:rsid w:val="31EDBE43"/>
    <w:rsid w:val="31F679F1"/>
    <w:rsid w:val="320B61D4"/>
    <w:rsid w:val="323DBB56"/>
    <w:rsid w:val="324D04D2"/>
    <w:rsid w:val="32520365"/>
    <w:rsid w:val="32571A23"/>
    <w:rsid w:val="32744754"/>
    <w:rsid w:val="3283633A"/>
    <w:rsid w:val="32C5469B"/>
    <w:rsid w:val="32E0DEB9"/>
    <w:rsid w:val="32FC8696"/>
    <w:rsid w:val="33006BDC"/>
    <w:rsid w:val="3312B8DA"/>
    <w:rsid w:val="3327B20F"/>
    <w:rsid w:val="333AB7BD"/>
    <w:rsid w:val="333F7573"/>
    <w:rsid w:val="3340342E"/>
    <w:rsid w:val="33407FA0"/>
    <w:rsid w:val="33478A11"/>
    <w:rsid w:val="334AE3E8"/>
    <w:rsid w:val="3372850F"/>
    <w:rsid w:val="33741D67"/>
    <w:rsid w:val="339C66F9"/>
    <w:rsid w:val="339D860E"/>
    <w:rsid w:val="33A78479"/>
    <w:rsid w:val="33BD5C8B"/>
    <w:rsid w:val="33C0F870"/>
    <w:rsid w:val="33C400AD"/>
    <w:rsid w:val="33C8D622"/>
    <w:rsid w:val="33CD8A11"/>
    <w:rsid w:val="33DF6147"/>
    <w:rsid w:val="33EB6C6C"/>
    <w:rsid w:val="33FF720D"/>
    <w:rsid w:val="33FFD0ED"/>
    <w:rsid w:val="34209642"/>
    <w:rsid w:val="3422706D"/>
    <w:rsid w:val="3437C83B"/>
    <w:rsid w:val="34518CF0"/>
    <w:rsid w:val="34590FBA"/>
    <w:rsid w:val="345EDF78"/>
    <w:rsid w:val="34851D71"/>
    <w:rsid w:val="3486A24A"/>
    <w:rsid w:val="349AF6B2"/>
    <w:rsid w:val="349CD2CE"/>
    <w:rsid w:val="349D5610"/>
    <w:rsid w:val="34B5147B"/>
    <w:rsid w:val="34C8A2A7"/>
    <w:rsid w:val="34D6E1B2"/>
    <w:rsid w:val="34E4734E"/>
    <w:rsid w:val="34E48BB9"/>
    <w:rsid w:val="351FB6D3"/>
    <w:rsid w:val="3536B308"/>
    <w:rsid w:val="357D7538"/>
    <w:rsid w:val="357F17B5"/>
    <w:rsid w:val="35971D81"/>
    <w:rsid w:val="35C1712C"/>
    <w:rsid w:val="35C1B16F"/>
    <w:rsid w:val="35C23233"/>
    <w:rsid w:val="35D8BA29"/>
    <w:rsid w:val="35DF210C"/>
    <w:rsid w:val="35ED4F42"/>
    <w:rsid w:val="35F2D8AE"/>
    <w:rsid w:val="362183CE"/>
    <w:rsid w:val="36409A8B"/>
    <w:rsid w:val="3640EAE3"/>
    <w:rsid w:val="364566B8"/>
    <w:rsid w:val="365F183F"/>
    <w:rsid w:val="36718B31"/>
    <w:rsid w:val="367F58D1"/>
    <w:rsid w:val="36959979"/>
    <w:rsid w:val="36E74F46"/>
    <w:rsid w:val="36EEBF1D"/>
    <w:rsid w:val="36F0CACA"/>
    <w:rsid w:val="370D458D"/>
    <w:rsid w:val="371590B1"/>
    <w:rsid w:val="37180399"/>
    <w:rsid w:val="377D43D4"/>
    <w:rsid w:val="38090F9D"/>
    <w:rsid w:val="380A25CE"/>
    <w:rsid w:val="3815FB1F"/>
    <w:rsid w:val="382AA7AB"/>
    <w:rsid w:val="3836CC6C"/>
    <w:rsid w:val="383D3364"/>
    <w:rsid w:val="384EFD05"/>
    <w:rsid w:val="386031FF"/>
    <w:rsid w:val="38668207"/>
    <w:rsid w:val="3871874F"/>
    <w:rsid w:val="38A3A11B"/>
    <w:rsid w:val="38B87D8F"/>
    <w:rsid w:val="38CEC6AA"/>
    <w:rsid w:val="38FDDFCC"/>
    <w:rsid w:val="3903A552"/>
    <w:rsid w:val="3905DD92"/>
    <w:rsid w:val="3910B8CC"/>
    <w:rsid w:val="39188591"/>
    <w:rsid w:val="393F187C"/>
    <w:rsid w:val="394C2C61"/>
    <w:rsid w:val="395CD59F"/>
    <w:rsid w:val="39724BC5"/>
    <w:rsid w:val="397FA9E7"/>
    <w:rsid w:val="399B98D2"/>
    <w:rsid w:val="39B1500D"/>
    <w:rsid w:val="39B3A488"/>
    <w:rsid w:val="39BE4D05"/>
    <w:rsid w:val="39C9F28B"/>
    <w:rsid w:val="3A04B711"/>
    <w:rsid w:val="3A08C03B"/>
    <w:rsid w:val="3A0D2068"/>
    <w:rsid w:val="3A1182A2"/>
    <w:rsid w:val="3A16E33F"/>
    <w:rsid w:val="3A2FFBD5"/>
    <w:rsid w:val="3A777DE6"/>
    <w:rsid w:val="3A8F90E5"/>
    <w:rsid w:val="3AA3C46A"/>
    <w:rsid w:val="3AAFA846"/>
    <w:rsid w:val="3AB9E07D"/>
    <w:rsid w:val="3B17DE7D"/>
    <w:rsid w:val="3B184257"/>
    <w:rsid w:val="3B4E6F4A"/>
    <w:rsid w:val="3B8EC64E"/>
    <w:rsid w:val="3B90DE00"/>
    <w:rsid w:val="3BB78F68"/>
    <w:rsid w:val="3BB799B7"/>
    <w:rsid w:val="3BCD3869"/>
    <w:rsid w:val="3BDC94A1"/>
    <w:rsid w:val="3BE3D0C2"/>
    <w:rsid w:val="3BEC057A"/>
    <w:rsid w:val="3BFE7710"/>
    <w:rsid w:val="3C19DF64"/>
    <w:rsid w:val="3C2C0007"/>
    <w:rsid w:val="3C49EDFC"/>
    <w:rsid w:val="3C549F24"/>
    <w:rsid w:val="3C576805"/>
    <w:rsid w:val="3C6ED789"/>
    <w:rsid w:val="3CB66E1F"/>
    <w:rsid w:val="3CBF7ECC"/>
    <w:rsid w:val="3CDD7E71"/>
    <w:rsid w:val="3CF0A544"/>
    <w:rsid w:val="3D036652"/>
    <w:rsid w:val="3D19BDFA"/>
    <w:rsid w:val="3D5474EE"/>
    <w:rsid w:val="3D708E46"/>
    <w:rsid w:val="3D77E51E"/>
    <w:rsid w:val="3D8872F5"/>
    <w:rsid w:val="3D8B6054"/>
    <w:rsid w:val="3D8E724F"/>
    <w:rsid w:val="3DB5C29E"/>
    <w:rsid w:val="3DD2EB37"/>
    <w:rsid w:val="3DD3011E"/>
    <w:rsid w:val="3DDE60BF"/>
    <w:rsid w:val="3DE94E5F"/>
    <w:rsid w:val="3DEA707B"/>
    <w:rsid w:val="3E0FA865"/>
    <w:rsid w:val="3E1D4406"/>
    <w:rsid w:val="3E23E66C"/>
    <w:rsid w:val="3E417903"/>
    <w:rsid w:val="3E44B668"/>
    <w:rsid w:val="3E512D6C"/>
    <w:rsid w:val="3E637617"/>
    <w:rsid w:val="3E737D25"/>
    <w:rsid w:val="3E8C4EC6"/>
    <w:rsid w:val="3E9B8013"/>
    <w:rsid w:val="3EB84330"/>
    <w:rsid w:val="3EBFC04B"/>
    <w:rsid w:val="3EC94ED9"/>
    <w:rsid w:val="3EE5398A"/>
    <w:rsid w:val="3EF43750"/>
    <w:rsid w:val="3EFED5FB"/>
    <w:rsid w:val="3F061210"/>
    <w:rsid w:val="3F0F6EF3"/>
    <w:rsid w:val="3F21E7D8"/>
    <w:rsid w:val="3F5BACD1"/>
    <w:rsid w:val="3F67BA12"/>
    <w:rsid w:val="3F75C91B"/>
    <w:rsid w:val="3F79F8B9"/>
    <w:rsid w:val="3F7EF97E"/>
    <w:rsid w:val="3F9400A7"/>
    <w:rsid w:val="3FA3B3DA"/>
    <w:rsid w:val="3FBD34E3"/>
    <w:rsid w:val="3FC1F48D"/>
    <w:rsid w:val="3FC5470B"/>
    <w:rsid w:val="3FDB2FB1"/>
    <w:rsid w:val="4004A292"/>
    <w:rsid w:val="400A3B42"/>
    <w:rsid w:val="4017A66C"/>
    <w:rsid w:val="401D4907"/>
    <w:rsid w:val="4041254F"/>
    <w:rsid w:val="404678FF"/>
    <w:rsid w:val="4047AFFB"/>
    <w:rsid w:val="4065C4C9"/>
    <w:rsid w:val="40AF529C"/>
    <w:rsid w:val="40AF5B6C"/>
    <w:rsid w:val="40B055FC"/>
    <w:rsid w:val="40DC850F"/>
    <w:rsid w:val="40E8C3EC"/>
    <w:rsid w:val="4111A4EF"/>
    <w:rsid w:val="411B3905"/>
    <w:rsid w:val="411BE889"/>
    <w:rsid w:val="411D2A98"/>
    <w:rsid w:val="412DE5ED"/>
    <w:rsid w:val="413F6B15"/>
    <w:rsid w:val="414AF5D9"/>
    <w:rsid w:val="415F146D"/>
    <w:rsid w:val="41605101"/>
    <w:rsid w:val="416603DA"/>
    <w:rsid w:val="41697E82"/>
    <w:rsid w:val="4170A31B"/>
    <w:rsid w:val="4176394A"/>
    <w:rsid w:val="41A22937"/>
    <w:rsid w:val="41A88685"/>
    <w:rsid w:val="41BAE24B"/>
    <w:rsid w:val="41BECECF"/>
    <w:rsid w:val="41F13B7B"/>
    <w:rsid w:val="41F6B3B6"/>
    <w:rsid w:val="42053221"/>
    <w:rsid w:val="421D8EEC"/>
    <w:rsid w:val="42242669"/>
    <w:rsid w:val="4262B07E"/>
    <w:rsid w:val="426CE7E0"/>
    <w:rsid w:val="427C9130"/>
    <w:rsid w:val="427F870D"/>
    <w:rsid w:val="4294B011"/>
    <w:rsid w:val="42AA2770"/>
    <w:rsid w:val="42D1D891"/>
    <w:rsid w:val="430BB9B2"/>
    <w:rsid w:val="433510DB"/>
    <w:rsid w:val="43386E39"/>
    <w:rsid w:val="4346709B"/>
    <w:rsid w:val="43864115"/>
    <w:rsid w:val="43A82998"/>
    <w:rsid w:val="43C9ADC4"/>
    <w:rsid w:val="43CD332F"/>
    <w:rsid w:val="43E09301"/>
    <w:rsid w:val="43E3A58D"/>
    <w:rsid w:val="43EFD90B"/>
    <w:rsid w:val="43F005F2"/>
    <w:rsid w:val="43FFA6F1"/>
    <w:rsid w:val="440FCECA"/>
    <w:rsid w:val="44134648"/>
    <w:rsid w:val="4421EF03"/>
    <w:rsid w:val="443DC9CA"/>
    <w:rsid w:val="444B1B13"/>
    <w:rsid w:val="446ED3F7"/>
    <w:rsid w:val="44B34035"/>
    <w:rsid w:val="44E0CD2C"/>
    <w:rsid w:val="44E9000E"/>
    <w:rsid w:val="44FA57B4"/>
    <w:rsid w:val="450DC91B"/>
    <w:rsid w:val="4531CE24"/>
    <w:rsid w:val="45530627"/>
    <w:rsid w:val="4559EB2C"/>
    <w:rsid w:val="4564C7B4"/>
    <w:rsid w:val="459C04BA"/>
    <w:rsid w:val="45A94AA0"/>
    <w:rsid w:val="45DB1C66"/>
    <w:rsid w:val="45E9EFEC"/>
    <w:rsid w:val="45FD2DFD"/>
    <w:rsid w:val="46251E7C"/>
    <w:rsid w:val="4634E93A"/>
    <w:rsid w:val="46602CE2"/>
    <w:rsid w:val="4667A949"/>
    <w:rsid w:val="4687ECB7"/>
    <w:rsid w:val="468866BB"/>
    <w:rsid w:val="468CB4C0"/>
    <w:rsid w:val="469B1DBA"/>
    <w:rsid w:val="46C64D4C"/>
    <w:rsid w:val="46DE66C9"/>
    <w:rsid w:val="46EC1B24"/>
    <w:rsid w:val="46F91DE5"/>
    <w:rsid w:val="470C41D4"/>
    <w:rsid w:val="47167D8D"/>
    <w:rsid w:val="472226BE"/>
    <w:rsid w:val="4723A6D6"/>
    <w:rsid w:val="47385F49"/>
    <w:rsid w:val="47412588"/>
    <w:rsid w:val="474BCE8C"/>
    <w:rsid w:val="476CE4BB"/>
    <w:rsid w:val="476D417B"/>
    <w:rsid w:val="4782F761"/>
    <w:rsid w:val="47AFC60B"/>
    <w:rsid w:val="480AB504"/>
    <w:rsid w:val="48118B46"/>
    <w:rsid w:val="4812731B"/>
    <w:rsid w:val="482CD51B"/>
    <w:rsid w:val="48327431"/>
    <w:rsid w:val="48344216"/>
    <w:rsid w:val="4864C184"/>
    <w:rsid w:val="487D6F22"/>
    <w:rsid w:val="48B62A71"/>
    <w:rsid w:val="48C05BEA"/>
    <w:rsid w:val="48F75DCC"/>
    <w:rsid w:val="490A35E1"/>
    <w:rsid w:val="490BA499"/>
    <w:rsid w:val="4921273B"/>
    <w:rsid w:val="493057CF"/>
    <w:rsid w:val="493AC2D3"/>
    <w:rsid w:val="495CD1A5"/>
    <w:rsid w:val="498095E8"/>
    <w:rsid w:val="49B06F2A"/>
    <w:rsid w:val="49B4FBD6"/>
    <w:rsid w:val="49C5B7CE"/>
    <w:rsid w:val="49C967A7"/>
    <w:rsid w:val="49DB0AED"/>
    <w:rsid w:val="4A0CBC10"/>
    <w:rsid w:val="4A11B3B3"/>
    <w:rsid w:val="4A1E04D0"/>
    <w:rsid w:val="4A442DE7"/>
    <w:rsid w:val="4A5EA86E"/>
    <w:rsid w:val="4A738B0E"/>
    <w:rsid w:val="4A767913"/>
    <w:rsid w:val="4A76F7D9"/>
    <w:rsid w:val="4AD49B4F"/>
    <w:rsid w:val="4ADDFD89"/>
    <w:rsid w:val="4AE10AE4"/>
    <w:rsid w:val="4B105328"/>
    <w:rsid w:val="4B1BCB3E"/>
    <w:rsid w:val="4B1FD18D"/>
    <w:rsid w:val="4B210FB2"/>
    <w:rsid w:val="4B2615B2"/>
    <w:rsid w:val="4B2EBACA"/>
    <w:rsid w:val="4B3C08CC"/>
    <w:rsid w:val="4B67A308"/>
    <w:rsid w:val="4B6903BA"/>
    <w:rsid w:val="4B6CD162"/>
    <w:rsid w:val="4B8CFA4B"/>
    <w:rsid w:val="4B927663"/>
    <w:rsid w:val="4BAE8E32"/>
    <w:rsid w:val="4BAEA3FE"/>
    <w:rsid w:val="4BB087EA"/>
    <w:rsid w:val="4BCEC95B"/>
    <w:rsid w:val="4C042EBF"/>
    <w:rsid w:val="4C0CFD59"/>
    <w:rsid w:val="4C30BC14"/>
    <w:rsid w:val="4C36000C"/>
    <w:rsid w:val="4C7C5E39"/>
    <w:rsid w:val="4C84EB62"/>
    <w:rsid w:val="4C96000F"/>
    <w:rsid w:val="4CA67AE6"/>
    <w:rsid w:val="4CBDA632"/>
    <w:rsid w:val="4CCD6F7D"/>
    <w:rsid w:val="4CD82FC7"/>
    <w:rsid w:val="4CE0F85A"/>
    <w:rsid w:val="4CED9BB4"/>
    <w:rsid w:val="4CEEC2BC"/>
    <w:rsid w:val="4CF5FD1D"/>
    <w:rsid w:val="4D60777B"/>
    <w:rsid w:val="4D658E99"/>
    <w:rsid w:val="4D8C31C4"/>
    <w:rsid w:val="4D9E0104"/>
    <w:rsid w:val="4DAE8D1A"/>
    <w:rsid w:val="4DC1A5CD"/>
    <w:rsid w:val="4DD31726"/>
    <w:rsid w:val="4DD88ABB"/>
    <w:rsid w:val="4DE1082C"/>
    <w:rsid w:val="4DEE1F47"/>
    <w:rsid w:val="4DF20DCC"/>
    <w:rsid w:val="4DF53782"/>
    <w:rsid w:val="4E01979F"/>
    <w:rsid w:val="4E057A39"/>
    <w:rsid w:val="4E06D2F0"/>
    <w:rsid w:val="4E274707"/>
    <w:rsid w:val="4E33C58E"/>
    <w:rsid w:val="4E41699E"/>
    <w:rsid w:val="4E5DDD23"/>
    <w:rsid w:val="4E61F2D0"/>
    <w:rsid w:val="4E735288"/>
    <w:rsid w:val="4E7E8D85"/>
    <w:rsid w:val="4E7F09A2"/>
    <w:rsid w:val="4EB7C24E"/>
    <w:rsid w:val="4EBA62C1"/>
    <w:rsid w:val="4EC2D370"/>
    <w:rsid w:val="4EC2D778"/>
    <w:rsid w:val="4EDB8F57"/>
    <w:rsid w:val="4EE59DC0"/>
    <w:rsid w:val="4EF7471B"/>
    <w:rsid w:val="4F3307A0"/>
    <w:rsid w:val="4F447D4E"/>
    <w:rsid w:val="4F48B968"/>
    <w:rsid w:val="4F557571"/>
    <w:rsid w:val="4F6708DB"/>
    <w:rsid w:val="4F8BF6BC"/>
    <w:rsid w:val="4FA172D0"/>
    <w:rsid w:val="4FC725DB"/>
    <w:rsid w:val="4FD301B6"/>
    <w:rsid w:val="4FECEB9F"/>
    <w:rsid w:val="5003A906"/>
    <w:rsid w:val="50148FE4"/>
    <w:rsid w:val="501B46CF"/>
    <w:rsid w:val="5043FD04"/>
    <w:rsid w:val="504F2A41"/>
    <w:rsid w:val="50516890"/>
    <w:rsid w:val="5080039E"/>
    <w:rsid w:val="50A26BBD"/>
    <w:rsid w:val="50A2FA5C"/>
    <w:rsid w:val="50BB994F"/>
    <w:rsid w:val="50D94FA7"/>
    <w:rsid w:val="50DC6939"/>
    <w:rsid w:val="515B80A1"/>
    <w:rsid w:val="5162C898"/>
    <w:rsid w:val="51867F3E"/>
    <w:rsid w:val="51873161"/>
    <w:rsid w:val="51F45858"/>
    <w:rsid w:val="5205D551"/>
    <w:rsid w:val="521C49E7"/>
    <w:rsid w:val="521F2259"/>
    <w:rsid w:val="522CC53C"/>
    <w:rsid w:val="52528709"/>
    <w:rsid w:val="52C0E0DD"/>
    <w:rsid w:val="52E289EF"/>
    <w:rsid w:val="52FBBE74"/>
    <w:rsid w:val="53033D21"/>
    <w:rsid w:val="531D2A70"/>
    <w:rsid w:val="5345D2E0"/>
    <w:rsid w:val="536B40E0"/>
    <w:rsid w:val="53773B91"/>
    <w:rsid w:val="537A8524"/>
    <w:rsid w:val="537F5544"/>
    <w:rsid w:val="5396F4DE"/>
    <w:rsid w:val="53AEEFAD"/>
    <w:rsid w:val="53CB074A"/>
    <w:rsid w:val="53F4D5A2"/>
    <w:rsid w:val="53F620CD"/>
    <w:rsid w:val="53FBDEB6"/>
    <w:rsid w:val="5425E4F7"/>
    <w:rsid w:val="54336A45"/>
    <w:rsid w:val="5468E60A"/>
    <w:rsid w:val="5487E84F"/>
    <w:rsid w:val="549C62A5"/>
    <w:rsid w:val="54A3E798"/>
    <w:rsid w:val="54A7CDAA"/>
    <w:rsid w:val="54B0C455"/>
    <w:rsid w:val="54CC6E9C"/>
    <w:rsid w:val="54CE69A9"/>
    <w:rsid w:val="54F1B66F"/>
    <w:rsid w:val="55112D86"/>
    <w:rsid w:val="552F6ED9"/>
    <w:rsid w:val="5565E922"/>
    <w:rsid w:val="55AA80CF"/>
    <w:rsid w:val="55C2E659"/>
    <w:rsid w:val="55CF6960"/>
    <w:rsid w:val="55DD8375"/>
    <w:rsid w:val="55F0F66C"/>
    <w:rsid w:val="560B2CE4"/>
    <w:rsid w:val="56195FB0"/>
    <w:rsid w:val="5626C439"/>
    <w:rsid w:val="5639176B"/>
    <w:rsid w:val="563A389A"/>
    <w:rsid w:val="565B1107"/>
    <w:rsid w:val="567B3EBD"/>
    <w:rsid w:val="56B1889D"/>
    <w:rsid w:val="56CAE0DF"/>
    <w:rsid w:val="56CF5C9A"/>
    <w:rsid w:val="56DA4747"/>
    <w:rsid w:val="56EEF87E"/>
    <w:rsid w:val="56F35953"/>
    <w:rsid w:val="57007202"/>
    <w:rsid w:val="570597CF"/>
    <w:rsid w:val="571F27FA"/>
    <w:rsid w:val="572BA3B0"/>
    <w:rsid w:val="5732E473"/>
    <w:rsid w:val="57531E2C"/>
    <w:rsid w:val="5763E4A1"/>
    <w:rsid w:val="57676A1C"/>
    <w:rsid w:val="578039C4"/>
    <w:rsid w:val="5782A35C"/>
    <w:rsid w:val="578CB228"/>
    <w:rsid w:val="579A014F"/>
    <w:rsid w:val="579B9C38"/>
    <w:rsid w:val="57B07378"/>
    <w:rsid w:val="57BE5F01"/>
    <w:rsid w:val="57C08E6C"/>
    <w:rsid w:val="580E4725"/>
    <w:rsid w:val="5863B435"/>
    <w:rsid w:val="5871A380"/>
    <w:rsid w:val="58960FAD"/>
    <w:rsid w:val="589759CE"/>
    <w:rsid w:val="58AF671A"/>
    <w:rsid w:val="58B6E84A"/>
    <w:rsid w:val="58BD3A5E"/>
    <w:rsid w:val="58CBE591"/>
    <w:rsid w:val="58CDC79C"/>
    <w:rsid w:val="58F7E505"/>
    <w:rsid w:val="59013FB0"/>
    <w:rsid w:val="590AE2E1"/>
    <w:rsid w:val="590FB982"/>
    <w:rsid w:val="5917FBA1"/>
    <w:rsid w:val="5918F2EE"/>
    <w:rsid w:val="5929DEC4"/>
    <w:rsid w:val="592BCBCB"/>
    <w:rsid w:val="594BBBB3"/>
    <w:rsid w:val="59538B20"/>
    <w:rsid w:val="59736037"/>
    <w:rsid w:val="597DA836"/>
    <w:rsid w:val="599147FF"/>
    <w:rsid w:val="59D4BDB7"/>
    <w:rsid w:val="59DD5CBD"/>
    <w:rsid w:val="59E2DAB0"/>
    <w:rsid w:val="59EE6436"/>
    <w:rsid w:val="5A05784E"/>
    <w:rsid w:val="5A146CD3"/>
    <w:rsid w:val="5A45F9AC"/>
    <w:rsid w:val="5A481B4A"/>
    <w:rsid w:val="5A48A686"/>
    <w:rsid w:val="5A71197F"/>
    <w:rsid w:val="5A88E308"/>
    <w:rsid w:val="5A95132F"/>
    <w:rsid w:val="5A951CF5"/>
    <w:rsid w:val="5AA08D06"/>
    <w:rsid w:val="5AC1ECB0"/>
    <w:rsid w:val="5AE32C8B"/>
    <w:rsid w:val="5AFA361D"/>
    <w:rsid w:val="5B001B36"/>
    <w:rsid w:val="5B07E744"/>
    <w:rsid w:val="5B299408"/>
    <w:rsid w:val="5B626D6D"/>
    <w:rsid w:val="5B83AF80"/>
    <w:rsid w:val="5B8912EE"/>
    <w:rsid w:val="5B8D3C9F"/>
    <w:rsid w:val="5BAAB86F"/>
    <w:rsid w:val="5BB52DC4"/>
    <w:rsid w:val="5BD0C4AE"/>
    <w:rsid w:val="5BD534A5"/>
    <w:rsid w:val="5BD6D77C"/>
    <w:rsid w:val="5BE80EB8"/>
    <w:rsid w:val="5BF2C720"/>
    <w:rsid w:val="5BFF1A90"/>
    <w:rsid w:val="5C0DFD37"/>
    <w:rsid w:val="5C1714EB"/>
    <w:rsid w:val="5C4579AA"/>
    <w:rsid w:val="5C724FE9"/>
    <w:rsid w:val="5C7D4703"/>
    <w:rsid w:val="5CBB98D8"/>
    <w:rsid w:val="5CBD3D1D"/>
    <w:rsid w:val="5CC3F68E"/>
    <w:rsid w:val="5CC64173"/>
    <w:rsid w:val="5CCB95F7"/>
    <w:rsid w:val="5CDE219A"/>
    <w:rsid w:val="5CDF5C84"/>
    <w:rsid w:val="5D07CA8D"/>
    <w:rsid w:val="5D1FDDAC"/>
    <w:rsid w:val="5D6D21DA"/>
    <w:rsid w:val="5D70136A"/>
    <w:rsid w:val="5D78814E"/>
    <w:rsid w:val="5D8CDD48"/>
    <w:rsid w:val="5D9847C6"/>
    <w:rsid w:val="5D9F95B0"/>
    <w:rsid w:val="5DA9665A"/>
    <w:rsid w:val="5DB47462"/>
    <w:rsid w:val="5DC06C77"/>
    <w:rsid w:val="5DC37191"/>
    <w:rsid w:val="5DC625D0"/>
    <w:rsid w:val="5DCDCE0B"/>
    <w:rsid w:val="5DD7B013"/>
    <w:rsid w:val="5DEFBD78"/>
    <w:rsid w:val="5DF5E439"/>
    <w:rsid w:val="5E172866"/>
    <w:rsid w:val="5EA30CCC"/>
    <w:rsid w:val="5EB76004"/>
    <w:rsid w:val="5EC469D7"/>
    <w:rsid w:val="5EC55433"/>
    <w:rsid w:val="5EDBAA42"/>
    <w:rsid w:val="5EE43B41"/>
    <w:rsid w:val="5EFD408C"/>
    <w:rsid w:val="5F1BB4E2"/>
    <w:rsid w:val="5F268F79"/>
    <w:rsid w:val="5F381EA3"/>
    <w:rsid w:val="5F8F79A1"/>
    <w:rsid w:val="5F93A488"/>
    <w:rsid w:val="5FA85340"/>
    <w:rsid w:val="5FB5DABA"/>
    <w:rsid w:val="5FC9C2CC"/>
    <w:rsid w:val="60903A51"/>
    <w:rsid w:val="60AD1BF8"/>
    <w:rsid w:val="61065204"/>
    <w:rsid w:val="6108E2A2"/>
    <w:rsid w:val="6109DD7F"/>
    <w:rsid w:val="610CF75A"/>
    <w:rsid w:val="611022D2"/>
    <w:rsid w:val="61198057"/>
    <w:rsid w:val="6126E97A"/>
    <w:rsid w:val="61366CF2"/>
    <w:rsid w:val="613A69D5"/>
    <w:rsid w:val="613E7485"/>
    <w:rsid w:val="6158CCF5"/>
    <w:rsid w:val="615DC2C9"/>
    <w:rsid w:val="6175A124"/>
    <w:rsid w:val="6195584B"/>
    <w:rsid w:val="619A4622"/>
    <w:rsid w:val="61A3F321"/>
    <w:rsid w:val="61A5F3F5"/>
    <w:rsid w:val="61AB4D6D"/>
    <w:rsid w:val="61C84FA5"/>
    <w:rsid w:val="61D08C35"/>
    <w:rsid w:val="61D5F3F8"/>
    <w:rsid w:val="61E6626C"/>
    <w:rsid w:val="61F05EA5"/>
    <w:rsid w:val="61F75CB4"/>
    <w:rsid w:val="62030DAF"/>
    <w:rsid w:val="620E1320"/>
    <w:rsid w:val="62182F2D"/>
    <w:rsid w:val="6220BC63"/>
    <w:rsid w:val="6225EBDE"/>
    <w:rsid w:val="627EA75B"/>
    <w:rsid w:val="62819A25"/>
    <w:rsid w:val="62CA5149"/>
    <w:rsid w:val="62E204C1"/>
    <w:rsid w:val="63123707"/>
    <w:rsid w:val="6319FF99"/>
    <w:rsid w:val="63264191"/>
    <w:rsid w:val="632C2BB2"/>
    <w:rsid w:val="6346FDF7"/>
    <w:rsid w:val="635802DE"/>
    <w:rsid w:val="635A513F"/>
    <w:rsid w:val="6382AEED"/>
    <w:rsid w:val="63E9BE24"/>
    <w:rsid w:val="63F8777F"/>
    <w:rsid w:val="63FAF45B"/>
    <w:rsid w:val="63FFCEB6"/>
    <w:rsid w:val="6414E198"/>
    <w:rsid w:val="6433C368"/>
    <w:rsid w:val="64399897"/>
    <w:rsid w:val="643FD382"/>
    <w:rsid w:val="64401E77"/>
    <w:rsid w:val="6460E543"/>
    <w:rsid w:val="64709D86"/>
    <w:rsid w:val="647C32FF"/>
    <w:rsid w:val="649082CC"/>
    <w:rsid w:val="64BAAFEC"/>
    <w:rsid w:val="64FF2FF7"/>
    <w:rsid w:val="650562F8"/>
    <w:rsid w:val="6507A13A"/>
    <w:rsid w:val="65200957"/>
    <w:rsid w:val="65663F7A"/>
    <w:rsid w:val="656D8F34"/>
    <w:rsid w:val="657E9720"/>
    <w:rsid w:val="6582E2F7"/>
    <w:rsid w:val="658BA4D6"/>
    <w:rsid w:val="65A57EAA"/>
    <w:rsid w:val="65D8BD7A"/>
    <w:rsid w:val="65DF0E01"/>
    <w:rsid w:val="65F856DF"/>
    <w:rsid w:val="65FB3786"/>
    <w:rsid w:val="660D083E"/>
    <w:rsid w:val="660E144C"/>
    <w:rsid w:val="661FD621"/>
    <w:rsid w:val="662A79D1"/>
    <w:rsid w:val="6630ED3B"/>
    <w:rsid w:val="663640CF"/>
    <w:rsid w:val="663A01F4"/>
    <w:rsid w:val="663B4ECE"/>
    <w:rsid w:val="66513813"/>
    <w:rsid w:val="665B06E4"/>
    <w:rsid w:val="665B26A4"/>
    <w:rsid w:val="66621068"/>
    <w:rsid w:val="6671C1BE"/>
    <w:rsid w:val="668F7775"/>
    <w:rsid w:val="66965417"/>
    <w:rsid w:val="669BD1C1"/>
    <w:rsid w:val="66DA4133"/>
    <w:rsid w:val="67023FAB"/>
    <w:rsid w:val="670E1E74"/>
    <w:rsid w:val="6712D0E5"/>
    <w:rsid w:val="675D876B"/>
    <w:rsid w:val="676C0ACA"/>
    <w:rsid w:val="677ED165"/>
    <w:rsid w:val="677FE0A9"/>
    <w:rsid w:val="6784BE64"/>
    <w:rsid w:val="678625AC"/>
    <w:rsid w:val="6786F3CF"/>
    <w:rsid w:val="6792BA2C"/>
    <w:rsid w:val="679FDD81"/>
    <w:rsid w:val="67B6AFD6"/>
    <w:rsid w:val="67D6702D"/>
    <w:rsid w:val="680D460A"/>
    <w:rsid w:val="681CDEA4"/>
    <w:rsid w:val="681DF8CD"/>
    <w:rsid w:val="6820BB08"/>
    <w:rsid w:val="68246413"/>
    <w:rsid w:val="6825D034"/>
    <w:rsid w:val="682FECCA"/>
    <w:rsid w:val="683E585F"/>
    <w:rsid w:val="6841BA48"/>
    <w:rsid w:val="6847E172"/>
    <w:rsid w:val="6858966E"/>
    <w:rsid w:val="6864CA3E"/>
    <w:rsid w:val="686A89E7"/>
    <w:rsid w:val="6885FCAF"/>
    <w:rsid w:val="68A62EA8"/>
    <w:rsid w:val="68AA174E"/>
    <w:rsid w:val="68BD3A94"/>
    <w:rsid w:val="68D1113E"/>
    <w:rsid w:val="6915F118"/>
    <w:rsid w:val="6931B83F"/>
    <w:rsid w:val="695BC9A6"/>
    <w:rsid w:val="695FA307"/>
    <w:rsid w:val="6963E119"/>
    <w:rsid w:val="696D0705"/>
    <w:rsid w:val="6971729E"/>
    <w:rsid w:val="697357E1"/>
    <w:rsid w:val="6975E123"/>
    <w:rsid w:val="69772DCB"/>
    <w:rsid w:val="6983F6D0"/>
    <w:rsid w:val="69863D1C"/>
    <w:rsid w:val="6990D688"/>
    <w:rsid w:val="699B66B6"/>
    <w:rsid w:val="699B7EBA"/>
    <w:rsid w:val="699C9B97"/>
    <w:rsid w:val="69A47369"/>
    <w:rsid w:val="69A71295"/>
    <w:rsid w:val="69BDBC93"/>
    <w:rsid w:val="69D6AB26"/>
    <w:rsid w:val="69DDE08A"/>
    <w:rsid w:val="69EFEAED"/>
    <w:rsid w:val="6A19ABCC"/>
    <w:rsid w:val="6A378B6C"/>
    <w:rsid w:val="6A46CB90"/>
    <w:rsid w:val="6A69E0FE"/>
    <w:rsid w:val="6A6A4559"/>
    <w:rsid w:val="6A934A8D"/>
    <w:rsid w:val="6A9635A8"/>
    <w:rsid w:val="6AAEA139"/>
    <w:rsid w:val="6AC049AC"/>
    <w:rsid w:val="6AD19379"/>
    <w:rsid w:val="6ADABC37"/>
    <w:rsid w:val="6AED9824"/>
    <w:rsid w:val="6AFAC138"/>
    <w:rsid w:val="6B24F1BF"/>
    <w:rsid w:val="6B35FB5B"/>
    <w:rsid w:val="6B390C40"/>
    <w:rsid w:val="6B405FEB"/>
    <w:rsid w:val="6B689E36"/>
    <w:rsid w:val="6B8DE9AD"/>
    <w:rsid w:val="6BCB0D0A"/>
    <w:rsid w:val="6BCE3903"/>
    <w:rsid w:val="6BD38727"/>
    <w:rsid w:val="6BD84BB3"/>
    <w:rsid w:val="6BECC34A"/>
    <w:rsid w:val="6BFA9348"/>
    <w:rsid w:val="6BFE05B2"/>
    <w:rsid w:val="6C07D0CC"/>
    <w:rsid w:val="6C101115"/>
    <w:rsid w:val="6C2C8822"/>
    <w:rsid w:val="6C3A1EEF"/>
    <w:rsid w:val="6C451BF8"/>
    <w:rsid w:val="6C55EA60"/>
    <w:rsid w:val="6C663BD7"/>
    <w:rsid w:val="6C7C36E8"/>
    <w:rsid w:val="6C939612"/>
    <w:rsid w:val="6C9A96C9"/>
    <w:rsid w:val="6CB03B1C"/>
    <w:rsid w:val="6CD5C723"/>
    <w:rsid w:val="6CDBCD72"/>
    <w:rsid w:val="6D0E9880"/>
    <w:rsid w:val="6D2A1D04"/>
    <w:rsid w:val="6D45A716"/>
    <w:rsid w:val="6D66C0E8"/>
    <w:rsid w:val="6D71AE48"/>
    <w:rsid w:val="6D7DAE6D"/>
    <w:rsid w:val="6D8A30CF"/>
    <w:rsid w:val="6DA9EB0D"/>
    <w:rsid w:val="6DB94C0B"/>
    <w:rsid w:val="6DD28CF2"/>
    <w:rsid w:val="6DE3064E"/>
    <w:rsid w:val="6DFA812C"/>
    <w:rsid w:val="6E5149F0"/>
    <w:rsid w:val="6E606007"/>
    <w:rsid w:val="6E66E991"/>
    <w:rsid w:val="6E678D76"/>
    <w:rsid w:val="6E9BDE00"/>
    <w:rsid w:val="6EA44401"/>
    <w:rsid w:val="6EA451BF"/>
    <w:rsid w:val="6EB742B1"/>
    <w:rsid w:val="6EDA5CF3"/>
    <w:rsid w:val="6EF960FD"/>
    <w:rsid w:val="6F0AACAB"/>
    <w:rsid w:val="6F13E59E"/>
    <w:rsid w:val="6F1A1FCE"/>
    <w:rsid w:val="6F1C3760"/>
    <w:rsid w:val="6F38FDD6"/>
    <w:rsid w:val="6F743F3A"/>
    <w:rsid w:val="6FAB5E7F"/>
    <w:rsid w:val="6FB16EB1"/>
    <w:rsid w:val="6FBB62F6"/>
    <w:rsid w:val="6FC715D3"/>
    <w:rsid w:val="6FCC4E3C"/>
    <w:rsid w:val="6FE65183"/>
    <w:rsid w:val="6FF4246E"/>
    <w:rsid w:val="6FF72E38"/>
    <w:rsid w:val="70185719"/>
    <w:rsid w:val="7042E959"/>
    <w:rsid w:val="70481196"/>
    <w:rsid w:val="706992DA"/>
    <w:rsid w:val="706D8301"/>
    <w:rsid w:val="708CEF47"/>
    <w:rsid w:val="709A483E"/>
    <w:rsid w:val="70A77997"/>
    <w:rsid w:val="70C7C043"/>
    <w:rsid w:val="70DB6B71"/>
    <w:rsid w:val="70F73B89"/>
    <w:rsid w:val="70FF6352"/>
    <w:rsid w:val="7106A5ED"/>
    <w:rsid w:val="71101404"/>
    <w:rsid w:val="711DE120"/>
    <w:rsid w:val="7148341A"/>
    <w:rsid w:val="7152F0BD"/>
    <w:rsid w:val="7156CEC2"/>
    <w:rsid w:val="7158C2DE"/>
    <w:rsid w:val="71595A47"/>
    <w:rsid w:val="715C94FD"/>
    <w:rsid w:val="71751CA7"/>
    <w:rsid w:val="717EBA5C"/>
    <w:rsid w:val="7189C477"/>
    <w:rsid w:val="7190F27C"/>
    <w:rsid w:val="719EA205"/>
    <w:rsid w:val="71A286C0"/>
    <w:rsid w:val="71B3BD2B"/>
    <w:rsid w:val="71B5FB40"/>
    <w:rsid w:val="71D5F212"/>
    <w:rsid w:val="71D66F8B"/>
    <w:rsid w:val="71E33564"/>
    <w:rsid w:val="71EB8044"/>
    <w:rsid w:val="71FD2313"/>
    <w:rsid w:val="71FD836F"/>
    <w:rsid w:val="726FDD85"/>
    <w:rsid w:val="72866477"/>
    <w:rsid w:val="7296B0D5"/>
    <w:rsid w:val="72B3681C"/>
    <w:rsid w:val="72BF8AAE"/>
    <w:rsid w:val="72CAC888"/>
    <w:rsid w:val="7310417C"/>
    <w:rsid w:val="73274AF2"/>
    <w:rsid w:val="733FFE4B"/>
    <w:rsid w:val="73517B93"/>
    <w:rsid w:val="73523EDC"/>
    <w:rsid w:val="73AEE908"/>
    <w:rsid w:val="73B5D52A"/>
    <w:rsid w:val="73BA032C"/>
    <w:rsid w:val="73DBF126"/>
    <w:rsid w:val="73F7FC54"/>
    <w:rsid w:val="7402D530"/>
    <w:rsid w:val="74206304"/>
    <w:rsid w:val="74265968"/>
    <w:rsid w:val="743F7666"/>
    <w:rsid w:val="74563787"/>
    <w:rsid w:val="74718305"/>
    <w:rsid w:val="7499D154"/>
    <w:rsid w:val="74A9867F"/>
    <w:rsid w:val="74AB3E3B"/>
    <w:rsid w:val="74B113A3"/>
    <w:rsid w:val="74BF901E"/>
    <w:rsid w:val="74D08107"/>
    <w:rsid w:val="74E0C707"/>
    <w:rsid w:val="74FBA809"/>
    <w:rsid w:val="74FC0C89"/>
    <w:rsid w:val="750F5A8E"/>
    <w:rsid w:val="75503914"/>
    <w:rsid w:val="7558E2BE"/>
    <w:rsid w:val="755BF9E2"/>
    <w:rsid w:val="7562056E"/>
    <w:rsid w:val="756BA8A3"/>
    <w:rsid w:val="75A9ECB0"/>
    <w:rsid w:val="75B54682"/>
    <w:rsid w:val="75B5DF37"/>
    <w:rsid w:val="75BF6E95"/>
    <w:rsid w:val="75E17D54"/>
    <w:rsid w:val="760A266D"/>
    <w:rsid w:val="762DDC0C"/>
    <w:rsid w:val="7652B74A"/>
    <w:rsid w:val="766D5360"/>
    <w:rsid w:val="7677E962"/>
    <w:rsid w:val="767E9BBF"/>
    <w:rsid w:val="768BE582"/>
    <w:rsid w:val="769F89EC"/>
    <w:rsid w:val="76A19C54"/>
    <w:rsid w:val="76ACA6D0"/>
    <w:rsid w:val="76B26B61"/>
    <w:rsid w:val="76BCE8F8"/>
    <w:rsid w:val="76EBF171"/>
    <w:rsid w:val="76EE5138"/>
    <w:rsid w:val="76F498EF"/>
    <w:rsid w:val="76F9DB48"/>
    <w:rsid w:val="77052F44"/>
    <w:rsid w:val="770CE381"/>
    <w:rsid w:val="772C6562"/>
    <w:rsid w:val="7759AB41"/>
    <w:rsid w:val="77922B03"/>
    <w:rsid w:val="77933C55"/>
    <w:rsid w:val="779A8FFF"/>
    <w:rsid w:val="779CB399"/>
    <w:rsid w:val="77AFB921"/>
    <w:rsid w:val="77B435E1"/>
    <w:rsid w:val="77E72941"/>
    <w:rsid w:val="77E89849"/>
    <w:rsid w:val="77ED61DC"/>
    <w:rsid w:val="7800ED35"/>
    <w:rsid w:val="7834086C"/>
    <w:rsid w:val="787779BC"/>
    <w:rsid w:val="78778E37"/>
    <w:rsid w:val="787C6D00"/>
    <w:rsid w:val="788B749C"/>
    <w:rsid w:val="788EBE29"/>
    <w:rsid w:val="7892608A"/>
    <w:rsid w:val="78949AE2"/>
    <w:rsid w:val="78B7A6F6"/>
    <w:rsid w:val="78B9A257"/>
    <w:rsid w:val="78C2F4B5"/>
    <w:rsid w:val="78D4726E"/>
    <w:rsid w:val="78E82FBF"/>
    <w:rsid w:val="792171DD"/>
    <w:rsid w:val="793EA283"/>
    <w:rsid w:val="795071F6"/>
    <w:rsid w:val="79546ECA"/>
    <w:rsid w:val="795F99A5"/>
    <w:rsid w:val="79662C26"/>
    <w:rsid w:val="7969B3C3"/>
    <w:rsid w:val="799050E4"/>
    <w:rsid w:val="799EF001"/>
    <w:rsid w:val="79C19CFC"/>
    <w:rsid w:val="79C6A9A7"/>
    <w:rsid w:val="79E6B581"/>
    <w:rsid w:val="7A267EF6"/>
    <w:rsid w:val="7A31F11F"/>
    <w:rsid w:val="7A53AD45"/>
    <w:rsid w:val="7A6676C3"/>
    <w:rsid w:val="7A68AEA1"/>
    <w:rsid w:val="7A6C5286"/>
    <w:rsid w:val="7A8AE74D"/>
    <w:rsid w:val="7A92C3A2"/>
    <w:rsid w:val="7A9AD5A2"/>
    <w:rsid w:val="7AB1E6F8"/>
    <w:rsid w:val="7AB25326"/>
    <w:rsid w:val="7AE973CE"/>
    <w:rsid w:val="7AFB56EC"/>
    <w:rsid w:val="7B3555A9"/>
    <w:rsid w:val="7B3853E8"/>
    <w:rsid w:val="7B3E3475"/>
    <w:rsid w:val="7B45C152"/>
    <w:rsid w:val="7B4F6334"/>
    <w:rsid w:val="7B6FF187"/>
    <w:rsid w:val="7B73843D"/>
    <w:rsid w:val="7B91F55C"/>
    <w:rsid w:val="7BE346D4"/>
    <w:rsid w:val="7BEB1A69"/>
    <w:rsid w:val="7BF50630"/>
    <w:rsid w:val="7C9D9C3B"/>
    <w:rsid w:val="7CAD769F"/>
    <w:rsid w:val="7CC13AAD"/>
    <w:rsid w:val="7CD32260"/>
    <w:rsid w:val="7CEDB61D"/>
    <w:rsid w:val="7CFD5466"/>
    <w:rsid w:val="7D0C1F72"/>
    <w:rsid w:val="7D12907B"/>
    <w:rsid w:val="7D1DB0B2"/>
    <w:rsid w:val="7D22F2CA"/>
    <w:rsid w:val="7D62E5B6"/>
    <w:rsid w:val="7D651D8F"/>
    <w:rsid w:val="7DA74E22"/>
    <w:rsid w:val="7DC01A1E"/>
    <w:rsid w:val="7DFE7C18"/>
    <w:rsid w:val="7DFF9D2E"/>
    <w:rsid w:val="7E042569"/>
    <w:rsid w:val="7E1A1A20"/>
    <w:rsid w:val="7E1B6990"/>
    <w:rsid w:val="7E1FC9C4"/>
    <w:rsid w:val="7E2A34A4"/>
    <w:rsid w:val="7E2E3ABA"/>
    <w:rsid w:val="7E3560AF"/>
    <w:rsid w:val="7E6F52D7"/>
    <w:rsid w:val="7E78B83D"/>
    <w:rsid w:val="7E7B98AD"/>
    <w:rsid w:val="7E99F3E2"/>
    <w:rsid w:val="7E9DEEC1"/>
    <w:rsid w:val="7EA2C38A"/>
    <w:rsid w:val="7EA63BCC"/>
    <w:rsid w:val="7EACDFC8"/>
    <w:rsid w:val="7EC178A0"/>
    <w:rsid w:val="7EDDA4C4"/>
    <w:rsid w:val="7F00CFCF"/>
    <w:rsid w:val="7F06659F"/>
    <w:rsid w:val="7F1C0C77"/>
    <w:rsid w:val="7F28B5FE"/>
    <w:rsid w:val="7F382ABD"/>
    <w:rsid w:val="7F6081B3"/>
    <w:rsid w:val="7F8D45BD"/>
    <w:rsid w:val="7F911B5F"/>
    <w:rsid w:val="7F938DC7"/>
    <w:rsid w:val="7FC5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8AA6726-8736-47CB-8578-F15F1206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5BDC"/>
    <w:pPr>
      <w:spacing w:after="180"/>
    </w:pPr>
    <w:rPr>
      <w:rFonts w:ascii="Calibri" w:hAnsi="Calibri" w:eastAsia="Calibri" w:cs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3D2"/>
    <w:pPr>
      <w:spacing w:before="160" w:after="80"/>
      <w:outlineLvl w:val="0"/>
    </w:pPr>
    <w:rPr>
      <w:rFonts w:eastAsiaTheme="minorEastAsia" w:cstheme="minorBid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3D2"/>
    <w:pPr>
      <w:spacing w:before="360" w:after="60"/>
      <w:outlineLvl w:val="1"/>
    </w:pPr>
    <w:rPr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87FB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23C"/>
    <w:pPr>
      <w:keepNext/>
      <w:keepLines/>
      <w:spacing w:before="360" w:after="60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A5BF372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A5BF372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A5BF372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A5BF372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A5BF372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A5BF37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NoSpacing">
    <w:name w:val="No Spacing"/>
    <w:uiPriority w:val="1"/>
    <w:qFormat/>
    <w:rsid w:val="0A5BF372"/>
    <w:pPr>
      <w:tabs>
        <w:tab w:val="right" w:pos="9360"/>
      </w:tabs>
      <w:spacing w:after="0"/>
    </w:pPr>
  </w:style>
  <w:style w:type="character" w:styleId="Heading1Char" w:customStyle="1">
    <w:name w:val="Heading 1 Char"/>
    <w:link w:val="Heading1"/>
    <w:uiPriority w:val="9"/>
    <w:rsid w:val="009003D2"/>
    <w:rPr>
      <w:rFonts w:ascii="Calibri" w:hAnsi="Calibri"/>
      <w:b/>
      <w:bCs/>
      <w:color w:val="000000" w:themeColor="text1"/>
      <w:sz w:val="40"/>
      <w:szCs w:val="40"/>
    </w:rPr>
  </w:style>
  <w:style w:type="character" w:styleId="Heading2Char" w:customStyle="1">
    <w:name w:val="Heading 2 Char"/>
    <w:link w:val="Heading2"/>
    <w:uiPriority w:val="9"/>
    <w:rsid w:val="009003D2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character" w:styleId="Heading3Char" w:customStyle="1">
    <w:name w:val="Heading 3 Char"/>
    <w:link w:val="Heading3"/>
    <w:uiPriority w:val="9"/>
    <w:rsid w:val="0019623C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A5BF372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A5BF372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A5BF37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A5BF37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A5BF37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A5BF372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A5BF372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A5BF372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A5BF372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A5BF372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A5BF372"/>
    <w:pPr>
      <w:numPr>
        <w:numId w:val="6"/>
      </w:numPr>
      <w:tabs>
        <w:tab w:val="clear" w:pos="72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A5BF372"/>
    <w:pPr>
      <w:numPr>
        <w:numId w:val="7"/>
      </w:numPr>
      <w:tabs>
        <w:tab w:val="clear" w:pos="1080"/>
      </w:tabs>
      <w:ind w:left="360"/>
      <w:contextualSpacing/>
    </w:pPr>
  </w:style>
  <w:style w:type="paragraph" w:styleId="ListNumber">
    <w:name w:val="List Number"/>
    <w:basedOn w:val="Normal"/>
    <w:uiPriority w:val="99"/>
    <w:unhideWhenUsed/>
    <w:rsid w:val="0A5BF37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A5BF372"/>
    <w:pPr>
      <w:numPr>
        <w:numId w:val="9"/>
      </w:numPr>
      <w:tabs>
        <w:tab w:val="clear" w:pos="720"/>
      </w:tabs>
      <w:contextualSpacing/>
    </w:pPr>
  </w:style>
  <w:style w:type="paragraph" w:styleId="ListNumber3">
    <w:name w:val="List Number 3"/>
    <w:basedOn w:val="Normal"/>
    <w:uiPriority w:val="99"/>
    <w:unhideWhenUsed/>
    <w:rsid w:val="0A5BF372"/>
    <w:pPr>
      <w:numPr>
        <w:numId w:val="10"/>
      </w:numPr>
      <w:tabs>
        <w:tab w:val="clear" w:pos="1080"/>
      </w:tabs>
      <w:ind w:left="720"/>
      <w:contextualSpacing/>
    </w:pPr>
  </w:style>
  <w:style w:type="paragraph" w:styleId="ListContinue">
    <w:name w:val="List Continue"/>
    <w:basedOn w:val="Normal"/>
    <w:uiPriority w:val="99"/>
    <w:unhideWhenUsed/>
    <w:rsid w:val="0A5BF3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A5BF3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A5BF372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A5BF372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rsid w:val="0019623C"/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5BF37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5BF372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595959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A5BF372"/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uiPriority w:val="99"/>
    <w:semiHidden/>
    <w:rsid w:val="00D02B7F"/>
    <w:rPr>
      <w:color w:val="595959"/>
    </w:rPr>
  </w:style>
  <w:style w:type="character" w:styleId="Style3" w:customStyle="1">
    <w:name w:val="Style3"/>
    <w:basedOn w:val="DefaultParagraphFont"/>
    <w:uiPriority w:val="1"/>
    <w:qFormat/>
    <w:rsid w:val="00182CC5"/>
    <w:rPr>
      <w:rFonts w:ascii="Calibri" w:hAnsi="Calibri"/>
      <w:sz w:val="22"/>
    </w:rPr>
  </w:style>
  <w:style w:type="character" w:styleId="Style6" w:customStyle="1">
    <w:name w:val="Style6"/>
    <w:basedOn w:val="DefaultParagraphFont"/>
    <w:uiPriority w:val="1"/>
    <w:qFormat/>
    <w:rsid w:val="00366048"/>
    <w:rPr>
      <w:rFonts w:ascii="Calibri" w:hAnsi="Calibri"/>
      <w:b w:val="0"/>
      <w:sz w:val="24"/>
    </w:rPr>
  </w:style>
  <w:style w:type="character" w:styleId="Hyperlink">
    <w:name w:val="Hyperlink"/>
    <w:basedOn w:val="DefaultParagraphFont"/>
    <w:uiPriority w:val="99"/>
    <w:unhideWhenUsed/>
    <w:rsid w:val="001D2C41"/>
    <w:rPr>
      <w:color w:val="2E5F7F"/>
      <w:u w:val="single"/>
    </w:rPr>
  </w:style>
  <w:style w:type="paragraph" w:styleId="TOC1">
    <w:name w:val="toc 1"/>
    <w:basedOn w:val="Normal"/>
    <w:next w:val="Normal"/>
    <w:uiPriority w:val="39"/>
    <w:unhideWhenUsed/>
    <w:rsid w:val="0A5BF37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5BF372"/>
    <w:pPr>
      <w:spacing w:after="100"/>
      <w:ind w:left="220"/>
    </w:pPr>
  </w:style>
  <w:style w:type="paragraph" w:styleId="BodycopySmall" w:customStyle="1">
    <w:name w:val="Bodycopy Small"/>
    <w:basedOn w:val="Normal"/>
    <w:link w:val="BodycopySmallChar"/>
    <w:qFormat/>
    <w:rsid w:val="0019623C"/>
    <w:pPr>
      <w:spacing w:after="60"/>
    </w:pPr>
    <w:rPr>
      <w:sz w:val="16"/>
      <w:szCs w:val="16"/>
    </w:rPr>
  </w:style>
  <w:style w:type="character" w:styleId="BodycopySmallChar" w:customStyle="1">
    <w:name w:val="Bodycopy Small Char"/>
    <w:basedOn w:val="DefaultParagraphFont"/>
    <w:link w:val="BodycopySmall"/>
    <w:rsid w:val="0019623C"/>
    <w:rPr>
      <w:rFonts w:ascii="Calibri" w:hAnsi="Calibri" w:eastAsia="Calibri" w:cs="Calibri"/>
      <w:sz w:val="16"/>
      <w:szCs w:val="16"/>
    </w:rPr>
  </w:style>
  <w:style w:type="paragraph" w:styleId="StatuteQuote" w:customStyle="1">
    <w:name w:val="Statute Quote"/>
    <w:basedOn w:val="Normal"/>
    <w:link w:val="StatuteQuoteChar"/>
    <w:qFormat/>
    <w:rsid w:val="0019623C"/>
    <w:rPr>
      <w:rFonts w:eastAsia="Georgia"/>
      <w:i/>
      <w:iCs/>
      <w:color w:val="467886"/>
    </w:rPr>
  </w:style>
  <w:style w:type="character" w:styleId="StatuteQuoteChar" w:customStyle="1">
    <w:name w:val="Statute Quote Char"/>
    <w:basedOn w:val="DefaultParagraphFont"/>
    <w:link w:val="StatuteQuote"/>
    <w:rsid w:val="0019623C"/>
    <w:rPr>
      <w:rFonts w:ascii="Calibri" w:hAnsi="Calibri" w:eastAsia="Georgia" w:cs="Calibri"/>
      <w:i/>
      <w:iCs/>
      <w:color w:val="467886"/>
      <w:sz w:val="20"/>
      <w:szCs w:val="20"/>
    </w:rPr>
  </w:style>
  <w:style w:type="paragraph" w:styleId="Subheader" w:customStyle="1">
    <w:name w:val="Subheader"/>
    <w:basedOn w:val="Normal"/>
    <w:link w:val="SubheaderChar"/>
    <w:uiPriority w:val="1"/>
    <w:qFormat/>
    <w:rsid w:val="0A5BF372"/>
    <w:pPr>
      <w:spacing w:after="120"/>
    </w:pPr>
    <w:rPr>
      <w:b/>
      <w:bCs/>
      <w:sz w:val="18"/>
      <w:szCs w:val="18"/>
    </w:rPr>
  </w:style>
  <w:style w:type="character" w:styleId="SubheaderChar" w:customStyle="1">
    <w:name w:val="Subheader Char"/>
    <w:basedOn w:val="DefaultParagraphFont"/>
    <w:link w:val="Subheader"/>
    <w:rsid w:val="0A5BF372"/>
    <w:rPr>
      <w:rFonts w:asciiTheme="minorHAnsi" w:hAnsiTheme="minorHAnsi" w:eastAsiaTheme="minorEastAsia" w:cstheme="minorBidi"/>
      <w:b/>
      <w:bCs/>
      <w:noProof w:val="0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D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66D85"/>
    <w:rPr>
      <w:rFonts w:ascii="Calibri" w:hAnsi="Calibri" w:eastAsia="Calibri" w:cs="Calibri"/>
      <w:b/>
      <w:bCs/>
      <w:sz w:val="20"/>
      <w:szCs w:val="20"/>
    </w:rPr>
  </w:style>
  <w:style w:type="paragraph" w:styleId="SUBHEADER0" w:customStyle="1">
    <w:name w:val="SUBHEADER"/>
    <w:basedOn w:val="Bodycopy"/>
    <w:qFormat/>
    <w:rsid w:val="0019623C"/>
    <w:pPr>
      <w:spacing w:after="120"/>
    </w:pPr>
    <w:rPr>
      <w:b/>
      <w:bCs/>
      <w:sz w:val="18"/>
      <w:szCs w:val="18"/>
    </w:rPr>
  </w:style>
  <w:style w:type="paragraph" w:styleId="Bodycopy" w:customStyle="1">
    <w:name w:val="Bodycopy"/>
    <w:basedOn w:val="Normal"/>
    <w:qFormat/>
    <w:rsid w:val="0019623C"/>
    <w:pPr>
      <w:spacing w:line="240" w:lineRule="auto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9623C"/>
    <w:rPr>
      <w:color w:val="800080" w:themeColor="followedHyperlink"/>
      <w:u w:val="single"/>
    </w:rPr>
  </w:style>
  <w:style w:type="character" w:styleId="contentcontrolboundarysink" w:customStyle="1">
    <w:name w:val="contentcontrolboundarysink"/>
    <w:basedOn w:val="DefaultParagraphFont"/>
    <w:rsid w:val="0064431B"/>
  </w:style>
  <w:style w:type="character" w:styleId="UnresolvedMention">
    <w:name w:val="Unresolved Mention"/>
    <w:basedOn w:val="DefaultParagraphFont"/>
    <w:uiPriority w:val="99"/>
    <w:semiHidden/>
    <w:unhideWhenUsed/>
    <w:rsid w:val="00CD7361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49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eader" Target="header4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IDHS: Illinois Department of Human Services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Forensic Clinical Resources (IL DHS/DBHR Forensic Handbook)</dc:title>
  <dc:subject/>
  <dc:creator>python-docx</dc:creator>
  <keywords/>
  <dc:description>generated by python-docx</dc:description>
  <lastModifiedBy>Morgan, Mary</lastModifiedBy>
  <revision>8</revision>
  <dcterms:created xsi:type="dcterms:W3CDTF">2026-06-30T01:34:00.0000000Z</dcterms:created>
  <dcterms:modified xsi:type="dcterms:W3CDTF">2026-07-14T01:34:24.4483523Z</dcterms:modified>
  <category/>
</coreProperties>
</file>