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0C3" w:rsidP="00C460C3" w:rsidRDefault="00C460C3" w14:paraId="3EE23601" w14:textId="77777777">
      <w:pPr>
        <w:pStyle w:val="Heading1"/>
        <w:rPr>
          <w:rFonts w:eastAsia="Calibri" w:cs="Calibri"/>
        </w:rPr>
      </w:pPr>
      <w:bookmarkStart w:name="_Inpatient_Admission_Letter_1" w:id="0"/>
      <w:bookmarkStart w:name="_Toc356320665" w:id="1"/>
      <w:bookmarkStart w:name="_Toc68261379" w:id="2"/>
      <w:bookmarkStart w:name="_Inpatient_Admission_Letter—Template" w:id="3"/>
      <w:bookmarkEnd w:id="0"/>
      <w:r>
        <w:t>Inpatient Admission Letter | Template</w:t>
      </w:r>
      <w:bookmarkEnd w:id="1"/>
      <w:bookmarkEnd w:id="2"/>
      <w:bookmarkEnd w:id="3"/>
    </w:p>
    <w:p w:rsidR="00C460C3" w:rsidP="00C460C3" w:rsidRDefault="00C460C3" w14:paraId="073EAD0B" w14:textId="77777777">
      <w:pPr>
        <w:spacing w:after="160"/>
      </w:pPr>
    </w:p>
    <w:p w:rsidR="00C460C3" w:rsidP="00C460C3" w:rsidRDefault="00C460C3" w14:paraId="0A8128F6" w14:textId="77777777">
      <w:pPr>
        <w:spacing w:after="160"/>
      </w:pPr>
      <w:r>
        <w:t>[ENTER DATE]</w:t>
      </w:r>
    </w:p>
    <w:p w:rsidR="00C460C3" w:rsidP="00C460C3" w:rsidRDefault="00C460C3" w14:paraId="180D0E0E" w14:textId="77777777">
      <w:pPr>
        <w:spacing w:after="160"/>
      </w:pPr>
      <w:r>
        <w:t xml:space="preserve">The Honorable [ENTER JUDGE NAME] </w:t>
      </w:r>
    </w:p>
    <w:p w:rsidR="00C460C3" w:rsidP="00C460C3" w:rsidRDefault="00C460C3" w14:paraId="47E0FAC3" w14:textId="77777777">
      <w:pPr>
        <w:spacing w:after="160"/>
      </w:pPr>
      <w:r>
        <w:t xml:space="preserve">[ENTER COURT NAME] </w:t>
      </w:r>
    </w:p>
    <w:p w:rsidR="00C460C3" w:rsidP="00C460C3" w:rsidRDefault="00C460C3" w14:paraId="1D00F637" w14:textId="77777777">
      <w:pPr>
        <w:spacing w:after="160"/>
      </w:pPr>
      <w:r>
        <w:t xml:space="preserve">[ENTER COURT ADDRESS] </w:t>
      </w:r>
    </w:p>
    <w:p w:rsidR="00C460C3" w:rsidP="00C460C3" w:rsidRDefault="00C460C3" w14:paraId="48F25A9F" w14:textId="77777777">
      <w:pPr>
        <w:spacing w:after="160"/>
      </w:pPr>
      <w:r>
        <w:t>[ENTER COURT CITY, STATE, ZIP]</w:t>
      </w:r>
    </w:p>
    <w:p w:rsidR="00C460C3" w:rsidP="00C460C3" w:rsidRDefault="00C460C3" w14:paraId="148B59E9" w14:textId="77777777">
      <w:pPr>
        <w:spacing w:after="160"/>
      </w:pPr>
    </w:p>
    <w:p w:rsidRPr="00763FD6" w:rsidR="00C460C3" w:rsidP="00C460C3" w:rsidRDefault="00C460C3" w14:paraId="4104F272" w14:textId="3C31C09C">
      <w:pPr>
        <w:spacing w:before="80" w:after="80"/>
      </w:pPr>
      <w:r w:rsidR="00C460C3">
        <w:rPr/>
        <w:t>Re</w:t>
      </w:r>
      <w:r w:rsidR="00C460C3">
        <w:rPr/>
        <w:t>: [</w:t>
      </w:r>
      <w:r w:rsidR="00C460C3">
        <w:rPr/>
        <w:t xml:space="preserve">ENTER </w:t>
      </w:r>
      <w:r w:rsidR="00C460C3">
        <w:rPr/>
        <w:t>DEFENDANT NAME]</w:t>
      </w:r>
    </w:p>
    <w:p w:rsidRPr="00763FD6" w:rsidR="00C460C3" w:rsidP="00C460C3" w:rsidRDefault="00C460C3" w14:paraId="75D5DF18" w14:textId="77777777">
      <w:pPr>
        <w:spacing w:before="80" w:after="80"/>
      </w:pPr>
      <w:r w:rsidRPr="00763FD6">
        <w:t>Case N</w:t>
      </w:r>
      <w:r>
        <w:t>umber</w:t>
      </w:r>
      <w:r w:rsidRPr="00763FD6">
        <w:t>: [</w:t>
      </w:r>
      <w:r>
        <w:t xml:space="preserve">ENTER </w:t>
      </w:r>
      <w:r w:rsidRPr="00763FD6">
        <w:t>CASE NUMBER]</w:t>
      </w:r>
    </w:p>
    <w:p w:rsidR="00C460C3" w:rsidP="00C460C3" w:rsidRDefault="00C460C3" w14:paraId="28DC9A33" w14:textId="77777777">
      <w:pPr>
        <w:spacing w:before="80" w:after="80"/>
        <w:rPr>
          <w:i/>
          <w:iCs/>
        </w:rPr>
      </w:pPr>
    </w:p>
    <w:p w:rsidR="00C460C3" w:rsidP="00C460C3" w:rsidRDefault="00C460C3" w14:paraId="32146162" w14:textId="77777777">
      <w:pPr>
        <w:spacing w:after="160"/>
      </w:pPr>
      <w:r>
        <w:t>Dear Judge [ENTER JUDGE LAST NAME],</w:t>
      </w:r>
    </w:p>
    <w:p w:rsidR="00C460C3" w:rsidP="00C460C3" w:rsidRDefault="00C460C3" w14:paraId="52E8B1AF" w14:textId="77777777">
      <w:pPr>
        <w:spacing w:after="160"/>
      </w:pPr>
      <w:r>
        <w:t>[ENTER DEFENDANT NAME] was admitted to [ENTER FACILITY NAME] on [ENTER ADMISSION DATE].</w:t>
      </w:r>
    </w:p>
    <w:p w:rsidR="00C460C3" w:rsidP="00C460C3" w:rsidRDefault="00C460C3" w14:paraId="43F5728C" w14:textId="77777777">
      <w:pPr>
        <w:spacing w:after="160"/>
      </w:pPr>
      <w:r>
        <w:t>Please feel free to contact me at [ENTER SENDER PHONE] or [ENTER SENDER EMAIL].</w:t>
      </w:r>
    </w:p>
    <w:p w:rsidR="00C460C3" w:rsidP="00C460C3" w:rsidRDefault="00C460C3" w14:paraId="3A3834E2" w14:textId="77777777">
      <w:pPr>
        <w:spacing w:after="160"/>
      </w:pPr>
    </w:p>
    <w:p w:rsidR="00C460C3" w:rsidP="00C460C3" w:rsidRDefault="00C460C3" w14:paraId="19519BA5" w14:textId="77777777">
      <w:pPr>
        <w:spacing w:after="0"/>
      </w:pPr>
      <w:r>
        <w:t xml:space="preserve">[ENTER SENDER NAME] </w:t>
      </w:r>
    </w:p>
    <w:p w:rsidR="00C460C3" w:rsidP="00C460C3" w:rsidRDefault="00C460C3" w14:paraId="6ACCBEBD" w14:textId="77777777">
      <w:pPr>
        <w:spacing w:after="0"/>
      </w:pPr>
      <w:r>
        <w:t xml:space="preserve">[ENTER FACILITY NAME] </w:t>
      </w:r>
    </w:p>
    <w:p w:rsidR="00C460C3" w:rsidP="00C460C3" w:rsidRDefault="00C460C3" w14:paraId="4BBE4289" w14:textId="77777777">
      <w:pPr>
        <w:spacing w:after="0"/>
      </w:pPr>
      <w:r>
        <w:t>[ENTER SENDER TITLE]</w:t>
      </w:r>
    </w:p>
    <w:p w:rsidR="00C460C3" w:rsidP="00C460C3" w:rsidRDefault="00C460C3" w14:paraId="5D0B4E92" w14:textId="77777777">
      <w:pPr>
        <w:spacing w:after="160"/>
      </w:pPr>
    </w:p>
    <w:p w:rsidRPr="00C460C3" w:rsidR="00A17151" w:rsidP="00C460C3" w:rsidRDefault="00C460C3" w14:paraId="66204FF1" w14:textId="50A5F974">
      <w:pPr>
        <w:spacing w:after="160"/>
      </w:pPr>
      <w:r>
        <w:t>Cc: ASA, APD, Clerk</w:t>
      </w:r>
    </w:p>
    <w:sectPr w:rsidRPr="00C460C3" w:rsidR="00A17151" w:rsidSect="00817D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orient="portrait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CE8" w:rsidRDefault="00015CE8" w14:paraId="5A1DB673" w14:textId="77777777">
      <w:pPr>
        <w:spacing w:after="0" w:line="240" w:lineRule="auto"/>
      </w:pPr>
      <w:r>
        <w:separator/>
      </w:r>
    </w:p>
  </w:endnote>
  <w:endnote w:type="continuationSeparator" w:id="0">
    <w:p w:rsidR="00015CE8" w:rsidRDefault="00015CE8" w14:paraId="6B1DB55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1083564E" w:rsidTr="308C9C58" w14:paraId="7E0E07A9" w14:textId="77777777">
      <w:trPr>
        <w:trHeight w:val="300"/>
      </w:trPr>
      <w:tc>
        <w:tcPr>
          <w:tcW w:w="3120" w:type="dxa"/>
          <w:tcMar/>
        </w:tcPr>
        <w:p w:rsidR="1083564E" w:rsidP="308C9C58" w:rsidRDefault="1083564E" w14:paraId="0262C1B9" w14:textId="64154FB0">
          <w:pPr>
            <w:pStyle w:val="BodycopySmall"/>
            <w:spacing w:after="60"/>
            <w:ind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</w:tc>
      <w:tc>
        <w:tcPr>
          <w:tcW w:w="3120" w:type="dxa"/>
          <w:tcMar/>
        </w:tcPr>
        <w:p w:rsidR="1083564E" w:rsidP="1083564E" w:rsidRDefault="1083564E" w14:paraId="06383F6D" w14:textId="44E12F4F">
          <w:pPr>
            <w:pStyle w:val="Header"/>
            <w:jc w:val="center"/>
          </w:pPr>
        </w:p>
      </w:tc>
      <w:tc>
        <w:tcPr>
          <w:tcW w:w="3952" w:type="dxa"/>
          <w:tcMar/>
        </w:tcPr>
        <w:p w:rsidR="1083564E" w:rsidP="308C9C58" w:rsidRDefault="1083564E" w14:paraId="7D90569E" w14:textId="4A413224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  <w:p w:rsidR="1083564E" w:rsidP="308C9C58" w:rsidRDefault="1083564E" w14:paraId="10E68FF1" w14:textId="601D3513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  <w:r w:rsidRPr="308C9C58" w:rsidR="308C9C58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  <w:t>VERSION DATE: 2026-07-17</w:t>
          </w:r>
        </w:p>
      </w:tc>
    </w:tr>
  </w:tbl>
  <w:p w:rsidR="1083564E" w:rsidP="1083564E" w:rsidRDefault="1083564E" w14:paraId="3ED0EB34" w14:textId="435CC3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1E6A0E3D" w14:textId="77777777">
      <w:trPr>
        <w:trHeight w:val="300"/>
      </w:trPr>
      <w:tc>
        <w:tcPr>
          <w:tcW w:w="3120" w:type="dxa"/>
        </w:tcPr>
        <w:p w:rsidR="1083564E" w:rsidP="1083564E" w:rsidRDefault="1083564E" w14:paraId="16DF2887" w14:textId="46FEC8E3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4E255687" w14:textId="2197A4B5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78FEA576" w14:textId="2C88EC4D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0BBA3B13" w14:textId="02540C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CE8" w:rsidRDefault="00015CE8" w14:paraId="72BD3FDE" w14:textId="77777777">
      <w:pPr>
        <w:spacing w:after="0" w:line="240" w:lineRule="auto"/>
      </w:pPr>
      <w:r>
        <w:separator/>
      </w:r>
    </w:p>
  </w:footnote>
  <w:footnote w:type="continuationSeparator" w:id="0">
    <w:p w:rsidR="00015CE8" w:rsidRDefault="00015CE8" w14:paraId="25B824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74855DA" w14:textId="77777777">
      <w:trPr>
        <w:trHeight w:val="300"/>
      </w:trPr>
      <w:tc>
        <w:tcPr>
          <w:tcW w:w="3120" w:type="dxa"/>
        </w:tcPr>
        <w:p w:rsidR="1083564E" w:rsidP="1083564E" w:rsidRDefault="1083564E" w14:paraId="74A129ED" w14:textId="3E7E6F64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6FE3A126" w14:textId="705ACC8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4D88AA84" w14:textId="515AEECB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83EF875" w14:textId="0E432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EABCA0D" w14:textId="77777777">
      <w:trPr>
        <w:trHeight w:val="300"/>
      </w:trPr>
      <w:tc>
        <w:tcPr>
          <w:tcW w:w="3120" w:type="dxa"/>
        </w:tcPr>
        <w:p w:rsidR="1083564E" w:rsidP="1083564E" w:rsidRDefault="1083564E" w14:paraId="4F921BF4" w14:textId="5A03F700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06434AE9" w14:textId="64756B6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0BEE0329" w14:textId="4397BBE8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DD4B3B9" w14:textId="12363A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2760CC2"/>
    <w:multiLevelType w:val="hybridMultilevel"/>
    <w:tmpl w:val="207698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8A70E80"/>
    <w:multiLevelType w:val="hybridMultilevel"/>
    <w:tmpl w:val="E63E557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26B5"/>
    <w:multiLevelType w:val="hybridMultilevel"/>
    <w:tmpl w:val="3FFE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093037CF"/>
    <w:multiLevelType w:val="hybridMultilevel"/>
    <w:tmpl w:val="8A56AF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9385BC1"/>
    <w:multiLevelType w:val="hybridMultilevel"/>
    <w:tmpl w:val="EF728A98"/>
    <w:lvl w:ilvl="0" w:tplc="E7FC5A0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9BE7C4A"/>
    <w:multiLevelType w:val="hybridMultilevel"/>
    <w:tmpl w:val="FB50C3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C165F84"/>
    <w:multiLevelType w:val="hybridMultilevel"/>
    <w:tmpl w:val="072C7F98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3" w15:restartNumberingAfterBreak="0">
    <w:nsid w:val="0E836D45"/>
    <w:multiLevelType w:val="hybridMultilevel"/>
    <w:tmpl w:val="95345A7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0F47384A"/>
    <w:multiLevelType w:val="hybridMultilevel"/>
    <w:tmpl w:val="5860EB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7103E2"/>
    <w:multiLevelType w:val="hybridMultilevel"/>
    <w:tmpl w:val="5AC8175E"/>
    <w:lvl w:ilvl="0" w:tplc="E7FC5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63F3373"/>
    <w:multiLevelType w:val="hybridMultilevel"/>
    <w:tmpl w:val="39C0F2E0"/>
    <w:lvl w:ilvl="0" w:tplc="07AA6DB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DC0E7B"/>
    <w:multiLevelType w:val="hybridMultilevel"/>
    <w:tmpl w:val="83F25A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9463999"/>
    <w:multiLevelType w:val="singleLevel"/>
    <w:tmpl w:val="E640B500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9" w15:restartNumberingAfterBreak="0">
    <w:nsid w:val="20190998"/>
    <w:multiLevelType w:val="hybridMultilevel"/>
    <w:tmpl w:val="6276CF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216B5072"/>
    <w:multiLevelType w:val="hybridMultilevel"/>
    <w:tmpl w:val="3196C7D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84C07"/>
    <w:multiLevelType w:val="hybridMultilevel"/>
    <w:tmpl w:val="C194F38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2A496EFB"/>
    <w:multiLevelType w:val="hybridMultilevel"/>
    <w:tmpl w:val="9F6C952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AA5263E"/>
    <w:multiLevelType w:val="hybridMultilevel"/>
    <w:tmpl w:val="569E76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9D3CE3"/>
    <w:multiLevelType w:val="hybridMultilevel"/>
    <w:tmpl w:val="32AC7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C13409"/>
    <w:multiLevelType w:val="hybridMultilevel"/>
    <w:tmpl w:val="F75C24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FE03874"/>
    <w:multiLevelType w:val="hybridMultilevel"/>
    <w:tmpl w:val="28468498"/>
    <w:lvl w:ilvl="0" w:tplc="33C09E7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8F5AFDE0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33443E5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5B2732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E1CE3328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A743DF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6C1CEE4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2D6E980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0DC64B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0574508"/>
    <w:multiLevelType w:val="hybridMultilevel"/>
    <w:tmpl w:val="1B0AA4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317F2FF8"/>
    <w:multiLevelType w:val="hybridMultilevel"/>
    <w:tmpl w:val="ACB426BE"/>
    <w:lvl w:ilvl="0" w:tplc="CB8C5D04">
      <w:start w:val="1"/>
      <w:numFmt w:val="lowerLetter"/>
      <w:lvlText w:val="%1."/>
      <w:lvlJc w:val="left"/>
      <w:pPr>
        <w:ind w:left="720" w:hanging="360"/>
      </w:pPr>
    </w:lvl>
    <w:lvl w:ilvl="1" w:tplc="C80277AC">
      <w:start w:val="1"/>
      <w:numFmt w:val="lowerLetter"/>
      <w:lvlText w:val="%2."/>
      <w:lvlJc w:val="left"/>
      <w:pPr>
        <w:ind w:left="1440" w:hanging="360"/>
      </w:pPr>
    </w:lvl>
    <w:lvl w:ilvl="2" w:tplc="7F9644FE">
      <w:start w:val="1"/>
      <w:numFmt w:val="lowerRoman"/>
      <w:lvlText w:val="%3."/>
      <w:lvlJc w:val="right"/>
      <w:pPr>
        <w:ind w:left="2160" w:hanging="180"/>
      </w:pPr>
    </w:lvl>
    <w:lvl w:ilvl="3" w:tplc="36E8C2E4">
      <w:start w:val="1"/>
      <w:numFmt w:val="decimal"/>
      <w:lvlText w:val="%4."/>
      <w:lvlJc w:val="left"/>
      <w:pPr>
        <w:ind w:left="2880" w:hanging="360"/>
      </w:pPr>
    </w:lvl>
    <w:lvl w:ilvl="4" w:tplc="1F94E478">
      <w:start w:val="1"/>
      <w:numFmt w:val="lowerLetter"/>
      <w:lvlText w:val="%5."/>
      <w:lvlJc w:val="left"/>
      <w:pPr>
        <w:ind w:left="3600" w:hanging="360"/>
      </w:pPr>
    </w:lvl>
    <w:lvl w:ilvl="5" w:tplc="4B36E8D8">
      <w:start w:val="1"/>
      <w:numFmt w:val="lowerRoman"/>
      <w:lvlText w:val="%6."/>
      <w:lvlJc w:val="right"/>
      <w:pPr>
        <w:ind w:left="4320" w:hanging="180"/>
      </w:pPr>
    </w:lvl>
    <w:lvl w:ilvl="6" w:tplc="46C67938">
      <w:start w:val="1"/>
      <w:numFmt w:val="decimal"/>
      <w:lvlText w:val="%7."/>
      <w:lvlJc w:val="left"/>
      <w:pPr>
        <w:ind w:left="5040" w:hanging="360"/>
      </w:pPr>
    </w:lvl>
    <w:lvl w:ilvl="7" w:tplc="F96096B8">
      <w:start w:val="1"/>
      <w:numFmt w:val="lowerLetter"/>
      <w:lvlText w:val="%8."/>
      <w:lvlJc w:val="left"/>
      <w:pPr>
        <w:ind w:left="5760" w:hanging="360"/>
      </w:pPr>
    </w:lvl>
    <w:lvl w:ilvl="8" w:tplc="B1AC8C0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D69BE"/>
    <w:multiLevelType w:val="hybridMultilevel"/>
    <w:tmpl w:val="F5627A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34235185"/>
    <w:multiLevelType w:val="hybridMultilevel"/>
    <w:tmpl w:val="796A7C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34DA47C3"/>
    <w:multiLevelType w:val="hybridMultilevel"/>
    <w:tmpl w:val="A29EF50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38DF153C"/>
    <w:multiLevelType w:val="hybridMultilevel"/>
    <w:tmpl w:val="C58C39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397B598B"/>
    <w:multiLevelType w:val="hybridMultilevel"/>
    <w:tmpl w:val="B678CE7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01AEE"/>
    <w:multiLevelType w:val="hybridMultilevel"/>
    <w:tmpl w:val="1D72F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5A312C"/>
    <w:multiLevelType w:val="hybridMultilevel"/>
    <w:tmpl w:val="998E7B04"/>
    <w:lvl w:ilvl="0" w:tplc="83C227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F9295F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0F366E"/>
    <w:multiLevelType w:val="hybridMultilevel"/>
    <w:tmpl w:val="B06A5A5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3F696E9D"/>
    <w:multiLevelType w:val="hybridMultilevel"/>
    <w:tmpl w:val="ABAA47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0786AD5"/>
    <w:multiLevelType w:val="hybridMultilevel"/>
    <w:tmpl w:val="6DB095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431F3E6C"/>
    <w:multiLevelType w:val="hybridMultilevel"/>
    <w:tmpl w:val="E7CAF41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43CC205A"/>
    <w:multiLevelType w:val="hybridMultilevel"/>
    <w:tmpl w:val="9F5648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45730F78"/>
    <w:multiLevelType w:val="hybridMultilevel"/>
    <w:tmpl w:val="310626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7850AA0"/>
    <w:multiLevelType w:val="hybridMultilevel"/>
    <w:tmpl w:val="23DAC656"/>
    <w:lvl w:ilvl="0" w:tplc="2B6AD4BC">
      <w:start w:val="1"/>
      <w:numFmt w:val="lowerRoman"/>
      <w:lvlText w:val="%1."/>
      <w:lvlJc w:val="right"/>
      <w:pPr>
        <w:ind w:left="288" w:hanging="216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358B57E">
      <w:start w:val="10"/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Calibri"/>
        <w:sz w:val="20"/>
      </w:rPr>
    </w:lvl>
    <w:lvl w:ilvl="4" w:tplc="FA4A9C8E">
      <w:start w:val="1"/>
      <w:numFmt w:val="upperRoman"/>
      <w:lvlText w:val="%5."/>
      <w:lvlJc w:val="left"/>
      <w:pPr>
        <w:ind w:left="3600" w:hanging="720"/>
      </w:pPr>
      <w:rPr>
        <w:rFonts w:hint="default"/>
        <w:sz w:val="20"/>
      </w:rPr>
    </w:lvl>
    <w:lvl w:ilvl="5" w:tplc="8722B556">
      <w:start w:val="8"/>
      <w:numFmt w:val="lowerLetter"/>
      <w:lvlText w:val="%6."/>
      <w:lvlJc w:val="left"/>
      <w:pPr>
        <w:ind w:left="4140" w:hanging="360"/>
      </w:pPr>
      <w:rPr>
        <w:rFonts w:hint="default"/>
        <w:sz w:val="20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B478AD"/>
    <w:multiLevelType w:val="hybridMultilevel"/>
    <w:tmpl w:val="929876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48DF632D"/>
    <w:multiLevelType w:val="hybridMultilevel"/>
    <w:tmpl w:val="09B4B9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48F35C3F"/>
    <w:multiLevelType w:val="hybridMultilevel"/>
    <w:tmpl w:val="4CEEA9C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490920EB"/>
    <w:multiLevelType w:val="hybridMultilevel"/>
    <w:tmpl w:val="13EEF8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C436FF1"/>
    <w:multiLevelType w:val="hybridMultilevel"/>
    <w:tmpl w:val="9D78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4F485110"/>
    <w:multiLevelType w:val="hybridMultilevel"/>
    <w:tmpl w:val="53CADF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50965637"/>
    <w:multiLevelType w:val="hybridMultilevel"/>
    <w:tmpl w:val="9F448C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0" w15:restartNumberingAfterBreak="0">
    <w:nsid w:val="50EE7A44"/>
    <w:multiLevelType w:val="hybridMultilevel"/>
    <w:tmpl w:val="C23289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51156470"/>
    <w:multiLevelType w:val="hybridMultilevel"/>
    <w:tmpl w:val="B0647A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57846B85"/>
    <w:multiLevelType w:val="hybridMultilevel"/>
    <w:tmpl w:val="483A3B52"/>
    <w:lvl w:ilvl="0" w:tplc="1CB46D58">
      <w:start w:val="1"/>
      <w:numFmt w:val="lowerLetter"/>
      <w:lvlText w:val="%1."/>
      <w:lvlJc w:val="left"/>
      <w:pPr>
        <w:ind w:left="720" w:hanging="360"/>
      </w:pPr>
    </w:lvl>
    <w:lvl w:ilvl="1" w:tplc="40406D08">
      <w:start w:val="1"/>
      <w:numFmt w:val="lowerLetter"/>
      <w:lvlText w:val="%2."/>
      <w:lvlJc w:val="left"/>
      <w:pPr>
        <w:ind w:left="1440" w:hanging="360"/>
      </w:pPr>
    </w:lvl>
    <w:lvl w:ilvl="2" w:tplc="56E4FA1E">
      <w:start w:val="1"/>
      <w:numFmt w:val="lowerRoman"/>
      <w:lvlText w:val="%3."/>
      <w:lvlJc w:val="right"/>
      <w:pPr>
        <w:ind w:left="2160" w:hanging="180"/>
      </w:pPr>
    </w:lvl>
    <w:lvl w:ilvl="3" w:tplc="D382D11A">
      <w:start w:val="1"/>
      <w:numFmt w:val="decimal"/>
      <w:lvlText w:val="%4."/>
      <w:lvlJc w:val="left"/>
      <w:pPr>
        <w:ind w:left="2880" w:hanging="360"/>
      </w:pPr>
    </w:lvl>
    <w:lvl w:ilvl="4" w:tplc="7004E8EE">
      <w:start w:val="1"/>
      <w:numFmt w:val="lowerLetter"/>
      <w:lvlText w:val="%5."/>
      <w:lvlJc w:val="left"/>
      <w:pPr>
        <w:ind w:left="3600" w:hanging="360"/>
      </w:pPr>
    </w:lvl>
    <w:lvl w:ilvl="5" w:tplc="77FEAF7E">
      <w:start w:val="1"/>
      <w:numFmt w:val="lowerRoman"/>
      <w:lvlText w:val="%6."/>
      <w:lvlJc w:val="right"/>
      <w:pPr>
        <w:ind w:left="4320" w:hanging="180"/>
      </w:pPr>
    </w:lvl>
    <w:lvl w:ilvl="6" w:tplc="F80C6D0A">
      <w:start w:val="1"/>
      <w:numFmt w:val="decimal"/>
      <w:lvlText w:val="%7."/>
      <w:lvlJc w:val="left"/>
      <w:pPr>
        <w:ind w:left="5040" w:hanging="360"/>
      </w:pPr>
    </w:lvl>
    <w:lvl w:ilvl="7" w:tplc="8826A088">
      <w:start w:val="1"/>
      <w:numFmt w:val="lowerLetter"/>
      <w:lvlText w:val="%8."/>
      <w:lvlJc w:val="left"/>
      <w:pPr>
        <w:ind w:left="5760" w:hanging="360"/>
      </w:pPr>
    </w:lvl>
    <w:lvl w:ilvl="8" w:tplc="277ACBB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263FB3"/>
    <w:multiLevelType w:val="hybridMultilevel"/>
    <w:tmpl w:val="CCDCAD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4" w15:restartNumberingAfterBreak="0">
    <w:nsid w:val="5D943674"/>
    <w:multiLevelType w:val="hybridMultilevel"/>
    <w:tmpl w:val="6AAE01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5" w15:restartNumberingAfterBreak="0">
    <w:nsid w:val="5EBD3C19"/>
    <w:multiLevelType w:val="hybridMultilevel"/>
    <w:tmpl w:val="A9A6CD9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6" w15:restartNumberingAfterBreak="0">
    <w:nsid w:val="5EF07225"/>
    <w:multiLevelType w:val="hybridMultilevel"/>
    <w:tmpl w:val="83DAAB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 w15:restartNumberingAfterBreak="0">
    <w:nsid w:val="691C1BE2"/>
    <w:multiLevelType w:val="hybridMultilevel"/>
    <w:tmpl w:val="B09CE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6A701D46"/>
    <w:multiLevelType w:val="hybridMultilevel"/>
    <w:tmpl w:val="527A7020"/>
    <w:lvl w:ilvl="0" w:tplc="B8726E7E">
      <w:start w:val="1"/>
      <w:numFmt w:val="decimal"/>
      <w:lvlText w:val="%1."/>
      <w:lvlJc w:val="left"/>
      <w:pPr>
        <w:ind w:left="576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E3EA5"/>
    <w:multiLevelType w:val="hybridMultilevel"/>
    <w:tmpl w:val="F89E4B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0" w15:restartNumberingAfterBreak="0">
    <w:nsid w:val="6DE25696"/>
    <w:multiLevelType w:val="hybridMultilevel"/>
    <w:tmpl w:val="A0C2D0EE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4821E1"/>
    <w:multiLevelType w:val="hybridMultilevel"/>
    <w:tmpl w:val="ACD4C3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2F44F54"/>
    <w:multiLevelType w:val="hybridMultilevel"/>
    <w:tmpl w:val="0FE8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3" w15:restartNumberingAfterBreak="0">
    <w:nsid w:val="737D6237"/>
    <w:multiLevelType w:val="hybridMultilevel"/>
    <w:tmpl w:val="414C7EF8"/>
    <w:lvl w:ilvl="0" w:tplc="0409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64" w15:restartNumberingAfterBreak="0">
    <w:nsid w:val="74675227"/>
    <w:multiLevelType w:val="hybridMultilevel"/>
    <w:tmpl w:val="95B60D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5" w15:restartNumberingAfterBreak="0">
    <w:nsid w:val="7B471A6D"/>
    <w:multiLevelType w:val="hybridMultilevel"/>
    <w:tmpl w:val="1EB43284"/>
    <w:lvl w:ilvl="0" w:tplc="47B8E6A2">
      <w:start w:val="1"/>
      <w:numFmt w:val="decimal"/>
      <w:lvlText w:val="%1."/>
      <w:lvlJc w:val="left"/>
      <w:pPr>
        <w:ind w:left="432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D237C0A"/>
    <w:multiLevelType w:val="hybridMultilevel"/>
    <w:tmpl w:val="BC8CFED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7" w15:restartNumberingAfterBreak="0">
    <w:nsid w:val="7D92E161"/>
    <w:multiLevelType w:val="hybridMultilevel"/>
    <w:tmpl w:val="023E6974"/>
    <w:lvl w:ilvl="0" w:tplc="152450DC">
      <w:start w:val="1"/>
      <w:numFmt w:val="lowerLetter"/>
      <w:lvlText w:val="%1."/>
      <w:lvlJc w:val="left"/>
      <w:pPr>
        <w:ind w:left="720" w:hanging="360"/>
      </w:pPr>
    </w:lvl>
    <w:lvl w:ilvl="1" w:tplc="82A09DD0">
      <w:start w:val="1"/>
      <w:numFmt w:val="lowerLetter"/>
      <w:lvlText w:val="%2."/>
      <w:lvlJc w:val="left"/>
      <w:pPr>
        <w:ind w:left="1440" w:hanging="360"/>
      </w:pPr>
    </w:lvl>
    <w:lvl w:ilvl="2" w:tplc="C4CC67AC">
      <w:start w:val="1"/>
      <w:numFmt w:val="lowerRoman"/>
      <w:lvlText w:val="%3."/>
      <w:lvlJc w:val="right"/>
      <w:pPr>
        <w:ind w:left="2160" w:hanging="180"/>
      </w:pPr>
    </w:lvl>
    <w:lvl w:ilvl="3" w:tplc="A214477A">
      <w:start w:val="1"/>
      <w:numFmt w:val="decimal"/>
      <w:lvlText w:val="%4."/>
      <w:lvlJc w:val="left"/>
      <w:pPr>
        <w:ind w:left="2880" w:hanging="360"/>
      </w:pPr>
    </w:lvl>
    <w:lvl w:ilvl="4" w:tplc="923214C0">
      <w:start w:val="1"/>
      <w:numFmt w:val="lowerLetter"/>
      <w:lvlText w:val="%5."/>
      <w:lvlJc w:val="left"/>
      <w:pPr>
        <w:ind w:left="3600" w:hanging="360"/>
      </w:pPr>
    </w:lvl>
    <w:lvl w:ilvl="5" w:tplc="8494BB7C">
      <w:start w:val="1"/>
      <w:numFmt w:val="lowerRoman"/>
      <w:lvlText w:val="%6."/>
      <w:lvlJc w:val="right"/>
      <w:pPr>
        <w:ind w:left="4320" w:hanging="180"/>
      </w:pPr>
    </w:lvl>
    <w:lvl w:ilvl="6" w:tplc="26C83682">
      <w:start w:val="1"/>
      <w:numFmt w:val="decimal"/>
      <w:lvlText w:val="%7."/>
      <w:lvlJc w:val="left"/>
      <w:pPr>
        <w:ind w:left="5040" w:hanging="360"/>
      </w:pPr>
    </w:lvl>
    <w:lvl w:ilvl="7" w:tplc="86DAF382">
      <w:start w:val="1"/>
      <w:numFmt w:val="lowerLetter"/>
      <w:lvlText w:val="%8."/>
      <w:lvlJc w:val="left"/>
      <w:pPr>
        <w:ind w:left="5760" w:hanging="360"/>
      </w:pPr>
    </w:lvl>
    <w:lvl w:ilvl="8" w:tplc="8514EE4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933178"/>
    <w:multiLevelType w:val="hybridMultilevel"/>
    <w:tmpl w:val="F61AD9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341540381">
    <w:abstractNumId w:val="26"/>
  </w:num>
  <w:num w:numId="2" w16cid:durableId="1205874402">
    <w:abstractNumId w:val="67"/>
  </w:num>
  <w:num w:numId="3" w16cid:durableId="2084838654">
    <w:abstractNumId w:val="28"/>
  </w:num>
  <w:num w:numId="4" w16cid:durableId="1513453011">
    <w:abstractNumId w:val="52"/>
  </w:num>
  <w:num w:numId="5" w16cid:durableId="2088921991">
    <w:abstractNumId w:val="5"/>
  </w:num>
  <w:num w:numId="6" w16cid:durableId="388504024">
    <w:abstractNumId w:val="3"/>
  </w:num>
  <w:num w:numId="7" w16cid:durableId="851918121">
    <w:abstractNumId w:val="2"/>
  </w:num>
  <w:num w:numId="8" w16cid:durableId="1443186974">
    <w:abstractNumId w:val="4"/>
  </w:num>
  <w:num w:numId="9" w16cid:durableId="2049991089">
    <w:abstractNumId w:val="1"/>
  </w:num>
  <w:num w:numId="10" w16cid:durableId="1730960705">
    <w:abstractNumId w:val="0"/>
  </w:num>
  <w:num w:numId="11" w16cid:durableId="668483045">
    <w:abstractNumId w:val="18"/>
    <w:lvlOverride w:ilvl="0">
      <w:startOverride w:val="1"/>
    </w:lvlOverride>
  </w:num>
  <w:num w:numId="12" w16cid:durableId="969823437">
    <w:abstractNumId w:val="18"/>
    <w:lvlOverride w:ilvl="0">
      <w:startOverride w:val="1"/>
    </w:lvlOverride>
  </w:num>
  <w:num w:numId="13" w16cid:durableId="2084989184">
    <w:abstractNumId w:val="18"/>
    <w:lvlOverride w:ilvl="0">
      <w:startOverride w:val="1"/>
    </w:lvlOverride>
  </w:num>
  <w:num w:numId="14" w16cid:durableId="1968508436">
    <w:abstractNumId w:val="49"/>
  </w:num>
  <w:num w:numId="15" w16cid:durableId="199821547">
    <w:abstractNumId w:val="55"/>
  </w:num>
  <w:num w:numId="16" w16cid:durableId="1050810158">
    <w:abstractNumId w:val="6"/>
  </w:num>
  <w:num w:numId="17" w16cid:durableId="1291672510">
    <w:abstractNumId w:val="44"/>
  </w:num>
  <w:num w:numId="18" w16cid:durableId="1542286370">
    <w:abstractNumId w:val="31"/>
  </w:num>
  <w:num w:numId="19" w16cid:durableId="382142442">
    <w:abstractNumId w:val="40"/>
  </w:num>
  <w:num w:numId="20" w16cid:durableId="382103042">
    <w:abstractNumId w:val="34"/>
  </w:num>
  <w:num w:numId="21" w16cid:durableId="1105736517">
    <w:abstractNumId w:val="23"/>
  </w:num>
  <w:num w:numId="22" w16cid:durableId="872546625">
    <w:abstractNumId w:val="35"/>
  </w:num>
  <w:num w:numId="23" w16cid:durableId="180555961">
    <w:abstractNumId w:val="42"/>
  </w:num>
  <w:num w:numId="24" w16cid:durableId="1570655040">
    <w:abstractNumId w:val="10"/>
  </w:num>
  <w:num w:numId="25" w16cid:durableId="1714575699">
    <w:abstractNumId w:val="15"/>
  </w:num>
  <w:num w:numId="26" w16cid:durableId="265313124">
    <w:abstractNumId w:val="41"/>
  </w:num>
  <w:num w:numId="27" w16cid:durableId="893396463">
    <w:abstractNumId w:val="57"/>
  </w:num>
  <w:num w:numId="28" w16cid:durableId="790829892">
    <w:abstractNumId w:val="46"/>
  </w:num>
  <w:num w:numId="29" w16cid:durableId="1928729810">
    <w:abstractNumId w:val="59"/>
  </w:num>
  <w:num w:numId="30" w16cid:durableId="2027704335">
    <w:abstractNumId w:val="17"/>
  </w:num>
  <w:num w:numId="31" w16cid:durableId="1759325669">
    <w:abstractNumId w:val="62"/>
  </w:num>
  <w:num w:numId="32" w16cid:durableId="1052539046">
    <w:abstractNumId w:val="51"/>
  </w:num>
  <w:num w:numId="33" w16cid:durableId="866017870">
    <w:abstractNumId w:val="12"/>
  </w:num>
  <w:num w:numId="34" w16cid:durableId="192115419">
    <w:abstractNumId w:val="8"/>
  </w:num>
  <w:num w:numId="35" w16cid:durableId="1656645417">
    <w:abstractNumId w:val="50"/>
  </w:num>
  <w:num w:numId="36" w16cid:durableId="1570919922">
    <w:abstractNumId w:val="66"/>
  </w:num>
  <w:num w:numId="37" w16cid:durableId="1500387942">
    <w:abstractNumId w:val="64"/>
  </w:num>
  <w:num w:numId="38" w16cid:durableId="1217014665">
    <w:abstractNumId w:val="56"/>
  </w:num>
  <w:num w:numId="39" w16cid:durableId="2001033577">
    <w:abstractNumId w:val="54"/>
  </w:num>
  <w:num w:numId="40" w16cid:durableId="1926524850">
    <w:abstractNumId w:val="38"/>
  </w:num>
  <w:num w:numId="41" w16cid:durableId="256059251">
    <w:abstractNumId w:val="25"/>
  </w:num>
  <w:num w:numId="42" w16cid:durableId="1942712728">
    <w:abstractNumId w:val="29"/>
  </w:num>
  <w:num w:numId="43" w16cid:durableId="25570865">
    <w:abstractNumId w:val="36"/>
  </w:num>
  <w:num w:numId="44" w16cid:durableId="1770543818">
    <w:abstractNumId w:val="43"/>
  </w:num>
  <w:num w:numId="45" w16cid:durableId="1283226854">
    <w:abstractNumId w:val="45"/>
  </w:num>
  <w:num w:numId="46" w16cid:durableId="1601982439">
    <w:abstractNumId w:val="19"/>
  </w:num>
  <w:num w:numId="47" w16cid:durableId="1802651847">
    <w:abstractNumId w:val="47"/>
  </w:num>
  <w:num w:numId="48" w16cid:durableId="1535116201">
    <w:abstractNumId w:val="22"/>
  </w:num>
  <w:num w:numId="49" w16cid:durableId="1970044023">
    <w:abstractNumId w:val="39"/>
  </w:num>
  <w:num w:numId="50" w16cid:durableId="1040712203">
    <w:abstractNumId w:val="13"/>
  </w:num>
  <w:num w:numId="51" w16cid:durableId="1019701218">
    <w:abstractNumId w:val="21"/>
  </w:num>
  <w:num w:numId="52" w16cid:durableId="1395448">
    <w:abstractNumId w:val="61"/>
  </w:num>
  <w:num w:numId="53" w16cid:durableId="582178438">
    <w:abstractNumId w:val="24"/>
  </w:num>
  <w:num w:numId="54" w16cid:durableId="2129078633">
    <w:abstractNumId w:val="33"/>
  </w:num>
  <w:num w:numId="55" w16cid:durableId="1009673903">
    <w:abstractNumId w:val="11"/>
  </w:num>
  <w:num w:numId="56" w16cid:durableId="64618659">
    <w:abstractNumId w:val="9"/>
  </w:num>
  <w:num w:numId="57" w16cid:durableId="265649924">
    <w:abstractNumId w:val="20"/>
  </w:num>
  <w:num w:numId="58" w16cid:durableId="1109620131">
    <w:abstractNumId w:val="48"/>
  </w:num>
  <w:num w:numId="59" w16cid:durableId="2039771903">
    <w:abstractNumId w:val="68"/>
  </w:num>
  <w:num w:numId="60" w16cid:durableId="1902135001">
    <w:abstractNumId w:val="37"/>
  </w:num>
  <w:num w:numId="61" w16cid:durableId="1775050503">
    <w:abstractNumId w:val="7"/>
  </w:num>
  <w:num w:numId="62" w16cid:durableId="2036074839">
    <w:abstractNumId w:val="63"/>
  </w:num>
  <w:num w:numId="63" w16cid:durableId="2117402941">
    <w:abstractNumId w:val="30"/>
  </w:num>
  <w:num w:numId="64" w16cid:durableId="1516841784">
    <w:abstractNumId w:val="27"/>
  </w:num>
  <w:num w:numId="65" w16cid:durableId="1128664323">
    <w:abstractNumId w:val="53"/>
  </w:num>
  <w:num w:numId="66" w16cid:durableId="1708487412">
    <w:abstractNumId w:val="32"/>
  </w:num>
  <w:num w:numId="67" w16cid:durableId="1948653771">
    <w:abstractNumId w:val="65"/>
  </w:num>
  <w:num w:numId="68" w16cid:durableId="131867472">
    <w:abstractNumId w:val="58"/>
  </w:num>
  <w:num w:numId="69" w16cid:durableId="1854805119">
    <w:abstractNumId w:val="60"/>
  </w:num>
  <w:num w:numId="70" w16cid:durableId="923342905">
    <w:abstractNumId w:val="14"/>
  </w:num>
  <w:num w:numId="71" w16cid:durableId="2136751914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3F"/>
    <w:rsid w:val="0000300B"/>
    <w:rsid w:val="00007969"/>
    <w:rsid w:val="00015CE8"/>
    <w:rsid w:val="00016E61"/>
    <w:rsid w:val="00016EFB"/>
    <w:rsid w:val="0002042D"/>
    <w:rsid w:val="00030286"/>
    <w:rsid w:val="00030E78"/>
    <w:rsid w:val="00031282"/>
    <w:rsid w:val="000313F6"/>
    <w:rsid w:val="00031AD9"/>
    <w:rsid w:val="00034616"/>
    <w:rsid w:val="00037504"/>
    <w:rsid w:val="00041093"/>
    <w:rsid w:val="00047E2B"/>
    <w:rsid w:val="0005287E"/>
    <w:rsid w:val="00054C43"/>
    <w:rsid w:val="0006063C"/>
    <w:rsid w:val="00063AC6"/>
    <w:rsid w:val="00064E9B"/>
    <w:rsid w:val="00066AAC"/>
    <w:rsid w:val="00066E66"/>
    <w:rsid w:val="00067DC5"/>
    <w:rsid w:val="0007239C"/>
    <w:rsid w:val="00072F7E"/>
    <w:rsid w:val="000733CF"/>
    <w:rsid w:val="000774F7"/>
    <w:rsid w:val="00077B59"/>
    <w:rsid w:val="00080B39"/>
    <w:rsid w:val="00081E9D"/>
    <w:rsid w:val="00082F0D"/>
    <w:rsid w:val="00083C9F"/>
    <w:rsid w:val="00085FFD"/>
    <w:rsid w:val="00086390"/>
    <w:rsid w:val="00090A3C"/>
    <w:rsid w:val="00095A74"/>
    <w:rsid w:val="00095FCC"/>
    <w:rsid w:val="000A0295"/>
    <w:rsid w:val="000A19D5"/>
    <w:rsid w:val="000A1BFA"/>
    <w:rsid w:val="000A784F"/>
    <w:rsid w:val="000B5E02"/>
    <w:rsid w:val="000B5EEB"/>
    <w:rsid w:val="000B680D"/>
    <w:rsid w:val="000C05FF"/>
    <w:rsid w:val="000C06D0"/>
    <w:rsid w:val="000C0B08"/>
    <w:rsid w:val="000C1E56"/>
    <w:rsid w:val="000C1F22"/>
    <w:rsid w:val="000C2E5E"/>
    <w:rsid w:val="000C34DF"/>
    <w:rsid w:val="000C447C"/>
    <w:rsid w:val="000C6ECC"/>
    <w:rsid w:val="000D1FAB"/>
    <w:rsid w:val="000D27E9"/>
    <w:rsid w:val="000D39A0"/>
    <w:rsid w:val="000D71E8"/>
    <w:rsid w:val="000E31AD"/>
    <w:rsid w:val="000E38BD"/>
    <w:rsid w:val="000E631A"/>
    <w:rsid w:val="000F0F95"/>
    <w:rsid w:val="000F7BD3"/>
    <w:rsid w:val="001001BC"/>
    <w:rsid w:val="00121803"/>
    <w:rsid w:val="00123B3D"/>
    <w:rsid w:val="00126733"/>
    <w:rsid w:val="0012681D"/>
    <w:rsid w:val="00127157"/>
    <w:rsid w:val="00130DD0"/>
    <w:rsid w:val="00134A4A"/>
    <w:rsid w:val="00137741"/>
    <w:rsid w:val="0014193E"/>
    <w:rsid w:val="00143BF3"/>
    <w:rsid w:val="00143C33"/>
    <w:rsid w:val="0015074B"/>
    <w:rsid w:val="00150C4A"/>
    <w:rsid w:val="00153040"/>
    <w:rsid w:val="00153EF0"/>
    <w:rsid w:val="00163300"/>
    <w:rsid w:val="00165BB1"/>
    <w:rsid w:val="001721AC"/>
    <w:rsid w:val="0017255B"/>
    <w:rsid w:val="00173441"/>
    <w:rsid w:val="00174E36"/>
    <w:rsid w:val="001752F6"/>
    <w:rsid w:val="00175786"/>
    <w:rsid w:val="00177D72"/>
    <w:rsid w:val="00185DD6"/>
    <w:rsid w:val="00186D97"/>
    <w:rsid w:val="00192213"/>
    <w:rsid w:val="0019623C"/>
    <w:rsid w:val="001964CE"/>
    <w:rsid w:val="001967A6"/>
    <w:rsid w:val="001A0E02"/>
    <w:rsid w:val="001A12C8"/>
    <w:rsid w:val="001A1AA0"/>
    <w:rsid w:val="001A5BDC"/>
    <w:rsid w:val="001A5DE0"/>
    <w:rsid w:val="001B1876"/>
    <w:rsid w:val="001B1B23"/>
    <w:rsid w:val="001B6542"/>
    <w:rsid w:val="001B697E"/>
    <w:rsid w:val="001C2CE6"/>
    <w:rsid w:val="001C2EB9"/>
    <w:rsid w:val="001C72BF"/>
    <w:rsid w:val="001D0505"/>
    <w:rsid w:val="001D2C41"/>
    <w:rsid w:val="001D3ABF"/>
    <w:rsid w:val="001D3D57"/>
    <w:rsid w:val="001D6D6A"/>
    <w:rsid w:val="001E201D"/>
    <w:rsid w:val="001E260F"/>
    <w:rsid w:val="001E3E3A"/>
    <w:rsid w:val="001E4A69"/>
    <w:rsid w:val="001E789D"/>
    <w:rsid w:val="00203A9B"/>
    <w:rsid w:val="00206F56"/>
    <w:rsid w:val="002134CB"/>
    <w:rsid w:val="00213B46"/>
    <w:rsid w:val="00213BF6"/>
    <w:rsid w:val="0021683B"/>
    <w:rsid w:val="00217925"/>
    <w:rsid w:val="00217C82"/>
    <w:rsid w:val="0021E4E1"/>
    <w:rsid w:val="002231DB"/>
    <w:rsid w:val="00236DED"/>
    <w:rsid w:val="0024074C"/>
    <w:rsid w:val="00240C7C"/>
    <w:rsid w:val="00242E50"/>
    <w:rsid w:val="002547C1"/>
    <w:rsid w:val="002578B9"/>
    <w:rsid w:val="00257AD2"/>
    <w:rsid w:val="002642C5"/>
    <w:rsid w:val="002662E1"/>
    <w:rsid w:val="00266D85"/>
    <w:rsid w:val="0027130C"/>
    <w:rsid w:val="00271E44"/>
    <w:rsid w:val="002750C1"/>
    <w:rsid w:val="00280F84"/>
    <w:rsid w:val="002810F3"/>
    <w:rsid w:val="00283114"/>
    <w:rsid w:val="0028627F"/>
    <w:rsid w:val="002862DC"/>
    <w:rsid w:val="00287045"/>
    <w:rsid w:val="002870F8"/>
    <w:rsid w:val="0029278D"/>
    <w:rsid w:val="00294C09"/>
    <w:rsid w:val="00295AB0"/>
    <w:rsid w:val="0029639D"/>
    <w:rsid w:val="002A25EE"/>
    <w:rsid w:val="002A3103"/>
    <w:rsid w:val="002A6408"/>
    <w:rsid w:val="002A7950"/>
    <w:rsid w:val="002B1AEE"/>
    <w:rsid w:val="002B3F2B"/>
    <w:rsid w:val="002B4B57"/>
    <w:rsid w:val="002B5508"/>
    <w:rsid w:val="002B6308"/>
    <w:rsid w:val="002C1BDD"/>
    <w:rsid w:val="002C60B0"/>
    <w:rsid w:val="002E506B"/>
    <w:rsid w:val="002E535A"/>
    <w:rsid w:val="002E79A8"/>
    <w:rsid w:val="0030138A"/>
    <w:rsid w:val="00301E3F"/>
    <w:rsid w:val="00303558"/>
    <w:rsid w:val="00303A3B"/>
    <w:rsid w:val="00305605"/>
    <w:rsid w:val="003076E3"/>
    <w:rsid w:val="00307AAE"/>
    <w:rsid w:val="00310619"/>
    <w:rsid w:val="0031467C"/>
    <w:rsid w:val="00321CC7"/>
    <w:rsid w:val="0032258D"/>
    <w:rsid w:val="003250DD"/>
    <w:rsid w:val="00326518"/>
    <w:rsid w:val="00326E8B"/>
    <w:rsid w:val="00326F90"/>
    <w:rsid w:val="00327D8A"/>
    <w:rsid w:val="0032F290"/>
    <w:rsid w:val="00334B84"/>
    <w:rsid w:val="00334DC8"/>
    <w:rsid w:val="00336B4F"/>
    <w:rsid w:val="003401CD"/>
    <w:rsid w:val="00340EF2"/>
    <w:rsid w:val="003423B5"/>
    <w:rsid w:val="003447E5"/>
    <w:rsid w:val="00345B19"/>
    <w:rsid w:val="003510FB"/>
    <w:rsid w:val="00357E24"/>
    <w:rsid w:val="00363462"/>
    <w:rsid w:val="0037054D"/>
    <w:rsid w:val="00370D6F"/>
    <w:rsid w:val="00371AD6"/>
    <w:rsid w:val="00371E90"/>
    <w:rsid w:val="00377DBC"/>
    <w:rsid w:val="0038045A"/>
    <w:rsid w:val="00381CB3"/>
    <w:rsid w:val="0038253D"/>
    <w:rsid w:val="00382D04"/>
    <w:rsid w:val="00384BEB"/>
    <w:rsid w:val="003870C8"/>
    <w:rsid w:val="00397E5A"/>
    <w:rsid w:val="003A0EE6"/>
    <w:rsid w:val="003A1BF2"/>
    <w:rsid w:val="003A742C"/>
    <w:rsid w:val="003B11A0"/>
    <w:rsid w:val="003B3C00"/>
    <w:rsid w:val="003B49DD"/>
    <w:rsid w:val="003B5DD3"/>
    <w:rsid w:val="003B6B88"/>
    <w:rsid w:val="003C1DE4"/>
    <w:rsid w:val="003C2858"/>
    <w:rsid w:val="003C4846"/>
    <w:rsid w:val="003C59CC"/>
    <w:rsid w:val="003D5485"/>
    <w:rsid w:val="003E04F7"/>
    <w:rsid w:val="003E40FD"/>
    <w:rsid w:val="003E489F"/>
    <w:rsid w:val="003E4F8D"/>
    <w:rsid w:val="003E7390"/>
    <w:rsid w:val="003F14F7"/>
    <w:rsid w:val="003F67C2"/>
    <w:rsid w:val="00400C84"/>
    <w:rsid w:val="00401EC7"/>
    <w:rsid w:val="004038D7"/>
    <w:rsid w:val="0040551B"/>
    <w:rsid w:val="00406B81"/>
    <w:rsid w:val="00410315"/>
    <w:rsid w:val="0041173D"/>
    <w:rsid w:val="00411DE3"/>
    <w:rsid w:val="004135ED"/>
    <w:rsid w:val="00414F80"/>
    <w:rsid w:val="00417502"/>
    <w:rsid w:val="0041F3F8"/>
    <w:rsid w:val="00424357"/>
    <w:rsid w:val="004301E7"/>
    <w:rsid w:val="00435928"/>
    <w:rsid w:val="00444638"/>
    <w:rsid w:val="0045049C"/>
    <w:rsid w:val="00452528"/>
    <w:rsid w:val="00455856"/>
    <w:rsid w:val="004566F9"/>
    <w:rsid w:val="004572C2"/>
    <w:rsid w:val="00461705"/>
    <w:rsid w:val="004672C7"/>
    <w:rsid w:val="00470921"/>
    <w:rsid w:val="00473DDD"/>
    <w:rsid w:val="00476A58"/>
    <w:rsid w:val="00481577"/>
    <w:rsid w:val="004848C8"/>
    <w:rsid w:val="00485827"/>
    <w:rsid w:val="004910A7"/>
    <w:rsid w:val="004916B6"/>
    <w:rsid w:val="00491ADA"/>
    <w:rsid w:val="0049451E"/>
    <w:rsid w:val="004A620F"/>
    <w:rsid w:val="004A79EF"/>
    <w:rsid w:val="004B7B77"/>
    <w:rsid w:val="004C3774"/>
    <w:rsid w:val="004C693E"/>
    <w:rsid w:val="004D01DD"/>
    <w:rsid w:val="004D032C"/>
    <w:rsid w:val="004D0749"/>
    <w:rsid w:val="004D3139"/>
    <w:rsid w:val="004D6A85"/>
    <w:rsid w:val="004E09CA"/>
    <w:rsid w:val="004E197E"/>
    <w:rsid w:val="004E375B"/>
    <w:rsid w:val="004E3D97"/>
    <w:rsid w:val="004E724F"/>
    <w:rsid w:val="004F118F"/>
    <w:rsid w:val="004F1786"/>
    <w:rsid w:val="004F519F"/>
    <w:rsid w:val="005037EC"/>
    <w:rsid w:val="005046B0"/>
    <w:rsid w:val="005121D4"/>
    <w:rsid w:val="005131C2"/>
    <w:rsid w:val="00515D00"/>
    <w:rsid w:val="00516B64"/>
    <w:rsid w:val="00523BE9"/>
    <w:rsid w:val="005274BF"/>
    <w:rsid w:val="00536FC8"/>
    <w:rsid w:val="00537AE9"/>
    <w:rsid w:val="00540726"/>
    <w:rsid w:val="0054096D"/>
    <w:rsid w:val="00543349"/>
    <w:rsid w:val="005519E0"/>
    <w:rsid w:val="00551BE6"/>
    <w:rsid w:val="00554C5F"/>
    <w:rsid w:val="00556797"/>
    <w:rsid w:val="00557557"/>
    <w:rsid w:val="00565006"/>
    <w:rsid w:val="00567FA3"/>
    <w:rsid w:val="005712D7"/>
    <w:rsid w:val="0057295B"/>
    <w:rsid w:val="0057720F"/>
    <w:rsid w:val="00577403"/>
    <w:rsid w:val="005777EF"/>
    <w:rsid w:val="0058473A"/>
    <w:rsid w:val="00584D49"/>
    <w:rsid w:val="005A095A"/>
    <w:rsid w:val="005A219E"/>
    <w:rsid w:val="005A4FD7"/>
    <w:rsid w:val="005A5554"/>
    <w:rsid w:val="005A6560"/>
    <w:rsid w:val="005B0B75"/>
    <w:rsid w:val="005B6A16"/>
    <w:rsid w:val="005B7FB2"/>
    <w:rsid w:val="005C534B"/>
    <w:rsid w:val="005C558E"/>
    <w:rsid w:val="005C5EF4"/>
    <w:rsid w:val="005D2CA0"/>
    <w:rsid w:val="005D507D"/>
    <w:rsid w:val="005D723A"/>
    <w:rsid w:val="005E1C33"/>
    <w:rsid w:val="005E7044"/>
    <w:rsid w:val="005F0954"/>
    <w:rsid w:val="005F185B"/>
    <w:rsid w:val="005F2E6F"/>
    <w:rsid w:val="006010B9"/>
    <w:rsid w:val="00602C37"/>
    <w:rsid w:val="006045DA"/>
    <w:rsid w:val="00605B22"/>
    <w:rsid w:val="00606F45"/>
    <w:rsid w:val="00611666"/>
    <w:rsid w:val="00611FC1"/>
    <w:rsid w:val="0061325D"/>
    <w:rsid w:val="00613568"/>
    <w:rsid w:val="006153CF"/>
    <w:rsid w:val="00616411"/>
    <w:rsid w:val="006253AB"/>
    <w:rsid w:val="00625DB3"/>
    <w:rsid w:val="00627C2B"/>
    <w:rsid w:val="00631AC5"/>
    <w:rsid w:val="00633263"/>
    <w:rsid w:val="00640537"/>
    <w:rsid w:val="0064431B"/>
    <w:rsid w:val="0064505D"/>
    <w:rsid w:val="00646650"/>
    <w:rsid w:val="00653F1B"/>
    <w:rsid w:val="00655807"/>
    <w:rsid w:val="00657E1D"/>
    <w:rsid w:val="00660D37"/>
    <w:rsid w:val="00664465"/>
    <w:rsid w:val="00667DDB"/>
    <w:rsid w:val="006724D5"/>
    <w:rsid w:val="00672D4F"/>
    <w:rsid w:val="0067454F"/>
    <w:rsid w:val="00674BC6"/>
    <w:rsid w:val="0067502A"/>
    <w:rsid w:val="00675ED8"/>
    <w:rsid w:val="00680323"/>
    <w:rsid w:val="00684FA0"/>
    <w:rsid w:val="006858B3"/>
    <w:rsid w:val="00690C31"/>
    <w:rsid w:val="006923BD"/>
    <w:rsid w:val="006928EB"/>
    <w:rsid w:val="0069529C"/>
    <w:rsid w:val="00695763"/>
    <w:rsid w:val="006965F7"/>
    <w:rsid w:val="006A2596"/>
    <w:rsid w:val="006A7A8B"/>
    <w:rsid w:val="006C0169"/>
    <w:rsid w:val="006C311A"/>
    <w:rsid w:val="006C4A6B"/>
    <w:rsid w:val="006C7B20"/>
    <w:rsid w:val="006D056D"/>
    <w:rsid w:val="006D4011"/>
    <w:rsid w:val="006D600F"/>
    <w:rsid w:val="006D6D13"/>
    <w:rsid w:val="006E169D"/>
    <w:rsid w:val="006E2673"/>
    <w:rsid w:val="006E3473"/>
    <w:rsid w:val="006E3B9E"/>
    <w:rsid w:val="006E4E7B"/>
    <w:rsid w:val="006F31B8"/>
    <w:rsid w:val="006F3FA1"/>
    <w:rsid w:val="006F4FE2"/>
    <w:rsid w:val="006F618D"/>
    <w:rsid w:val="0070438A"/>
    <w:rsid w:val="0070481D"/>
    <w:rsid w:val="00705341"/>
    <w:rsid w:val="007078B2"/>
    <w:rsid w:val="007107E9"/>
    <w:rsid w:val="00713B91"/>
    <w:rsid w:val="0071408C"/>
    <w:rsid w:val="00714D95"/>
    <w:rsid w:val="00714F63"/>
    <w:rsid w:val="0071602B"/>
    <w:rsid w:val="00721F5A"/>
    <w:rsid w:val="007228EF"/>
    <w:rsid w:val="007232F3"/>
    <w:rsid w:val="00725AA5"/>
    <w:rsid w:val="00726B9A"/>
    <w:rsid w:val="007311A0"/>
    <w:rsid w:val="00731486"/>
    <w:rsid w:val="00731D75"/>
    <w:rsid w:val="007323EA"/>
    <w:rsid w:val="007333F1"/>
    <w:rsid w:val="00734AE8"/>
    <w:rsid w:val="00734BD9"/>
    <w:rsid w:val="007360BC"/>
    <w:rsid w:val="00736563"/>
    <w:rsid w:val="00743D98"/>
    <w:rsid w:val="007469FA"/>
    <w:rsid w:val="0074733B"/>
    <w:rsid w:val="00751F01"/>
    <w:rsid w:val="007559D0"/>
    <w:rsid w:val="00757612"/>
    <w:rsid w:val="00763FD6"/>
    <w:rsid w:val="00764780"/>
    <w:rsid w:val="00767641"/>
    <w:rsid w:val="00767785"/>
    <w:rsid w:val="00770882"/>
    <w:rsid w:val="00770DE9"/>
    <w:rsid w:val="00771089"/>
    <w:rsid w:val="0077316B"/>
    <w:rsid w:val="0078158A"/>
    <w:rsid w:val="00781A2D"/>
    <w:rsid w:val="007822E7"/>
    <w:rsid w:val="00783620"/>
    <w:rsid w:val="00786D28"/>
    <w:rsid w:val="00787686"/>
    <w:rsid w:val="007900E0"/>
    <w:rsid w:val="00794E18"/>
    <w:rsid w:val="00796597"/>
    <w:rsid w:val="007A0948"/>
    <w:rsid w:val="007A3D1B"/>
    <w:rsid w:val="007A42A2"/>
    <w:rsid w:val="007A43C9"/>
    <w:rsid w:val="007A56E7"/>
    <w:rsid w:val="007A5EBA"/>
    <w:rsid w:val="007B0C03"/>
    <w:rsid w:val="007C048A"/>
    <w:rsid w:val="007C1088"/>
    <w:rsid w:val="007C1A76"/>
    <w:rsid w:val="007C462A"/>
    <w:rsid w:val="007C5259"/>
    <w:rsid w:val="007C6F27"/>
    <w:rsid w:val="007D1CEB"/>
    <w:rsid w:val="007D2A51"/>
    <w:rsid w:val="007D2F30"/>
    <w:rsid w:val="007D3A0D"/>
    <w:rsid w:val="007D4BFD"/>
    <w:rsid w:val="007E1E29"/>
    <w:rsid w:val="007E4EF3"/>
    <w:rsid w:val="007E5077"/>
    <w:rsid w:val="007F1AC3"/>
    <w:rsid w:val="007F4079"/>
    <w:rsid w:val="007F4279"/>
    <w:rsid w:val="00801ED2"/>
    <w:rsid w:val="0081273C"/>
    <w:rsid w:val="00817D88"/>
    <w:rsid w:val="0082065B"/>
    <w:rsid w:val="00826B84"/>
    <w:rsid w:val="0083190F"/>
    <w:rsid w:val="00834549"/>
    <w:rsid w:val="0083695A"/>
    <w:rsid w:val="00840EFF"/>
    <w:rsid w:val="00841DF6"/>
    <w:rsid w:val="008422C5"/>
    <w:rsid w:val="008426D7"/>
    <w:rsid w:val="00845B75"/>
    <w:rsid w:val="00847469"/>
    <w:rsid w:val="0085529B"/>
    <w:rsid w:val="008614B0"/>
    <w:rsid w:val="00861977"/>
    <w:rsid w:val="00864011"/>
    <w:rsid w:val="0086594A"/>
    <w:rsid w:val="00867E3E"/>
    <w:rsid w:val="00877C56"/>
    <w:rsid w:val="00886515"/>
    <w:rsid w:val="00894E51"/>
    <w:rsid w:val="008963CC"/>
    <w:rsid w:val="008A33D7"/>
    <w:rsid w:val="008A40E9"/>
    <w:rsid w:val="008A47D4"/>
    <w:rsid w:val="008A52F3"/>
    <w:rsid w:val="008A6E7A"/>
    <w:rsid w:val="008B0622"/>
    <w:rsid w:val="008B0746"/>
    <w:rsid w:val="008B1DE3"/>
    <w:rsid w:val="008B4614"/>
    <w:rsid w:val="008B4DD1"/>
    <w:rsid w:val="008B595E"/>
    <w:rsid w:val="008C10F2"/>
    <w:rsid w:val="008C3643"/>
    <w:rsid w:val="008C4043"/>
    <w:rsid w:val="008D2E23"/>
    <w:rsid w:val="008D4F5D"/>
    <w:rsid w:val="008D58C3"/>
    <w:rsid w:val="008D5909"/>
    <w:rsid w:val="008D7CC0"/>
    <w:rsid w:val="008E575A"/>
    <w:rsid w:val="008E63EF"/>
    <w:rsid w:val="008F029A"/>
    <w:rsid w:val="008F1D6B"/>
    <w:rsid w:val="009003D2"/>
    <w:rsid w:val="00900DAA"/>
    <w:rsid w:val="00901C33"/>
    <w:rsid w:val="00902CBD"/>
    <w:rsid w:val="00904B8E"/>
    <w:rsid w:val="00905E8D"/>
    <w:rsid w:val="009076F4"/>
    <w:rsid w:val="0091049B"/>
    <w:rsid w:val="009149D1"/>
    <w:rsid w:val="00917C28"/>
    <w:rsid w:val="00927DF3"/>
    <w:rsid w:val="00931E83"/>
    <w:rsid w:val="009336C1"/>
    <w:rsid w:val="0093723C"/>
    <w:rsid w:val="00942256"/>
    <w:rsid w:val="0094274B"/>
    <w:rsid w:val="009430E2"/>
    <w:rsid w:val="00946EE9"/>
    <w:rsid w:val="00947552"/>
    <w:rsid w:val="0095449B"/>
    <w:rsid w:val="00954796"/>
    <w:rsid w:val="00957D2C"/>
    <w:rsid w:val="0096063D"/>
    <w:rsid w:val="009635C3"/>
    <w:rsid w:val="009645F9"/>
    <w:rsid w:val="00966D1B"/>
    <w:rsid w:val="0097139E"/>
    <w:rsid w:val="00973E53"/>
    <w:rsid w:val="0098453C"/>
    <w:rsid w:val="009862BB"/>
    <w:rsid w:val="00987FBE"/>
    <w:rsid w:val="009903DB"/>
    <w:rsid w:val="00992FA8"/>
    <w:rsid w:val="00994D0B"/>
    <w:rsid w:val="009A500F"/>
    <w:rsid w:val="009B0B7A"/>
    <w:rsid w:val="009B3B1A"/>
    <w:rsid w:val="009B5E28"/>
    <w:rsid w:val="009B5FAD"/>
    <w:rsid w:val="009B7AD9"/>
    <w:rsid w:val="009C5EF0"/>
    <w:rsid w:val="009C65D9"/>
    <w:rsid w:val="009D0BE4"/>
    <w:rsid w:val="009D2275"/>
    <w:rsid w:val="009D7579"/>
    <w:rsid w:val="009F0D53"/>
    <w:rsid w:val="009F0FD5"/>
    <w:rsid w:val="009F2529"/>
    <w:rsid w:val="009F3A3E"/>
    <w:rsid w:val="009F3EAA"/>
    <w:rsid w:val="009F5E5C"/>
    <w:rsid w:val="00A01492"/>
    <w:rsid w:val="00A067E4"/>
    <w:rsid w:val="00A06DEB"/>
    <w:rsid w:val="00A123D0"/>
    <w:rsid w:val="00A17151"/>
    <w:rsid w:val="00A17F3B"/>
    <w:rsid w:val="00A20D41"/>
    <w:rsid w:val="00A26241"/>
    <w:rsid w:val="00A27B13"/>
    <w:rsid w:val="00A32742"/>
    <w:rsid w:val="00A35998"/>
    <w:rsid w:val="00A3783C"/>
    <w:rsid w:val="00A41E7E"/>
    <w:rsid w:val="00A42195"/>
    <w:rsid w:val="00A43C7D"/>
    <w:rsid w:val="00A462A0"/>
    <w:rsid w:val="00A46CF8"/>
    <w:rsid w:val="00A50895"/>
    <w:rsid w:val="00A51666"/>
    <w:rsid w:val="00A5323A"/>
    <w:rsid w:val="00A567E7"/>
    <w:rsid w:val="00A60D70"/>
    <w:rsid w:val="00A6128C"/>
    <w:rsid w:val="00A63C31"/>
    <w:rsid w:val="00A64201"/>
    <w:rsid w:val="00A65C15"/>
    <w:rsid w:val="00A666D8"/>
    <w:rsid w:val="00A73933"/>
    <w:rsid w:val="00A73B2D"/>
    <w:rsid w:val="00A73B78"/>
    <w:rsid w:val="00A760EC"/>
    <w:rsid w:val="00A76B39"/>
    <w:rsid w:val="00A83861"/>
    <w:rsid w:val="00A8458E"/>
    <w:rsid w:val="00A84870"/>
    <w:rsid w:val="00A85E60"/>
    <w:rsid w:val="00A869AC"/>
    <w:rsid w:val="00A912C4"/>
    <w:rsid w:val="00A9370C"/>
    <w:rsid w:val="00A95130"/>
    <w:rsid w:val="00A95A40"/>
    <w:rsid w:val="00A962F5"/>
    <w:rsid w:val="00A97826"/>
    <w:rsid w:val="00AA0152"/>
    <w:rsid w:val="00AA0B6C"/>
    <w:rsid w:val="00AA1D8D"/>
    <w:rsid w:val="00AA262A"/>
    <w:rsid w:val="00AA6043"/>
    <w:rsid w:val="00AA6F13"/>
    <w:rsid w:val="00AA7C40"/>
    <w:rsid w:val="00AB5A1E"/>
    <w:rsid w:val="00AB69A8"/>
    <w:rsid w:val="00AC7005"/>
    <w:rsid w:val="00AD6C78"/>
    <w:rsid w:val="00AE57BD"/>
    <w:rsid w:val="00B052D6"/>
    <w:rsid w:val="00B0571B"/>
    <w:rsid w:val="00B070D0"/>
    <w:rsid w:val="00B11A42"/>
    <w:rsid w:val="00B162F9"/>
    <w:rsid w:val="00B2195B"/>
    <w:rsid w:val="00B22804"/>
    <w:rsid w:val="00B233C2"/>
    <w:rsid w:val="00B251C7"/>
    <w:rsid w:val="00B26374"/>
    <w:rsid w:val="00B3144D"/>
    <w:rsid w:val="00B319CC"/>
    <w:rsid w:val="00B34E79"/>
    <w:rsid w:val="00B40A44"/>
    <w:rsid w:val="00B47730"/>
    <w:rsid w:val="00B502F0"/>
    <w:rsid w:val="00B513DA"/>
    <w:rsid w:val="00B53CDC"/>
    <w:rsid w:val="00B549F4"/>
    <w:rsid w:val="00B56A6D"/>
    <w:rsid w:val="00B61DBF"/>
    <w:rsid w:val="00B626CE"/>
    <w:rsid w:val="00B64AFE"/>
    <w:rsid w:val="00B66F05"/>
    <w:rsid w:val="00B6FDDC"/>
    <w:rsid w:val="00B7290D"/>
    <w:rsid w:val="00B73EE2"/>
    <w:rsid w:val="00B74768"/>
    <w:rsid w:val="00B75D54"/>
    <w:rsid w:val="00B80447"/>
    <w:rsid w:val="00B81B88"/>
    <w:rsid w:val="00B93862"/>
    <w:rsid w:val="00B93C04"/>
    <w:rsid w:val="00BA6992"/>
    <w:rsid w:val="00BA7FC2"/>
    <w:rsid w:val="00BB004D"/>
    <w:rsid w:val="00BB0438"/>
    <w:rsid w:val="00BB1CAC"/>
    <w:rsid w:val="00BB2D6D"/>
    <w:rsid w:val="00BB63D5"/>
    <w:rsid w:val="00BB6D5A"/>
    <w:rsid w:val="00BC02E2"/>
    <w:rsid w:val="00BC3959"/>
    <w:rsid w:val="00BC4239"/>
    <w:rsid w:val="00BCA7EE"/>
    <w:rsid w:val="00BD0BFA"/>
    <w:rsid w:val="00BE04DF"/>
    <w:rsid w:val="00BE2546"/>
    <w:rsid w:val="00BE2ED5"/>
    <w:rsid w:val="00BE326B"/>
    <w:rsid w:val="00BE393F"/>
    <w:rsid w:val="00BE688C"/>
    <w:rsid w:val="00BF4AC4"/>
    <w:rsid w:val="00C01258"/>
    <w:rsid w:val="00C02F91"/>
    <w:rsid w:val="00C13129"/>
    <w:rsid w:val="00C1364D"/>
    <w:rsid w:val="00C159B3"/>
    <w:rsid w:val="00C15F9D"/>
    <w:rsid w:val="00C23830"/>
    <w:rsid w:val="00C23A10"/>
    <w:rsid w:val="00C24000"/>
    <w:rsid w:val="00C25129"/>
    <w:rsid w:val="00C303E3"/>
    <w:rsid w:val="00C315BD"/>
    <w:rsid w:val="00C343DF"/>
    <w:rsid w:val="00C349EA"/>
    <w:rsid w:val="00C42382"/>
    <w:rsid w:val="00C42732"/>
    <w:rsid w:val="00C44C87"/>
    <w:rsid w:val="00C460C3"/>
    <w:rsid w:val="00C50EDA"/>
    <w:rsid w:val="00C515A8"/>
    <w:rsid w:val="00C52BFB"/>
    <w:rsid w:val="00C53434"/>
    <w:rsid w:val="00C53B0D"/>
    <w:rsid w:val="00C55A73"/>
    <w:rsid w:val="00C60AFA"/>
    <w:rsid w:val="00C65446"/>
    <w:rsid w:val="00C70824"/>
    <w:rsid w:val="00C763F4"/>
    <w:rsid w:val="00C76CB5"/>
    <w:rsid w:val="00C77715"/>
    <w:rsid w:val="00C80328"/>
    <w:rsid w:val="00C8034B"/>
    <w:rsid w:val="00C822BB"/>
    <w:rsid w:val="00C82767"/>
    <w:rsid w:val="00C87485"/>
    <w:rsid w:val="00C87C14"/>
    <w:rsid w:val="00C94EDC"/>
    <w:rsid w:val="00C95C74"/>
    <w:rsid w:val="00C95FBF"/>
    <w:rsid w:val="00CA28C4"/>
    <w:rsid w:val="00CA29CB"/>
    <w:rsid w:val="00CA2CFA"/>
    <w:rsid w:val="00CA37CE"/>
    <w:rsid w:val="00CA3B3A"/>
    <w:rsid w:val="00CA4E02"/>
    <w:rsid w:val="00CA7F8D"/>
    <w:rsid w:val="00CB0664"/>
    <w:rsid w:val="00CB0DDC"/>
    <w:rsid w:val="00CB13B6"/>
    <w:rsid w:val="00CB515D"/>
    <w:rsid w:val="00CB6B9D"/>
    <w:rsid w:val="00CB76F6"/>
    <w:rsid w:val="00CC001F"/>
    <w:rsid w:val="00CC1809"/>
    <w:rsid w:val="00CC42BF"/>
    <w:rsid w:val="00CCFA83"/>
    <w:rsid w:val="00CD0E3E"/>
    <w:rsid w:val="00CD0ED4"/>
    <w:rsid w:val="00CD12AC"/>
    <w:rsid w:val="00CD2E92"/>
    <w:rsid w:val="00CD7361"/>
    <w:rsid w:val="00CD74E6"/>
    <w:rsid w:val="00CDA8D7"/>
    <w:rsid w:val="00CE23E2"/>
    <w:rsid w:val="00CE62AA"/>
    <w:rsid w:val="00CF01E0"/>
    <w:rsid w:val="00CF39C2"/>
    <w:rsid w:val="00CF39CC"/>
    <w:rsid w:val="00D02B5B"/>
    <w:rsid w:val="00D0336F"/>
    <w:rsid w:val="00D05171"/>
    <w:rsid w:val="00D11FA8"/>
    <w:rsid w:val="00D23B68"/>
    <w:rsid w:val="00D2401C"/>
    <w:rsid w:val="00D256D0"/>
    <w:rsid w:val="00D26458"/>
    <w:rsid w:val="00D27F44"/>
    <w:rsid w:val="00D3483B"/>
    <w:rsid w:val="00D37B10"/>
    <w:rsid w:val="00D41A8D"/>
    <w:rsid w:val="00D466F2"/>
    <w:rsid w:val="00D55CA9"/>
    <w:rsid w:val="00D60A09"/>
    <w:rsid w:val="00D62B19"/>
    <w:rsid w:val="00D66AAE"/>
    <w:rsid w:val="00D771DA"/>
    <w:rsid w:val="00D82247"/>
    <w:rsid w:val="00D843E1"/>
    <w:rsid w:val="00D845E9"/>
    <w:rsid w:val="00D85267"/>
    <w:rsid w:val="00D855D1"/>
    <w:rsid w:val="00D87CC5"/>
    <w:rsid w:val="00D934B4"/>
    <w:rsid w:val="00DA099A"/>
    <w:rsid w:val="00DA35FE"/>
    <w:rsid w:val="00DA7C91"/>
    <w:rsid w:val="00DB07DE"/>
    <w:rsid w:val="00DB1AD6"/>
    <w:rsid w:val="00DB2F4B"/>
    <w:rsid w:val="00DB56B3"/>
    <w:rsid w:val="00DD0648"/>
    <w:rsid w:val="00DD092D"/>
    <w:rsid w:val="00DD1173"/>
    <w:rsid w:val="00DD4219"/>
    <w:rsid w:val="00DD5407"/>
    <w:rsid w:val="00DD66CD"/>
    <w:rsid w:val="00DE1820"/>
    <w:rsid w:val="00DE1B70"/>
    <w:rsid w:val="00DE1BC3"/>
    <w:rsid w:val="00DE2DAD"/>
    <w:rsid w:val="00DE33C4"/>
    <w:rsid w:val="00DE3BD2"/>
    <w:rsid w:val="00DE4923"/>
    <w:rsid w:val="00DF05FD"/>
    <w:rsid w:val="00DF25FF"/>
    <w:rsid w:val="00DF325F"/>
    <w:rsid w:val="00DF4979"/>
    <w:rsid w:val="00DF49C1"/>
    <w:rsid w:val="00DF648D"/>
    <w:rsid w:val="00E00AEB"/>
    <w:rsid w:val="00E00CA3"/>
    <w:rsid w:val="00E04954"/>
    <w:rsid w:val="00E06CFC"/>
    <w:rsid w:val="00E1460C"/>
    <w:rsid w:val="00E2309C"/>
    <w:rsid w:val="00E2588E"/>
    <w:rsid w:val="00E26B9F"/>
    <w:rsid w:val="00E26BD1"/>
    <w:rsid w:val="00E2768E"/>
    <w:rsid w:val="00E3029D"/>
    <w:rsid w:val="00E30CDD"/>
    <w:rsid w:val="00E322C2"/>
    <w:rsid w:val="00E3729B"/>
    <w:rsid w:val="00E4147C"/>
    <w:rsid w:val="00E41A94"/>
    <w:rsid w:val="00E42B87"/>
    <w:rsid w:val="00E43521"/>
    <w:rsid w:val="00E47A6C"/>
    <w:rsid w:val="00E520F8"/>
    <w:rsid w:val="00E52C4E"/>
    <w:rsid w:val="00E54F55"/>
    <w:rsid w:val="00E55329"/>
    <w:rsid w:val="00E64198"/>
    <w:rsid w:val="00E6529D"/>
    <w:rsid w:val="00E674E5"/>
    <w:rsid w:val="00E8214A"/>
    <w:rsid w:val="00E8701D"/>
    <w:rsid w:val="00E90092"/>
    <w:rsid w:val="00E92397"/>
    <w:rsid w:val="00E932DB"/>
    <w:rsid w:val="00E95910"/>
    <w:rsid w:val="00EA0B47"/>
    <w:rsid w:val="00EA1649"/>
    <w:rsid w:val="00EA18B2"/>
    <w:rsid w:val="00EA3024"/>
    <w:rsid w:val="00EA388F"/>
    <w:rsid w:val="00EB200C"/>
    <w:rsid w:val="00EB3C93"/>
    <w:rsid w:val="00EB41EB"/>
    <w:rsid w:val="00EB7DAE"/>
    <w:rsid w:val="00EC0D9E"/>
    <w:rsid w:val="00EC2E1F"/>
    <w:rsid w:val="00EC7295"/>
    <w:rsid w:val="00ED07F3"/>
    <w:rsid w:val="00ED0C6F"/>
    <w:rsid w:val="00ED13E4"/>
    <w:rsid w:val="00ED6AC6"/>
    <w:rsid w:val="00ED78D6"/>
    <w:rsid w:val="00ED7D8A"/>
    <w:rsid w:val="00EE4053"/>
    <w:rsid w:val="00EE43E6"/>
    <w:rsid w:val="00EE4C6B"/>
    <w:rsid w:val="00EE5D2E"/>
    <w:rsid w:val="00EE6E30"/>
    <w:rsid w:val="00EF035F"/>
    <w:rsid w:val="00EF3EC4"/>
    <w:rsid w:val="00F000C3"/>
    <w:rsid w:val="00F00356"/>
    <w:rsid w:val="00F02405"/>
    <w:rsid w:val="00F051FD"/>
    <w:rsid w:val="00F06804"/>
    <w:rsid w:val="00F10567"/>
    <w:rsid w:val="00F120E9"/>
    <w:rsid w:val="00F16601"/>
    <w:rsid w:val="00F17098"/>
    <w:rsid w:val="00F246EC"/>
    <w:rsid w:val="00F24919"/>
    <w:rsid w:val="00F24A66"/>
    <w:rsid w:val="00F257A0"/>
    <w:rsid w:val="00F37535"/>
    <w:rsid w:val="00F40233"/>
    <w:rsid w:val="00F42E16"/>
    <w:rsid w:val="00F44B1C"/>
    <w:rsid w:val="00F45A34"/>
    <w:rsid w:val="00F4731C"/>
    <w:rsid w:val="00F503CA"/>
    <w:rsid w:val="00F52CAA"/>
    <w:rsid w:val="00F62551"/>
    <w:rsid w:val="00F64ED3"/>
    <w:rsid w:val="00F66631"/>
    <w:rsid w:val="00F76872"/>
    <w:rsid w:val="00F76F67"/>
    <w:rsid w:val="00F84A7B"/>
    <w:rsid w:val="00F84F83"/>
    <w:rsid w:val="00F8693C"/>
    <w:rsid w:val="00F87E75"/>
    <w:rsid w:val="00F90969"/>
    <w:rsid w:val="00F90A93"/>
    <w:rsid w:val="00FA1955"/>
    <w:rsid w:val="00FA203B"/>
    <w:rsid w:val="00FA44FC"/>
    <w:rsid w:val="00FB07CF"/>
    <w:rsid w:val="00FB320F"/>
    <w:rsid w:val="00FB41D0"/>
    <w:rsid w:val="00FB4C1F"/>
    <w:rsid w:val="00FB69CD"/>
    <w:rsid w:val="00FB735D"/>
    <w:rsid w:val="00FB7A4A"/>
    <w:rsid w:val="00FC37A3"/>
    <w:rsid w:val="00FC693F"/>
    <w:rsid w:val="00FD07EB"/>
    <w:rsid w:val="00FD2D42"/>
    <w:rsid w:val="00FD7502"/>
    <w:rsid w:val="00FE0DBD"/>
    <w:rsid w:val="00FE5B22"/>
    <w:rsid w:val="00FF642A"/>
    <w:rsid w:val="00FF7466"/>
    <w:rsid w:val="01090F6C"/>
    <w:rsid w:val="012D56FB"/>
    <w:rsid w:val="01408959"/>
    <w:rsid w:val="01596257"/>
    <w:rsid w:val="0191FD50"/>
    <w:rsid w:val="01C5667D"/>
    <w:rsid w:val="01D8DBE8"/>
    <w:rsid w:val="01F5246D"/>
    <w:rsid w:val="01F70E43"/>
    <w:rsid w:val="02270BE5"/>
    <w:rsid w:val="022CE22A"/>
    <w:rsid w:val="0239C39C"/>
    <w:rsid w:val="023A9058"/>
    <w:rsid w:val="0273B6A9"/>
    <w:rsid w:val="0288CE92"/>
    <w:rsid w:val="029012EA"/>
    <w:rsid w:val="02AA8D00"/>
    <w:rsid w:val="02B23553"/>
    <w:rsid w:val="02BE0F49"/>
    <w:rsid w:val="02C582DE"/>
    <w:rsid w:val="02E33FEF"/>
    <w:rsid w:val="02FC95C8"/>
    <w:rsid w:val="0302A8AB"/>
    <w:rsid w:val="030831BF"/>
    <w:rsid w:val="034BC60F"/>
    <w:rsid w:val="03558375"/>
    <w:rsid w:val="0359D64B"/>
    <w:rsid w:val="036DCAFC"/>
    <w:rsid w:val="03716E38"/>
    <w:rsid w:val="039AD079"/>
    <w:rsid w:val="039F8B06"/>
    <w:rsid w:val="03E825CD"/>
    <w:rsid w:val="041E5A62"/>
    <w:rsid w:val="0430BABF"/>
    <w:rsid w:val="04349BA4"/>
    <w:rsid w:val="045A2D54"/>
    <w:rsid w:val="0462DAAD"/>
    <w:rsid w:val="046D2479"/>
    <w:rsid w:val="0473079B"/>
    <w:rsid w:val="04734E43"/>
    <w:rsid w:val="047C45C4"/>
    <w:rsid w:val="047C9E36"/>
    <w:rsid w:val="048CD742"/>
    <w:rsid w:val="04A478BF"/>
    <w:rsid w:val="04A8871B"/>
    <w:rsid w:val="04BFD49E"/>
    <w:rsid w:val="04CAD92A"/>
    <w:rsid w:val="04D8D33A"/>
    <w:rsid w:val="04D91FCF"/>
    <w:rsid w:val="04DC3873"/>
    <w:rsid w:val="04E8E2F7"/>
    <w:rsid w:val="0500F09D"/>
    <w:rsid w:val="051630C9"/>
    <w:rsid w:val="0542DAFC"/>
    <w:rsid w:val="05504D53"/>
    <w:rsid w:val="055F03C5"/>
    <w:rsid w:val="056E2541"/>
    <w:rsid w:val="0575021F"/>
    <w:rsid w:val="057E0E17"/>
    <w:rsid w:val="05961253"/>
    <w:rsid w:val="05C3D4CF"/>
    <w:rsid w:val="05FCB268"/>
    <w:rsid w:val="06326BC3"/>
    <w:rsid w:val="06344CF2"/>
    <w:rsid w:val="06363E38"/>
    <w:rsid w:val="0645B87D"/>
    <w:rsid w:val="064D2170"/>
    <w:rsid w:val="065F695B"/>
    <w:rsid w:val="0676A84B"/>
    <w:rsid w:val="067AF78A"/>
    <w:rsid w:val="069F9546"/>
    <w:rsid w:val="06BFA5F8"/>
    <w:rsid w:val="06E575E7"/>
    <w:rsid w:val="06ED0A41"/>
    <w:rsid w:val="06F3F831"/>
    <w:rsid w:val="07089234"/>
    <w:rsid w:val="070ED2E6"/>
    <w:rsid w:val="07240F28"/>
    <w:rsid w:val="072762F7"/>
    <w:rsid w:val="073FF41B"/>
    <w:rsid w:val="074297E7"/>
    <w:rsid w:val="074CC669"/>
    <w:rsid w:val="0754B794"/>
    <w:rsid w:val="077BF8CF"/>
    <w:rsid w:val="07AFBC5E"/>
    <w:rsid w:val="07DEDA0B"/>
    <w:rsid w:val="07F0A2ED"/>
    <w:rsid w:val="07F73967"/>
    <w:rsid w:val="081DCA8A"/>
    <w:rsid w:val="08433A34"/>
    <w:rsid w:val="0853D376"/>
    <w:rsid w:val="08627CED"/>
    <w:rsid w:val="08759FF3"/>
    <w:rsid w:val="0883565A"/>
    <w:rsid w:val="088483CE"/>
    <w:rsid w:val="08A0B078"/>
    <w:rsid w:val="08CB5920"/>
    <w:rsid w:val="08F17A92"/>
    <w:rsid w:val="0911AD90"/>
    <w:rsid w:val="0918339E"/>
    <w:rsid w:val="09213284"/>
    <w:rsid w:val="0927CE8C"/>
    <w:rsid w:val="0956CAAF"/>
    <w:rsid w:val="09A81730"/>
    <w:rsid w:val="09BD48C2"/>
    <w:rsid w:val="09C57DC4"/>
    <w:rsid w:val="09D547D0"/>
    <w:rsid w:val="09ED50A2"/>
    <w:rsid w:val="0A0C416B"/>
    <w:rsid w:val="0A28C530"/>
    <w:rsid w:val="0A2BB20D"/>
    <w:rsid w:val="0A387603"/>
    <w:rsid w:val="0A3E4A44"/>
    <w:rsid w:val="0A53916A"/>
    <w:rsid w:val="0A54677F"/>
    <w:rsid w:val="0A5BF372"/>
    <w:rsid w:val="0A683137"/>
    <w:rsid w:val="0A6E8122"/>
    <w:rsid w:val="0A78F175"/>
    <w:rsid w:val="0A958C67"/>
    <w:rsid w:val="0AA2BBA3"/>
    <w:rsid w:val="0AB11F8C"/>
    <w:rsid w:val="0ABDEF3F"/>
    <w:rsid w:val="0AC68DB5"/>
    <w:rsid w:val="0ADB7863"/>
    <w:rsid w:val="0AF93CBE"/>
    <w:rsid w:val="0B09DDA8"/>
    <w:rsid w:val="0B154C37"/>
    <w:rsid w:val="0B17FA1F"/>
    <w:rsid w:val="0B1C2BD9"/>
    <w:rsid w:val="0B41EA7C"/>
    <w:rsid w:val="0B52D553"/>
    <w:rsid w:val="0B8D4DAC"/>
    <w:rsid w:val="0B92504C"/>
    <w:rsid w:val="0BA47477"/>
    <w:rsid w:val="0BB77C94"/>
    <w:rsid w:val="0BBF2CC1"/>
    <w:rsid w:val="0BBF82B1"/>
    <w:rsid w:val="0BC64DD8"/>
    <w:rsid w:val="0BFE5517"/>
    <w:rsid w:val="0BFF7DE5"/>
    <w:rsid w:val="0C4CF91B"/>
    <w:rsid w:val="0C4F3C19"/>
    <w:rsid w:val="0C77F13A"/>
    <w:rsid w:val="0C7D270E"/>
    <w:rsid w:val="0C7D47F4"/>
    <w:rsid w:val="0C8B5215"/>
    <w:rsid w:val="0C8BF783"/>
    <w:rsid w:val="0C8C887D"/>
    <w:rsid w:val="0C961825"/>
    <w:rsid w:val="0CA55642"/>
    <w:rsid w:val="0CB06E3F"/>
    <w:rsid w:val="0CD1281F"/>
    <w:rsid w:val="0D1300B9"/>
    <w:rsid w:val="0D2690DA"/>
    <w:rsid w:val="0D2CCA63"/>
    <w:rsid w:val="0D3275BF"/>
    <w:rsid w:val="0D704AAC"/>
    <w:rsid w:val="0DA93F05"/>
    <w:rsid w:val="0DACC88C"/>
    <w:rsid w:val="0DC43EF5"/>
    <w:rsid w:val="0DCC0589"/>
    <w:rsid w:val="0DD0BD56"/>
    <w:rsid w:val="0DFA57B1"/>
    <w:rsid w:val="0E01FCD1"/>
    <w:rsid w:val="0E35D319"/>
    <w:rsid w:val="0E485AA5"/>
    <w:rsid w:val="0E6D6A07"/>
    <w:rsid w:val="0E74845A"/>
    <w:rsid w:val="0E7E1E40"/>
    <w:rsid w:val="0E93B691"/>
    <w:rsid w:val="0E96B478"/>
    <w:rsid w:val="0EB23215"/>
    <w:rsid w:val="0ECD274A"/>
    <w:rsid w:val="0F2C7178"/>
    <w:rsid w:val="0F599235"/>
    <w:rsid w:val="0F6755DD"/>
    <w:rsid w:val="0F75AE74"/>
    <w:rsid w:val="0F7704DC"/>
    <w:rsid w:val="0FA098FE"/>
    <w:rsid w:val="0FAEA578"/>
    <w:rsid w:val="0FB5F4B1"/>
    <w:rsid w:val="0FC7F16C"/>
    <w:rsid w:val="0FD0D287"/>
    <w:rsid w:val="0FD6C62D"/>
    <w:rsid w:val="0FDC5C1D"/>
    <w:rsid w:val="0FDC9FE6"/>
    <w:rsid w:val="0FDDF006"/>
    <w:rsid w:val="0FE54646"/>
    <w:rsid w:val="0FE84E8D"/>
    <w:rsid w:val="1000D452"/>
    <w:rsid w:val="1037C9C9"/>
    <w:rsid w:val="104C7441"/>
    <w:rsid w:val="1056C9D8"/>
    <w:rsid w:val="1083564E"/>
    <w:rsid w:val="10A690F6"/>
    <w:rsid w:val="10B146C7"/>
    <w:rsid w:val="10BBC654"/>
    <w:rsid w:val="10E05354"/>
    <w:rsid w:val="10FA17EC"/>
    <w:rsid w:val="110C9322"/>
    <w:rsid w:val="11369D47"/>
    <w:rsid w:val="116EEC98"/>
    <w:rsid w:val="11BDA2BD"/>
    <w:rsid w:val="11DA3220"/>
    <w:rsid w:val="11E86580"/>
    <w:rsid w:val="11FF861F"/>
    <w:rsid w:val="120EC014"/>
    <w:rsid w:val="1210001B"/>
    <w:rsid w:val="121CA888"/>
    <w:rsid w:val="12507EEA"/>
    <w:rsid w:val="1273DE5E"/>
    <w:rsid w:val="1282A65D"/>
    <w:rsid w:val="12965359"/>
    <w:rsid w:val="12A1FD4E"/>
    <w:rsid w:val="12A30F0C"/>
    <w:rsid w:val="12ACD1DB"/>
    <w:rsid w:val="12AE9D1D"/>
    <w:rsid w:val="12BAC7C8"/>
    <w:rsid w:val="12BE12C5"/>
    <w:rsid w:val="12CB984F"/>
    <w:rsid w:val="12F6A4BF"/>
    <w:rsid w:val="1307939F"/>
    <w:rsid w:val="130F8C73"/>
    <w:rsid w:val="130F8EE2"/>
    <w:rsid w:val="132D81F0"/>
    <w:rsid w:val="133BE520"/>
    <w:rsid w:val="1341CA49"/>
    <w:rsid w:val="134B46F0"/>
    <w:rsid w:val="135C0A58"/>
    <w:rsid w:val="13772139"/>
    <w:rsid w:val="138CFC9B"/>
    <w:rsid w:val="13BF892B"/>
    <w:rsid w:val="13F1FE2B"/>
    <w:rsid w:val="13F728E1"/>
    <w:rsid w:val="13FE6B3E"/>
    <w:rsid w:val="140E8025"/>
    <w:rsid w:val="1426DACC"/>
    <w:rsid w:val="1449264D"/>
    <w:rsid w:val="1463FEA1"/>
    <w:rsid w:val="147BB10A"/>
    <w:rsid w:val="14B28749"/>
    <w:rsid w:val="14E3C0F6"/>
    <w:rsid w:val="14F69EF3"/>
    <w:rsid w:val="15187B36"/>
    <w:rsid w:val="153B75D8"/>
    <w:rsid w:val="155E80CD"/>
    <w:rsid w:val="1564FB05"/>
    <w:rsid w:val="1566A478"/>
    <w:rsid w:val="157EAE4A"/>
    <w:rsid w:val="15B2B9BC"/>
    <w:rsid w:val="15C80B56"/>
    <w:rsid w:val="15CF2EFF"/>
    <w:rsid w:val="15D40C94"/>
    <w:rsid w:val="15D8211F"/>
    <w:rsid w:val="15DED95E"/>
    <w:rsid w:val="15EA675A"/>
    <w:rsid w:val="1602AA39"/>
    <w:rsid w:val="1607C682"/>
    <w:rsid w:val="16099D91"/>
    <w:rsid w:val="1611633D"/>
    <w:rsid w:val="161608D9"/>
    <w:rsid w:val="16173E85"/>
    <w:rsid w:val="165E7C60"/>
    <w:rsid w:val="166C3B73"/>
    <w:rsid w:val="166CC6C0"/>
    <w:rsid w:val="166E0C58"/>
    <w:rsid w:val="1671F968"/>
    <w:rsid w:val="16851DFA"/>
    <w:rsid w:val="16881F3A"/>
    <w:rsid w:val="16A8B690"/>
    <w:rsid w:val="16AA5172"/>
    <w:rsid w:val="16D23F51"/>
    <w:rsid w:val="16D34E60"/>
    <w:rsid w:val="16DBA0B0"/>
    <w:rsid w:val="1714FDE3"/>
    <w:rsid w:val="1722946E"/>
    <w:rsid w:val="172E4E4D"/>
    <w:rsid w:val="173127DD"/>
    <w:rsid w:val="173F3007"/>
    <w:rsid w:val="174C7C0C"/>
    <w:rsid w:val="17698774"/>
    <w:rsid w:val="17861178"/>
    <w:rsid w:val="179D62C1"/>
    <w:rsid w:val="17AE4A80"/>
    <w:rsid w:val="17CD8DE8"/>
    <w:rsid w:val="17E6E9CA"/>
    <w:rsid w:val="17FB37DA"/>
    <w:rsid w:val="1810BABA"/>
    <w:rsid w:val="182CC968"/>
    <w:rsid w:val="183A8354"/>
    <w:rsid w:val="183B480B"/>
    <w:rsid w:val="18436EAF"/>
    <w:rsid w:val="18485291"/>
    <w:rsid w:val="184F013E"/>
    <w:rsid w:val="1866210E"/>
    <w:rsid w:val="1868D4E8"/>
    <w:rsid w:val="18DD0D52"/>
    <w:rsid w:val="1900DC6C"/>
    <w:rsid w:val="191ADF72"/>
    <w:rsid w:val="19382D49"/>
    <w:rsid w:val="19394356"/>
    <w:rsid w:val="194D9DF8"/>
    <w:rsid w:val="1951627B"/>
    <w:rsid w:val="195859D1"/>
    <w:rsid w:val="19676BD5"/>
    <w:rsid w:val="196EEE70"/>
    <w:rsid w:val="198EFADF"/>
    <w:rsid w:val="19AE24DF"/>
    <w:rsid w:val="19B831E3"/>
    <w:rsid w:val="19CD9A5F"/>
    <w:rsid w:val="19D60DD4"/>
    <w:rsid w:val="19DB8D94"/>
    <w:rsid w:val="1A061AFF"/>
    <w:rsid w:val="1A62D296"/>
    <w:rsid w:val="1A9C1F80"/>
    <w:rsid w:val="1AA5F76F"/>
    <w:rsid w:val="1AABD305"/>
    <w:rsid w:val="1ABF9E43"/>
    <w:rsid w:val="1AC6423A"/>
    <w:rsid w:val="1AD6A411"/>
    <w:rsid w:val="1AD9A366"/>
    <w:rsid w:val="1B1022AC"/>
    <w:rsid w:val="1B31094A"/>
    <w:rsid w:val="1B4481F7"/>
    <w:rsid w:val="1B7FD715"/>
    <w:rsid w:val="1B889EA8"/>
    <w:rsid w:val="1B88EBF5"/>
    <w:rsid w:val="1B8BB0A7"/>
    <w:rsid w:val="1BA17AC6"/>
    <w:rsid w:val="1BC999A3"/>
    <w:rsid w:val="1C3B1226"/>
    <w:rsid w:val="1C3FDEC2"/>
    <w:rsid w:val="1C4F54DE"/>
    <w:rsid w:val="1C65903D"/>
    <w:rsid w:val="1C675FDE"/>
    <w:rsid w:val="1C680B97"/>
    <w:rsid w:val="1C6A8038"/>
    <w:rsid w:val="1C99308F"/>
    <w:rsid w:val="1CA5D7F4"/>
    <w:rsid w:val="1CD7F7CB"/>
    <w:rsid w:val="1CDC8813"/>
    <w:rsid w:val="1CE077F9"/>
    <w:rsid w:val="1CEDF1CD"/>
    <w:rsid w:val="1D1537B7"/>
    <w:rsid w:val="1D1DDE39"/>
    <w:rsid w:val="1D496FA5"/>
    <w:rsid w:val="1D88EC6C"/>
    <w:rsid w:val="1D97CFB7"/>
    <w:rsid w:val="1DA0EE3E"/>
    <w:rsid w:val="1DAAB9BD"/>
    <w:rsid w:val="1DC249C1"/>
    <w:rsid w:val="1DCCA206"/>
    <w:rsid w:val="1DD052C0"/>
    <w:rsid w:val="1DE8ECD3"/>
    <w:rsid w:val="1E0AE6E6"/>
    <w:rsid w:val="1E0DD92D"/>
    <w:rsid w:val="1E0E9A40"/>
    <w:rsid w:val="1E21A281"/>
    <w:rsid w:val="1E2E10AA"/>
    <w:rsid w:val="1E5020CD"/>
    <w:rsid w:val="1E6567F2"/>
    <w:rsid w:val="1E6D8C0D"/>
    <w:rsid w:val="1E852E37"/>
    <w:rsid w:val="1E8F5426"/>
    <w:rsid w:val="1EB6A6D5"/>
    <w:rsid w:val="1EBBC442"/>
    <w:rsid w:val="1EDC20C1"/>
    <w:rsid w:val="1EDD1D10"/>
    <w:rsid w:val="1EE25A8D"/>
    <w:rsid w:val="1F22888A"/>
    <w:rsid w:val="1F2DBF97"/>
    <w:rsid w:val="1F70B331"/>
    <w:rsid w:val="1F77DA04"/>
    <w:rsid w:val="1F795C43"/>
    <w:rsid w:val="1F8C954D"/>
    <w:rsid w:val="1FB5DD9F"/>
    <w:rsid w:val="1FB91A06"/>
    <w:rsid w:val="1FBD08AC"/>
    <w:rsid w:val="1FD44848"/>
    <w:rsid w:val="20027D37"/>
    <w:rsid w:val="200B6B90"/>
    <w:rsid w:val="20425C15"/>
    <w:rsid w:val="207CD485"/>
    <w:rsid w:val="208302CE"/>
    <w:rsid w:val="208425F4"/>
    <w:rsid w:val="20A7F62E"/>
    <w:rsid w:val="20C2B10E"/>
    <w:rsid w:val="211F87F0"/>
    <w:rsid w:val="213026B0"/>
    <w:rsid w:val="2142B5E8"/>
    <w:rsid w:val="214EB702"/>
    <w:rsid w:val="2167AEAD"/>
    <w:rsid w:val="216914C6"/>
    <w:rsid w:val="218EAA58"/>
    <w:rsid w:val="21B35D30"/>
    <w:rsid w:val="21BE73F2"/>
    <w:rsid w:val="21D84F1B"/>
    <w:rsid w:val="21F4FF4C"/>
    <w:rsid w:val="2209858E"/>
    <w:rsid w:val="22213766"/>
    <w:rsid w:val="222ABFFF"/>
    <w:rsid w:val="223C8BFA"/>
    <w:rsid w:val="2259E358"/>
    <w:rsid w:val="226F2351"/>
    <w:rsid w:val="2273BA6B"/>
    <w:rsid w:val="227815AD"/>
    <w:rsid w:val="227FFADB"/>
    <w:rsid w:val="22861EA8"/>
    <w:rsid w:val="229FA25D"/>
    <w:rsid w:val="22AB989B"/>
    <w:rsid w:val="22BA5361"/>
    <w:rsid w:val="22BDA054"/>
    <w:rsid w:val="22E597CE"/>
    <w:rsid w:val="22E8E7AE"/>
    <w:rsid w:val="22F481C4"/>
    <w:rsid w:val="22FA7200"/>
    <w:rsid w:val="2307E259"/>
    <w:rsid w:val="23099842"/>
    <w:rsid w:val="230FCF4D"/>
    <w:rsid w:val="232B5441"/>
    <w:rsid w:val="239CC7BF"/>
    <w:rsid w:val="23ADE722"/>
    <w:rsid w:val="23CAE516"/>
    <w:rsid w:val="23D5FAAF"/>
    <w:rsid w:val="23E573DF"/>
    <w:rsid w:val="2403DBEC"/>
    <w:rsid w:val="2413D9CB"/>
    <w:rsid w:val="241F23AE"/>
    <w:rsid w:val="242440B2"/>
    <w:rsid w:val="2425D242"/>
    <w:rsid w:val="244FA3E0"/>
    <w:rsid w:val="24508095"/>
    <w:rsid w:val="24596D9F"/>
    <w:rsid w:val="2464AC27"/>
    <w:rsid w:val="24672AA4"/>
    <w:rsid w:val="24856729"/>
    <w:rsid w:val="248788E8"/>
    <w:rsid w:val="248A9BB2"/>
    <w:rsid w:val="249B343C"/>
    <w:rsid w:val="24B1A06B"/>
    <w:rsid w:val="24BF670D"/>
    <w:rsid w:val="24C6B17E"/>
    <w:rsid w:val="24DBE286"/>
    <w:rsid w:val="250A0979"/>
    <w:rsid w:val="25686CB4"/>
    <w:rsid w:val="25957B6D"/>
    <w:rsid w:val="2595C52E"/>
    <w:rsid w:val="259D3E31"/>
    <w:rsid w:val="25A1EFAF"/>
    <w:rsid w:val="25AD2D62"/>
    <w:rsid w:val="25B400E0"/>
    <w:rsid w:val="25E4A790"/>
    <w:rsid w:val="25EA8C9F"/>
    <w:rsid w:val="25F121A9"/>
    <w:rsid w:val="25F8BB3D"/>
    <w:rsid w:val="25FB7D3F"/>
    <w:rsid w:val="26147C43"/>
    <w:rsid w:val="262F108C"/>
    <w:rsid w:val="26362EDC"/>
    <w:rsid w:val="264B9828"/>
    <w:rsid w:val="26568B04"/>
    <w:rsid w:val="265D11B5"/>
    <w:rsid w:val="265E3B3B"/>
    <w:rsid w:val="266632DD"/>
    <w:rsid w:val="26C28366"/>
    <w:rsid w:val="26EEA57F"/>
    <w:rsid w:val="26F9695A"/>
    <w:rsid w:val="271C7158"/>
    <w:rsid w:val="274C8B89"/>
    <w:rsid w:val="2757D0AF"/>
    <w:rsid w:val="275F72B0"/>
    <w:rsid w:val="2766655E"/>
    <w:rsid w:val="276C3C78"/>
    <w:rsid w:val="277605CD"/>
    <w:rsid w:val="27788D09"/>
    <w:rsid w:val="27956CC1"/>
    <w:rsid w:val="27B53A55"/>
    <w:rsid w:val="27B70FD5"/>
    <w:rsid w:val="27DD6389"/>
    <w:rsid w:val="281A776D"/>
    <w:rsid w:val="281FD155"/>
    <w:rsid w:val="28359F3D"/>
    <w:rsid w:val="284DAE9B"/>
    <w:rsid w:val="285A308D"/>
    <w:rsid w:val="286EE5C1"/>
    <w:rsid w:val="28903B47"/>
    <w:rsid w:val="28954287"/>
    <w:rsid w:val="28A58443"/>
    <w:rsid w:val="28B787D7"/>
    <w:rsid w:val="28C7ED07"/>
    <w:rsid w:val="28CBC07B"/>
    <w:rsid w:val="28D4D4D7"/>
    <w:rsid w:val="28D51D46"/>
    <w:rsid w:val="28D9CEC0"/>
    <w:rsid w:val="28FC566C"/>
    <w:rsid w:val="290DF7A0"/>
    <w:rsid w:val="290E46FA"/>
    <w:rsid w:val="29180231"/>
    <w:rsid w:val="29475858"/>
    <w:rsid w:val="295205FC"/>
    <w:rsid w:val="295662E4"/>
    <w:rsid w:val="295B3A4E"/>
    <w:rsid w:val="295D2F0C"/>
    <w:rsid w:val="296D0692"/>
    <w:rsid w:val="2983B373"/>
    <w:rsid w:val="2987256D"/>
    <w:rsid w:val="298F0CEA"/>
    <w:rsid w:val="29B23CB8"/>
    <w:rsid w:val="29DF1AEA"/>
    <w:rsid w:val="29F7733E"/>
    <w:rsid w:val="29FBB985"/>
    <w:rsid w:val="2A0EBA06"/>
    <w:rsid w:val="2A12CF71"/>
    <w:rsid w:val="2A61A5AE"/>
    <w:rsid w:val="2A7DDB59"/>
    <w:rsid w:val="2A981F34"/>
    <w:rsid w:val="2AE1AFC9"/>
    <w:rsid w:val="2AE4E648"/>
    <w:rsid w:val="2B0B5B22"/>
    <w:rsid w:val="2B2DA328"/>
    <w:rsid w:val="2B32A048"/>
    <w:rsid w:val="2B426B01"/>
    <w:rsid w:val="2B55F0C4"/>
    <w:rsid w:val="2B6FD20B"/>
    <w:rsid w:val="2B800B55"/>
    <w:rsid w:val="2B81FEE2"/>
    <w:rsid w:val="2B8D9533"/>
    <w:rsid w:val="2B92EFD2"/>
    <w:rsid w:val="2B9542F8"/>
    <w:rsid w:val="2B9F8CF9"/>
    <w:rsid w:val="2BC2C3D6"/>
    <w:rsid w:val="2BCCB378"/>
    <w:rsid w:val="2BD541E9"/>
    <w:rsid w:val="2BE52FDB"/>
    <w:rsid w:val="2BFF7824"/>
    <w:rsid w:val="2C0C8439"/>
    <w:rsid w:val="2C3F6670"/>
    <w:rsid w:val="2C41746A"/>
    <w:rsid w:val="2C440579"/>
    <w:rsid w:val="2C459187"/>
    <w:rsid w:val="2C54075C"/>
    <w:rsid w:val="2C82D52B"/>
    <w:rsid w:val="2C95C717"/>
    <w:rsid w:val="2C994AA5"/>
    <w:rsid w:val="2CA5616D"/>
    <w:rsid w:val="2CB8FAC5"/>
    <w:rsid w:val="2CD15440"/>
    <w:rsid w:val="2CEF7ADC"/>
    <w:rsid w:val="2CF29FAA"/>
    <w:rsid w:val="2CFDA1BD"/>
    <w:rsid w:val="2D11865D"/>
    <w:rsid w:val="2D1EC1D3"/>
    <w:rsid w:val="2D573440"/>
    <w:rsid w:val="2D574A84"/>
    <w:rsid w:val="2D6CCAC1"/>
    <w:rsid w:val="2D703955"/>
    <w:rsid w:val="2D810B0C"/>
    <w:rsid w:val="2D855393"/>
    <w:rsid w:val="2DA80648"/>
    <w:rsid w:val="2DC2680D"/>
    <w:rsid w:val="2DC361B8"/>
    <w:rsid w:val="2DF9798E"/>
    <w:rsid w:val="2E0DEFC0"/>
    <w:rsid w:val="2E21D8A7"/>
    <w:rsid w:val="2E255988"/>
    <w:rsid w:val="2E4B1A6E"/>
    <w:rsid w:val="2E65633B"/>
    <w:rsid w:val="2E7C3A09"/>
    <w:rsid w:val="2ECB34C8"/>
    <w:rsid w:val="2ED306CB"/>
    <w:rsid w:val="2F07FD5B"/>
    <w:rsid w:val="2F296617"/>
    <w:rsid w:val="2F392076"/>
    <w:rsid w:val="2F3C1103"/>
    <w:rsid w:val="2F54D269"/>
    <w:rsid w:val="2F5762A2"/>
    <w:rsid w:val="2F6B0600"/>
    <w:rsid w:val="2F8AFDBD"/>
    <w:rsid w:val="2F917AB9"/>
    <w:rsid w:val="2F946BEC"/>
    <w:rsid w:val="2FABCB1B"/>
    <w:rsid w:val="2FC8DD12"/>
    <w:rsid w:val="2FC9FF74"/>
    <w:rsid w:val="2FCB528D"/>
    <w:rsid w:val="2FDDBC4E"/>
    <w:rsid w:val="301B74EB"/>
    <w:rsid w:val="308BB3E0"/>
    <w:rsid w:val="308C9C58"/>
    <w:rsid w:val="30ADB97F"/>
    <w:rsid w:val="30C6E696"/>
    <w:rsid w:val="30CBA6E8"/>
    <w:rsid w:val="30D81E43"/>
    <w:rsid w:val="30DBB8AA"/>
    <w:rsid w:val="30E3F062"/>
    <w:rsid w:val="310B26DB"/>
    <w:rsid w:val="31157E8A"/>
    <w:rsid w:val="3124DFC6"/>
    <w:rsid w:val="31367729"/>
    <w:rsid w:val="313D976A"/>
    <w:rsid w:val="314B9B1A"/>
    <w:rsid w:val="3186040C"/>
    <w:rsid w:val="318B6FD7"/>
    <w:rsid w:val="31B76213"/>
    <w:rsid w:val="31E3BDCB"/>
    <w:rsid w:val="31EDBE43"/>
    <w:rsid w:val="31F679F1"/>
    <w:rsid w:val="320B61D4"/>
    <w:rsid w:val="323DBB56"/>
    <w:rsid w:val="324D04D2"/>
    <w:rsid w:val="32520365"/>
    <w:rsid w:val="32571A23"/>
    <w:rsid w:val="32744754"/>
    <w:rsid w:val="3283633A"/>
    <w:rsid w:val="32C5469B"/>
    <w:rsid w:val="32E0DEB9"/>
    <w:rsid w:val="32FC8696"/>
    <w:rsid w:val="33006BDC"/>
    <w:rsid w:val="3312B8DA"/>
    <w:rsid w:val="3327B20F"/>
    <w:rsid w:val="333AB7BD"/>
    <w:rsid w:val="333F7573"/>
    <w:rsid w:val="3340342E"/>
    <w:rsid w:val="33407FA0"/>
    <w:rsid w:val="33478A11"/>
    <w:rsid w:val="334AE3E8"/>
    <w:rsid w:val="3372850F"/>
    <w:rsid w:val="33741D67"/>
    <w:rsid w:val="339C66F9"/>
    <w:rsid w:val="339D860E"/>
    <w:rsid w:val="33A78479"/>
    <w:rsid w:val="33BD5C8B"/>
    <w:rsid w:val="33C0F870"/>
    <w:rsid w:val="33C400AD"/>
    <w:rsid w:val="33C8D622"/>
    <w:rsid w:val="33CD8A11"/>
    <w:rsid w:val="33DF6147"/>
    <w:rsid w:val="33EB6C6C"/>
    <w:rsid w:val="33FF720D"/>
    <w:rsid w:val="33FFD0ED"/>
    <w:rsid w:val="34209642"/>
    <w:rsid w:val="3422706D"/>
    <w:rsid w:val="3437C83B"/>
    <w:rsid w:val="34518CF0"/>
    <w:rsid w:val="34590FBA"/>
    <w:rsid w:val="345EDF78"/>
    <w:rsid w:val="34851D71"/>
    <w:rsid w:val="3486A24A"/>
    <w:rsid w:val="349AF6B2"/>
    <w:rsid w:val="349CD2CE"/>
    <w:rsid w:val="349D5610"/>
    <w:rsid w:val="34B5147B"/>
    <w:rsid w:val="34C8A2A7"/>
    <w:rsid w:val="34D6E1B2"/>
    <w:rsid w:val="34E4734E"/>
    <w:rsid w:val="34E48BB9"/>
    <w:rsid w:val="351FB6D3"/>
    <w:rsid w:val="3536B308"/>
    <w:rsid w:val="357D7538"/>
    <w:rsid w:val="357F17B5"/>
    <w:rsid w:val="35971D81"/>
    <w:rsid w:val="35C1712C"/>
    <w:rsid w:val="35C1B16F"/>
    <w:rsid w:val="35C23233"/>
    <w:rsid w:val="35D8BA29"/>
    <w:rsid w:val="35DF210C"/>
    <w:rsid w:val="35ED4F42"/>
    <w:rsid w:val="35F2D8AE"/>
    <w:rsid w:val="362183CE"/>
    <w:rsid w:val="36409A8B"/>
    <w:rsid w:val="3640EAE3"/>
    <w:rsid w:val="364566B8"/>
    <w:rsid w:val="365F183F"/>
    <w:rsid w:val="36718B31"/>
    <w:rsid w:val="367F58D1"/>
    <w:rsid w:val="36959979"/>
    <w:rsid w:val="36E74F46"/>
    <w:rsid w:val="36EEBF1D"/>
    <w:rsid w:val="36F0CACA"/>
    <w:rsid w:val="370D458D"/>
    <w:rsid w:val="371590B1"/>
    <w:rsid w:val="37180399"/>
    <w:rsid w:val="377D43D4"/>
    <w:rsid w:val="38090F9D"/>
    <w:rsid w:val="380A25CE"/>
    <w:rsid w:val="3815FB1F"/>
    <w:rsid w:val="382AA7AB"/>
    <w:rsid w:val="3836CC6C"/>
    <w:rsid w:val="383D3364"/>
    <w:rsid w:val="384EFD05"/>
    <w:rsid w:val="386031FF"/>
    <w:rsid w:val="38668207"/>
    <w:rsid w:val="3871874F"/>
    <w:rsid w:val="38A3A11B"/>
    <w:rsid w:val="38B87D8F"/>
    <w:rsid w:val="38CEC6AA"/>
    <w:rsid w:val="38FDDFCC"/>
    <w:rsid w:val="3903A552"/>
    <w:rsid w:val="3905DD92"/>
    <w:rsid w:val="3910B8CC"/>
    <w:rsid w:val="39188591"/>
    <w:rsid w:val="393F187C"/>
    <w:rsid w:val="394C2C61"/>
    <w:rsid w:val="395CD59F"/>
    <w:rsid w:val="39724BC5"/>
    <w:rsid w:val="397FA9E7"/>
    <w:rsid w:val="399B98D2"/>
    <w:rsid w:val="39B1500D"/>
    <w:rsid w:val="39B3A488"/>
    <w:rsid w:val="39BE4D05"/>
    <w:rsid w:val="39C9F28B"/>
    <w:rsid w:val="3A04B711"/>
    <w:rsid w:val="3A08C03B"/>
    <w:rsid w:val="3A0D2068"/>
    <w:rsid w:val="3A1182A2"/>
    <w:rsid w:val="3A16E33F"/>
    <w:rsid w:val="3A2FFBD5"/>
    <w:rsid w:val="3A777DE6"/>
    <w:rsid w:val="3A8F90E5"/>
    <w:rsid w:val="3AA3C46A"/>
    <w:rsid w:val="3AAFA846"/>
    <w:rsid w:val="3AB9E07D"/>
    <w:rsid w:val="3B17DE7D"/>
    <w:rsid w:val="3B184257"/>
    <w:rsid w:val="3B4E6F4A"/>
    <w:rsid w:val="3B8EC64E"/>
    <w:rsid w:val="3B90DE00"/>
    <w:rsid w:val="3BB78F68"/>
    <w:rsid w:val="3BB799B7"/>
    <w:rsid w:val="3BCD3869"/>
    <w:rsid w:val="3BDC94A1"/>
    <w:rsid w:val="3BE3D0C2"/>
    <w:rsid w:val="3BEC057A"/>
    <w:rsid w:val="3BFE7710"/>
    <w:rsid w:val="3C19DF64"/>
    <w:rsid w:val="3C2C0007"/>
    <w:rsid w:val="3C49EDFC"/>
    <w:rsid w:val="3C549F24"/>
    <w:rsid w:val="3C576805"/>
    <w:rsid w:val="3C6ED789"/>
    <w:rsid w:val="3CB66E1F"/>
    <w:rsid w:val="3CBF7ECC"/>
    <w:rsid w:val="3CDD7E71"/>
    <w:rsid w:val="3CF0A544"/>
    <w:rsid w:val="3D036652"/>
    <w:rsid w:val="3D19BDFA"/>
    <w:rsid w:val="3D5474EE"/>
    <w:rsid w:val="3D708E46"/>
    <w:rsid w:val="3D77E51E"/>
    <w:rsid w:val="3D8872F5"/>
    <w:rsid w:val="3D8B6054"/>
    <w:rsid w:val="3D8E724F"/>
    <w:rsid w:val="3DB5C29E"/>
    <w:rsid w:val="3DD2EB37"/>
    <w:rsid w:val="3DD3011E"/>
    <w:rsid w:val="3DDE60BF"/>
    <w:rsid w:val="3DE94E5F"/>
    <w:rsid w:val="3DEA707B"/>
    <w:rsid w:val="3E0FA865"/>
    <w:rsid w:val="3E1D4406"/>
    <w:rsid w:val="3E23E66C"/>
    <w:rsid w:val="3E417903"/>
    <w:rsid w:val="3E44B668"/>
    <w:rsid w:val="3E512D6C"/>
    <w:rsid w:val="3E637617"/>
    <w:rsid w:val="3E737D25"/>
    <w:rsid w:val="3E8C4EC6"/>
    <w:rsid w:val="3E9B8013"/>
    <w:rsid w:val="3EB84330"/>
    <w:rsid w:val="3EBFC04B"/>
    <w:rsid w:val="3EC94ED9"/>
    <w:rsid w:val="3EE5398A"/>
    <w:rsid w:val="3EF43750"/>
    <w:rsid w:val="3EFED5FB"/>
    <w:rsid w:val="3F061210"/>
    <w:rsid w:val="3F0F6EF3"/>
    <w:rsid w:val="3F21E7D8"/>
    <w:rsid w:val="3F5BACD1"/>
    <w:rsid w:val="3F67BA12"/>
    <w:rsid w:val="3F75C91B"/>
    <w:rsid w:val="3F79F8B9"/>
    <w:rsid w:val="3F7EF97E"/>
    <w:rsid w:val="3F9400A7"/>
    <w:rsid w:val="3FA3B3DA"/>
    <w:rsid w:val="3FBD34E3"/>
    <w:rsid w:val="3FC1F48D"/>
    <w:rsid w:val="3FC5470B"/>
    <w:rsid w:val="3FDB2FB1"/>
    <w:rsid w:val="4004A292"/>
    <w:rsid w:val="400A3B42"/>
    <w:rsid w:val="4017A66C"/>
    <w:rsid w:val="401D4907"/>
    <w:rsid w:val="4041254F"/>
    <w:rsid w:val="404678FF"/>
    <w:rsid w:val="4047AFFB"/>
    <w:rsid w:val="4065C4C9"/>
    <w:rsid w:val="40AF529C"/>
    <w:rsid w:val="40AF5B6C"/>
    <w:rsid w:val="40B055FC"/>
    <w:rsid w:val="40DC850F"/>
    <w:rsid w:val="40E8C3EC"/>
    <w:rsid w:val="4111A4EF"/>
    <w:rsid w:val="411B3905"/>
    <w:rsid w:val="411BE889"/>
    <w:rsid w:val="411D2A98"/>
    <w:rsid w:val="412DE5ED"/>
    <w:rsid w:val="413F6B15"/>
    <w:rsid w:val="414AF5D9"/>
    <w:rsid w:val="415F146D"/>
    <w:rsid w:val="41605101"/>
    <w:rsid w:val="416603DA"/>
    <w:rsid w:val="41697E82"/>
    <w:rsid w:val="4170A31B"/>
    <w:rsid w:val="4176394A"/>
    <w:rsid w:val="41A22937"/>
    <w:rsid w:val="41A88685"/>
    <w:rsid w:val="41BAE24B"/>
    <w:rsid w:val="41BECECF"/>
    <w:rsid w:val="41F13B7B"/>
    <w:rsid w:val="41F6B3B6"/>
    <w:rsid w:val="42053221"/>
    <w:rsid w:val="421D8EEC"/>
    <w:rsid w:val="42242669"/>
    <w:rsid w:val="4262B07E"/>
    <w:rsid w:val="426CE7E0"/>
    <w:rsid w:val="427C9130"/>
    <w:rsid w:val="427F870D"/>
    <w:rsid w:val="4294B011"/>
    <w:rsid w:val="42AA2770"/>
    <w:rsid w:val="42D1D891"/>
    <w:rsid w:val="430BB9B2"/>
    <w:rsid w:val="433510DB"/>
    <w:rsid w:val="43386E39"/>
    <w:rsid w:val="4346709B"/>
    <w:rsid w:val="43864115"/>
    <w:rsid w:val="43A82998"/>
    <w:rsid w:val="43C9ADC4"/>
    <w:rsid w:val="43CD332F"/>
    <w:rsid w:val="43E09301"/>
    <w:rsid w:val="43E3A58D"/>
    <w:rsid w:val="43EFD90B"/>
    <w:rsid w:val="43F005F2"/>
    <w:rsid w:val="43FFA6F1"/>
    <w:rsid w:val="440FCECA"/>
    <w:rsid w:val="44134648"/>
    <w:rsid w:val="4421EF03"/>
    <w:rsid w:val="443DC9CA"/>
    <w:rsid w:val="444B1B13"/>
    <w:rsid w:val="446ED3F7"/>
    <w:rsid w:val="44B34035"/>
    <w:rsid w:val="44E0CD2C"/>
    <w:rsid w:val="44E9000E"/>
    <w:rsid w:val="44FA57B4"/>
    <w:rsid w:val="450DC91B"/>
    <w:rsid w:val="4531CE24"/>
    <w:rsid w:val="45530627"/>
    <w:rsid w:val="4559EB2C"/>
    <w:rsid w:val="4564C7B4"/>
    <w:rsid w:val="459C04BA"/>
    <w:rsid w:val="45A94AA0"/>
    <w:rsid w:val="45DB1C66"/>
    <w:rsid w:val="45E9EFEC"/>
    <w:rsid w:val="45FD2DFD"/>
    <w:rsid w:val="46251E7C"/>
    <w:rsid w:val="4634E93A"/>
    <w:rsid w:val="46602CE2"/>
    <w:rsid w:val="4667A949"/>
    <w:rsid w:val="4687ECB7"/>
    <w:rsid w:val="468866BB"/>
    <w:rsid w:val="468CB4C0"/>
    <w:rsid w:val="469B1DBA"/>
    <w:rsid w:val="46C64D4C"/>
    <w:rsid w:val="46DE66C9"/>
    <w:rsid w:val="46EC1B24"/>
    <w:rsid w:val="46F91DE5"/>
    <w:rsid w:val="470C41D4"/>
    <w:rsid w:val="47167D8D"/>
    <w:rsid w:val="472226BE"/>
    <w:rsid w:val="4723A6D6"/>
    <w:rsid w:val="47385F49"/>
    <w:rsid w:val="47412588"/>
    <w:rsid w:val="474BCE8C"/>
    <w:rsid w:val="476CE4BB"/>
    <w:rsid w:val="476D417B"/>
    <w:rsid w:val="4782F761"/>
    <w:rsid w:val="47AFC60B"/>
    <w:rsid w:val="480AB504"/>
    <w:rsid w:val="48118B46"/>
    <w:rsid w:val="4812731B"/>
    <w:rsid w:val="482CD51B"/>
    <w:rsid w:val="48327431"/>
    <w:rsid w:val="48344216"/>
    <w:rsid w:val="4864C184"/>
    <w:rsid w:val="487D6F22"/>
    <w:rsid w:val="48B62A71"/>
    <w:rsid w:val="48C05BEA"/>
    <w:rsid w:val="48F75DCC"/>
    <w:rsid w:val="490A35E1"/>
    <w:rsid w:val="490BA499"/>
    <w:rsid w:val="4921273B"/>
    <w:rsid w:val="493057CF"/>
    <w:rsid w:val="493AC2D3"/>
    <w:rsid w:val="495CD1A5"/>
    <w:rsid w:val="498095E8"/>
    <w:rsid w:val="49B06F2A"/>
    <w:rsid w:val="49B4FBD6"/>
    <w:rsid w:val="49C5B7CE"/>
    <w:rsid w:val="49C967A7"/>
    <w:rsid w:val="49DB0AED"/>
    <w:rsid w:val="4A0CBC10"/>
    <w:rsid w:val="4A11B3B3"/>
    <w:rsid w:val="4A1E04D0"/>
    <w:rsid w:val="4A442DE7"/>
    <w:rsid w:val="4A5EA86E"/>
    <w:rsid w:val="4A738B0E"/>
    <w:rsid w:val="4A767913"/>
    <w:rsid w:val="4A76F7D9"/>
    <w:rsid w:val="4AD49B4F"/>
    <w:rsid w:val="4ADDFD89"/>
    <w:rsid w:val="4AE10AE4"/>
    <w:rsid w:val="4B105328"/>
    <w:rsid w:val="4B1BCB3E"/>
    <w:rsid w:val="4B1FD18D"/>
    <w:rsid w:val="4B210FB2"/>
    <w:rsid w:val="4B2615B2"/>
    <w:rsid w:val="4B2EBACA"/>
    <w:rsid w:val="4B3C08CC"/>
    <w:rsid w:val="4B67A308"/>
    <w:rsid w:val="4B6903BA"/>
    <w:rsid w:val="4B6CD162"/>
    <w:rsid w:val="4B8CFA4B"/>
    <w:rsid w:val="4B927663"/>
    <w:rsid w:val="4BAE8E32"/>
    <w:rsid w:val="4BAEA3FE"/>
    <w:rsid w:val="4BB087EA"/>
    <w:rsid w:val="4BCEC95B"/>
    <w:rsid w:val="4C042EBF"/>
    <w:rsid w:val="4C0CFD59"/>
    <w:rsid w:val="4C30BC14"/>
    <w:rsid w:val="4C36000C"/>
    <w:rsid w:val="4C7C5E39"/>
    <w:rsid w:val="4C84EB62"/>
    <w:rsid w:val="4C96000F"/>
    <w:rsid w:val="4CA67AE6"/>
    <w:rsid w:val="4CBDA632"/>
    <w:rsid w:val="4CCD6F7D"/>
    <w:rsid w:val="4CD82FC7"/>
    <w:rsid w:val="4CE0F85A"/>
    <w:rsid w:val="4CED9BB4"/>
    <w:rsid w:val="4CEEC2BC"/>
    <w:rsid w:val="4CF5FD1D"/>
    <w:rsid w:val="4D60777B"/>
    <w:rsid w:val="4D658E99"/>
    <w:rsid w:val="4D8C31C4"/>
    <w:rsid w:val="4D9E0104"/>
    <w:rsid w:val="4DAE8D1A"/>
    <w:rsid w:val="4DC1A5CD"/>
    <w:rsid w:val="4DD31726"/>
    <w:rsid w:val="4DD88ABB"/>
    <w:rsid w:val="4DE1082C"/>
    <w:rsid w:val="4DEE1F47"/>
    <w:rsid w:val="4DF20DCC"/>
    <w:rsid w:val="4DF53782"/>
    <w:rsid w:val="4E01979F"/>
    <w:rsid w:val="4E057A39"/>
    <w:rsid w:val="4E06D2F0"/>
    <w:rsid w:val="4E274707"/>
    <w:rsid w:val="4E33C58E"/>
    <w:rsid w:val="4E41699E"/>
    <w:rsid w:val="4E5DDD23"/>
    <w:rsid w:val="4E61F2D0"/>
    <w:rsid w:val="4E735288"/>
    <w:rsid w:val="4E7E8D85"/>
    <w:rsid w:val="4E7F09A2"/>
    <w:rsid w:val="4EB7C24E"/>
    <w:rsid w:val="4EBA62C1"/>
    <w:rsid w:val="4EC2D370"/>
    <w:rsid w:val="4EC2D778"/>
    <w:rsid w:val="4EDB8F57"/>
    <w:rsid w:val="4EE59DC0"/>
    <w:rsid w:val="4EF7471B"/>
    <w:rsid w:val="4F3307A0"/>
    <w:rsid w:val="4F447D4E"/>
    <w:rsid w:val="4F48B968"/>
    <w:rsid w:val="4F557571"/>
    <w:rsid w:val="4F6708DB"/>
    <w:rsid w:val="4F8BF6BC"/>
    <w:rsid w:val="4FA172D0"/>
    <w:rsid w:val="4FC725DB"/>
    <w:rsid w:val="4FD301B6"/>
    <w:rsid w:val="4FECEB9F"/>
    <w:rsid w:val="5003A906"/>
    <w:rsid w:val="50148FE4"/>
    <w:rsid w:val="501B46CF"/>
    <w:rsid w:val="5043FD04"/>
    <w:rsid w:val="504F2A41"/>
    <w:rsid w:val="50516890"/>
    <w:rsid w:val="5080039E"/>
    <w:rsid w:val="50A26BBD"/>
    <w:rsid w:val="50A2FA5C"/>
    <w:rsid w:val="50BB994F"/>
    <w:rsid w:val="50D94FA7"/>
    <w:rsid w:val="50DC6939"/>
    <w:rsid w:val="515B80A1"/>
    <w:rsid w:val="5162C898"/>
    <w:rsid w:val="51867F3E"/>
    <w:rsid w:val="51873161"/>
    <w:rsid w:val="51F45858"/>
    <w:rsid w:val="5205D551"/>
    <w:rsid w:val="521C49E7"/>
    <w:rsid w:val="521F2259"/>
    <w:rsid w:val="522CC53C"/>
    <w:rsid w:val="52528709"/>
    <w:rsid w:val="52C0E0DD"/>
    <w:rsid w:val="52E289EF"/>
    <w:rsid w:val="52FBBE74"/>
    <w:rsid w:val="53033D21"/>
    <w:rsid w:val="531D2A70"/>
    <w:rsid w:val="5345D2E0"/>
    <w:rsid w:val="536B40E0"/>
    <w:rsid w:val="53773B91"/>
    <w:rsid w:val="537A8524"/>
    <w:rsid w:val="537F5544"/>
    <w:rsid w:val="5396F4DE"/>
    <w:rsid w:val="53AEEFAD"/>
    <w:rsid w:val="53CB074A"/>
    <w:rsid w:val="53F4D5A2"/>
    <w:rsid w:val="53F620CD"/>
    <w:rsid w:val="53FBDEB6"/>
    <w:rsid w:val="5425E4F7"/>
    <w:rsid w:val="54336A45"/>
    <w:rsid w:val="5468E60A"/>
    <w:rsid w:val="5487E84F"/>
    <w:rsid w:val="549C62A5"/>
    <w:rsid w:val="54A3E798"/>
    <w:rsid w:val="54A7CDAA"/>
    <w:rsid w:val="54B0C455"/>
    <w:rsid w:val="54CC6E9C"/>
    <w:rsid w:val="54CE69A9"/>
    <w:rsid w:val="54F1B66F"/>
    <w:rsid w:val="55112D86"/>
    <w:rsid w:val="552F6ED9"/>
    <w:rsid w:val="5565E922"/>
    <w:rsid w:val="55AA80CF"/>
    <w:rsid w:val="55C2E659"/>
    <w:rsid w:val="55CF6960"/>
    <w:rsid w:val="55DD8375"/>
    <w:rsid w:val="55F0F66C"/>
    <w:rsid w:val="560B2CE4"/>
    <w:rsid w:val="56195FB0"/>
    <w:rsid w:val="5626C439"/>
    <w:rsid w:val="5639176B"/>
    <w:rsid w:val="563A389A"/>
    <w:rsid w:val="565B1107"/>
    <w:rsid w:val="567B3EBD"/>
    <w:rsid w:val="56B1889D"/>
    <w:rsid w:val="56CAE0DF"/>
    <w:rsid w:val="56CF5C9A"/>
    <w:rsid w:val="56DA4747"/>
    <w:rsid w:val="56EEF87E"/>
    <w:rsid w:val="56F35953"/>
    <w:rsid w:val="57007202"/>
    <w:rsid w:val="570597CF"/>
    <w:rsid w:val="571F27FA"/>
    <w:rsid w:val="572BA3B0"/>
    <w:rsid w:val="5732E473"/>
    <w:rsid w:val="57531E2C"/>
    <w:rsid w:val="5763E4A1"/>
    <w:rsid w:val="57676A1C"/>
    <w:rsid w:val="578039C4"/>
    <w:rsid w:val="5782A35C"/>
    <w:rsid w:val="578CB228"/>
    <w:rsid w:val="579A014F"/>
    <w:rsid w:val="579B9C38"/>
    <w:rsid w:val="57B07378"/>
    <w:rsid w:val="57BE5F01"/>
    <w:rsid w:val="57C08E6C"/>
    <w:rsid w:val="580E4725"/>
    <w:rsid w:val="5863B435"/>
    <w:rsid w:val="5871A380"/>
    <w:rsid w:val="58960FAD"/>
    <w:rsid w:val="589759CE"/>
    <w:rsid w:val="58AF671A"/>
    <w:rsid w:val="58B6E84A"/>
    <w:rsid w:val="58BD3A5E"/>
    <w:rsid w:val="58CBE591"/>
    <w:rsid w:val="58CDC79C"/>
    <w:rsid w:val="58F7E505"/>
    <w:rsid w:val="59013FB0"/>
    <w:rsid w:val="590AE2E1"/>
    <w:rsid w:val="590FB982"/>
    <w:rsid w:val="5917FBA1"/>
    <w:rsid w:val="5918F2EE"/>
    <w:rsid w:val="5929DEC4"/>
    <w:rsid w:val="592BCBCB"/>
    <w:rsid w:val="594BBBB3"/>
    <w:rsid w:val="59538B20"/>
    <w:rsid w:val="59736037"/>
    <w:rsid w:val="597DA836"/>
    <w:rsid w:val="599147FF"/>
    <w:rsid w:val="59D4BDB7"/>
    <w:rsid w:val="59DD5CBD"/>
    <w:rsid w:val="59E2DAB0"/>
    <w:rsid w:val="59EE6436"/>
    <w:rsid w:val="5A05784E"/>
    <w:rsid w:val="5A146CD3"/>
    <w:rsid w:val="5A45F9AC"/>
    <w:rsid w:val="5A481B4A"/>
    <w:rsid w:val="5A48A686"/>
    <w:rsid w:val="5A71197F"/>
    <w:rsid w:val="5A88E308"/>
    <w:rsid w:val="5A95132F"/>
    <w:rsid w:val="5A951CF5"/>
    <w:rsid w:val="5AA08D06"/>
    <w:rsid w:val="5AC1ECB0"/>
    <w:rsid w:val="5AE32C8B"/>
    <w:rsid w:val="5AFA361D"/>
    <w:rsid w:val="5B001B36"/>
    <w:rsid w:val="5B07E744"/>
    <w:rsid w:val="5B299408"/>
    <w:rsid w:val="5B626D6D"/>
    <w:rsid w:val="5B83AF80"/>
    <w:rsid w:val="5B8912EE"/>
    <w:rsid w:val="5B8D3C9F"/>
    <w:rsid w:val="5BAAB86F"/>
    <w:rsid w:val="5BB52DC4"/>
    <w:rsid w:val="5BD0C4AE"/>
    <w:rsid w:val="5BD534A5"/>
    <w:rsid w:val="5BD6D77C"/>
    <w:rsid w:val="5BE80EB8"/>
    <w:rsid w:val="5BF2C720"/>
    <w:rsid w:val="5BFF1A90"/>
    <w:rsid w:val="5C0DFD37"/>
    <w:rsid w:val="5C1714EB"/>
    <w:rsid w:val="5C4579AA"/>
    <w:rsid w:val="5C724FE9"/>
    <w:rsid w:val="5C7D4703"/>
    <w:rsid w:val="5CBB98D8"/>
    <w:rsid w:val="5CBD3D1D"/>
    <w:rsid w:val="5CC3F68E"/>
    <w:rsid w:val="5CC64173"/>
    <w:rsid w:val="5CCB95F7"/>
    <w:rsid w:val="5CDE219A"/>
    <w:rsid w:val="5CDF5C84"/>
    <w:rsid w:val="5D07CA8D"/>
    <w:rsid w:val="5D1FDDAC"/>
    <w:rsid w:val="5D6D21DA"/>
    <w:rsid w:val="5D70136A"/>
    <w:rsid w:val="5D78814E"/>
    <w:rsid w:val="5D8CDD48"/>
    <w:rsid w:val="5D9847C6"/>
    <w:rsid w:val="5D9F95B0"/>
    <w:rsid w:val="5DA9665A"/>
    <w:rsid w:val="5DB47462"/>
    <w:rsid w:val="5DC06C77"/>
    <w:rsid w:val="5DC37191"/>
    <w:rsid w:val="5DC625D0"/>
    <w:rsid w:val="5DCDCE0B"/>
    <w:rsid w:val="5DD7B013"/>
    <w:rsid w:val="5DEFBD78"/>
    <w:rsid w:val="5DF5E439"/>
    <w:rsid w:val="5E172866"/>
    <w:rsid w:val="5EA30CCC"/>
    <w:rsid w:val="5EB76004"/>
    <w:rsid w:val="5EC469D7"/>
    <w:rsid w:val="5EC55433"/>
    <w:rsid w:val="5EDBAA42"/>
    <w:rsid w:val="5EE43B41"/>
    <w:rsid w:val="5EFD408C"/>
    <w:rsid w:val="5F1BB4E2"/>
    <w:rsid w:val="5F268F79"/>
    <w:rsid w:val="5F381EA3"/>
    <w:rsid w:val="5F8F79A1"/>
    <w:rsid w:val="5F93A488"/>
    <w:rsid w:val="5FA85340"/>
    <w:rsid w:val="5FB5DABA"/>
    <w:rsid w:val="5FC9C2CC"/>
    <w:rsid w:val="60903A51"/>
    <w:rsid w:val="60AD1BF8"/>
    <w:rsid w:val="61065204"/>
    <w:rsid w:val="6108E2A2"/>
    <w:rsid w:val="6109DD7F"/>
    <w:rsid w:val="610CF75A"/>
    <w:rsid w:val="611022D2"/>
    <w:rsid w:val="61198057"/>
    <w:rsid w:val="6126E97A"/>
    <w:rsid w:val="61366CF2"/>
    <w:rsid w:val="613A69D5"/>
    <w:rsid w:val="613E7485"/>
    <w:rsid w:val="6158CCF5"/>
    <w:rsid w:val="615DC2C9"/>
    <w:rsid w:val="6175A124"/>
    <w:rsid w:val="6195584B"/>
    <w:rsid w:val="619A4622"/>
    <w:rsid w:val="61A3F321"/>
    <w:rsid w:val="61A5F3F5"/>
    <w:rsid w:val="61AB4D6D"/>
    <w:rsid w:val="61C84FA5"/>
    <w:rsid w:val="61D08C35"/>
    <w:rsid w:val="61D5F3F8"/>
    <w:rsid w:val="61E6626C"/>
    <w:rsid w:val="61F05EA5"/>
    <w:rsid w:val="61F75CB4"/>
    <w:rsid w:val="62030DAF"/>
    <w:rsid w:val="620E1320"/>
    <w:rsid w:val="62182F2D"/>
    <w:rsid w:val="6220BC63"/>
    <w:rsid w:val="6225EBDE"/>
    <w:rsid w:val="627EA75B"/>
    <w:rsid w:val="62819A25"/>
    <w:rsid w:val="62CA5149"/>
    <w:rsid w:val="62E204C1"/>
    <w:rsid w:val="63123707"/>
    <w:rsid w:val="6319FF99"/>
    <w:rsid w:val="63264191"/>
    <w:rsid w:val="632C2BB2"/>
    <w:rsid w:val="6346FDF7"/>
    <w:rsid w:val="635802DE"/>
    <w:rsid w:val="635A513F"/>
    <w:rsid w:val="6382AEED"/>
    <w:rsid w:val="63E9BE24"/>
    <w:rsid w:val="63F8777F"/>
    <w:rsid w:val="63FAF45B"/>
    <w:rsid w:val="63FFCEB6"/>
    <w:rsid w:val="6414E198"/>
    <w:rsid w:val="6433C368"/>
    <w:rsid w:val="64399897"/>
    <w:rsid w:val="643FD382"/>
    <w:rsid w:val="64401E77"/>
    <w:rsid w:val="6460E543"/>
    <w:rsid w:val="64709D86"/>
    <w:rsid w:val="647C32FF"/>
    <w:rsid w:val="649082CC"/>
    <w:rsid w:val="64BAAFEC"/>
    <w:rsid w:val="64FF2FF7"/>
    <w:rsid w:val="650562F8"/>
    <w:rsid w:val="6507A13A"/>
    <w:rsid w:val="65200957"/>
    <w:rsid w:val="65663F7A"/>
    <w:rsid w:val="656D8F34"/>
    <w:rsid w:val="657E9720"/>
    <w:rsid w:val="6582E2F7"/>
    <w:rsid w:val="658BA4D6"/>
    <w:rsid w:val="65A57EAA"/>
    <w:rsid w:val="65D8BD7A"/>
    <w:rsid w:val="65DF0E01"/>
    <w:rsid w:val="65F856DF"/>
    <w:rsid w:val="65FB3786"/>
    <w:rsid w:val="660D083E"/>
    <w:rsid w:val="660E144C"/>
    <w:rsid w:val="661FD621"/>
    <w:rsid w:val="662A79D1"/>
    <w:rsid w:val="6630ED3B"/>
    <w:rsid w:val="663640CF"/>
    <w:rsid w:val="663A01F4"/>
    <w:rsid w:val="663B4ECE"/>
    <w:rsid w:val="66513813"/>
    <w:rsid w:val="665B06E4"/>
    <w:rsid w:val="665B26A4"/>
    <w:rsid w:val="66621068"/>
    <w:rsid w:val="6671C1BE"/>
    <w:rsid w:val="668F7775"/>
    <w:rsid w:val="66965417"/>
    <w:rsid w:val="669BD1C1"/>
    <w:rsid w:val="66DA4133"/>
    <w:rsid w:val="67023FAB"/>
    <w:rsid w:val="670E1E74"/>
    <w:rsid w:val="6712D0E5"/>
    <w:rsid w:val="675D876B"/>
    <w:rsid w:val="676C0ACA"/>
    <w:rsid w:val="677ED165"/>
    <w:rsid w:val="677FE0A9"/>
    <w:rsid w:val="6784BE64"/>
    <w:rsid w:val="678625AC"/>
    <w:rsid w:val="6786F3CF"/>
    <w:rsid w:val="6792BA2C"/>
    <w:rsid w:val="679FDD81"/>
    <w:rsid w:val="67B6AFD6"/>
    <w:rsid w:val="67D6702D"/>
    <w:rsid w:val="680D460A"/>
    <w:rsid w:val="681CDEA4"/>
    <w:rsid w:val="681DF8CD"/>
    <w:rsid w:val="6820BB08"/>
    <w:rsid w:val="68246413"/>
    <w:rsid w:val="6825D034"/>
    <w:rsid w:val="682FECCA"/>
    <w:rsid w:val="683E585F"/>
    <w:rsid w:val="6841BA48"/>
    <w:rsid w:val="6847E172"/>
    <w:rsid w:val="6858966E"/>
    <w:rsid w:val="6864CA3E"/>
    <w:rsid w:val="686A89E7"/>
    <w:rsid w:val="6885FCAF"/>
    <w:rsid w:val="68A62EA8"/>
    <w:rsid w:val="68AA174E"/>
    <w:rsid w:val="68BD3A94"/>
    <w:rsid w:val="68D1113E"/>
    <w:rsid w:val="6915F118"/>
    <w:rsid w:val="6931B83F"/>
    <w:rsid w:val="695BC9A6"/>
    <w:rsid w:val="695FA307"/>
    <w:rsid w:val="6963E119"/>
    <w:rsid w:val="696D0705"/>
    <w:rsid w:val="6971729E"/>
    <w:rsid w:val="697357E1"/>
    <w:rsid w:val="6975E123"/>
    <w:rsid w:val="69772DCB"/>
    <w:rsid w:val="6983F6D0"/>
    <w:rsid w:val="69863D1C"/>
    <w:rsid w:val="6990D688"/>
    <w:rsid w:val="699B66B6"/>
    <w:rsid w:val="699B7EBA"/>
    <w:rsid w:val="699C9B97"/>
    <w:rsid w:val="69A47369"/>
    <w:rsid w:val="69A71295"/>
    <w:rsid w:val="69BDBC93"/>
    <w:rsid w:val="69D6AB26"/>
    <w:rsid w:val="69DDE08A"/>
    <w:rsid w:val="69EFEAED"/>
    <w:rsid w:val="6A19ABCC"/>
    <w:rsid w:val="6A378B6C"/>
    <w:rsid w:val="6A46CB90"/>
    <w:rsid w:val="6A69E0FE"/>
    <w:rsid w:val="6A6A4559"/>
    <w:rsid w:val="6A934A8D"/>
    <w:rsid w:val="6A9635A8"/>
    <w:rsid w:val="6AAEA139"/>
    <w:rsid w:val="6AC049AC"/>
    <w:rsid w:val="6AD19379"/>
    <w:rsid w:val="6ADABC37"/>
    <w:rsid w:val="6AED9824"/>
    <w:rsid w:val="6AFAC138"/>
    <w:rsid w:val="6B24F1BF"/>
    <w:rsid w:val="6B35FB5B"/>
    <w:rsid w:val="6B390C40"/>
    <w:rsid w:val="6B405FEB"/>
    <w:rsid w:val="6B689E36"/>
    <w:rsid w:val="6B8DE9AD"/>
    <w:rsid w:val="6BCB0D0A"/>
    <w:rsid w:val="6BCE3903"/>
    <w:rsid w:val="6BD38727"/>
    <w:rsid w:val="6BD84BB3"/>
    <w:rsid w:val="6BECC34A"/>
    <w:rsid w:val="6BFA9348"/>
    <w:rsid w:val="6BFE05B2"/>
    <w:rsid w:val="6C07D0CC"/>
    <w:rsid w:val="6C101115"/>
    <w:rsid w:val="6C2C8822"/>
    <w:rsid w:val="6C3A1EEF"/>
    <w:rsid w:val="6C451BF8"/>
    <w:rsid w:val="6C55EA60"/>
    <w:rsid w:val="6C663BD7"/>
    <w:rsid w:val="6C7C36E8"/>
    <w:rsid w:val="6C939612"/>
    <w:rsid w:val="6C9A96C9"/>
    <w:rsid w:val="6CB03B1C"/>
    <w:rsid w:val="6CD5C723"/>
    <w:rsid w:val="6CDBCD72"/>
    <w:rsid w:val="6D0E9880"/>
    <w:rsid w:val="6D2A1D04"/>
    <w:rsid w:val="6D45A716"/>
    <w:rsid w:val="6D66C0E8"/>
    <w:rsid w:val="6D71AE48"/>
    <w:rsid w:val="6D7DAE6D"/>
    <w:rsid w:val="6D8A30CF"/>
    <w:rsid w:val="6DA9EB0D"/>
    <w:rsid w:val="6DB94C0B"/>
    <w:rsid w:val="6DD28CF2"/>
    <w:rsid w:val="6DE3064E"/>
    <w:rsid w:val="6DFA812C"/>
    <w:rsid w:val="6E5149F0"/>
    <w:rsid w:val="6E606007"/>
    <w:rsid w:val="6E66E991"/>
    <w:rsid w:val="6E678D76"/>
    <w:rsid w:val="6E9BDE00"/>
    <w:rsid w:val="6EA44401"/>
    <w:rsid w:val="6EA451BF"/>
    <w:rsid w:val="6EA739FC"/>
    <w:rsid w:val="6EB742B1"/>
    <w:rsid w:val="6EDA5CF3"/>
    <w:rsid w:val="6EF960FD"/>
    <w:rsid w:val="6F0AACAB"/>
    <w:rsid w:val="6F13E59E"/>
    <w:rsid w:val="6F1A1FCE"/>
    <w:rsid w:val="6F1C3760"/>
    <w:rsid w:val="6F38FDD6"/>
    <w:rsid w:val="6F743F3A"/>
    <w:rsid w:val="6FAB5E7F"/>
    <w:rsid w:val="6FB16EB1"/>
    <w:rsid w:val="6FBB62F6"/>
    <w:rsid w:val="6FC715D3"/>
    <w:rsid w:val="6FCC4E3C"/>
    <w:rsid w:val="6FE65183"/>
    <w:rsid w:val="6FF4246E"/>
    <w:rsid w:val="6FF72E38"/>
    <w:rsid w:val="70185719"/>
    <w:rsid w:val="7042E959"/>
    <w:rsid w:val="70481196"/>
    <w:rsid w:val="706992DA"/>
    <w:rsid w:val="706D8301"/>
    <w:rsid w:val="708CEF47"/>
    <w:rsid w:val="709A483E"/>
    <w:rsid w:val="70A77997"/>
    <w:rsid w:val="70C7C043"/>
    <w:rsid w:val="70DB6B71"/>
    <w:rsid w:val="70F73B89"/>
    <w:rsid w:val="70FF6352"/>
    <w:rsid w:val="7106A5ED"/>
    <w:rsid w:val="71101404"/>
    <w:rsid w:val="711DE120"/>
    <w:rsid w:val="7148341A"/>
    <w:rsid w:val="7152F0BD"/>
    <w:rsid w:val="7156CEC2"/>
    <w:rsid w:val="7158C2DE"/>
    <w:rsid w:val="71595A47"/>
    <w:rsid w:val="715C94FD"/>
    <w:rsid w:val="71751CA7"/>
    <w:rsid w:val="717EBA5C"/>
    <w:rsid w:val="7189C477"/>
    <w:rsid w:val="7190F27C"/>
    <w:rsid w:val="719EA205"/>
    <w:rsid w:val="71A286C0"/>
    <w:rsid w:val="71B3BD2B"/>
    <w:rsid w:val="71B5FB40"/>
    <w:rsid w:val="71D5F212"/>
    <w:rsid w:val="71D66F8B"/>
    <w:rsid w:val="71E33564"/>
    <w:rsid w:val="71EB8044"/>
    <w:rsid w:val="71FD2313"/>
    <w:rsid w:val="71FD836F"/>
    <w:rsid w:val="726FDD85"/>
    <w:rsid w:val="72866477"/>
    <w:rsid w:val="7296B0D5"/>
    <w:rsid w:val="72B3681C"/>
    <w:rsid w:val="72BF8AAE"/>
    <w:rsid w:val="72CAC888"/>
    <w:rsid w:val="7310417C"/>
    <w:rsid w:val="73274AF2"/>
    <w:rsid w:val="733FFE4B"/>
    <w:rsid w:val="73517B93"/>
    <w:rsid w:val="73523EDC"/>
    <w:rsid w:val="73AEE908"/>
    <w:rsid w:val="73B5D52A"/>
    <w:rsid w:val="73BA032C"/>
    <w:rsid w:val="73DBF126"/>
    <w:rsid w:val="73F1A52E"/>
    <w:rsid w:val="73F7FC54"/>
    <w:rsid w:val="7402D530"/>
    <w:rsid w:val="74206304"/>
    <w:rsid w:val="74265968"/>
    <w:rsid w:val="743F7666"/>
    <w:rsid w:val="74563787"/>
    <w:rsid w:val="74718305"/>
    <w:rsid w:val="7499D154"/>
    <w:rsid w:val="74A9867F"/>
    <w:rsid w:val="74AB3E3B"/>
    <w:rsid w:val="74B113A3"/>
    <w:rsid w:val="74BF901E"/>
    <w:rsid w:val="74D08107"/>
    <w:rsid w:val="74E0C707"/>
    <w:rsid w:val="74FBA809"/>
    <w:rsid w:val="74FC0C89"/>
    <w:rsid w:val="750F5A8E"/>
    <w:rsid w:val="75503914"/>
    <w:rsid w:val="7558E2BE"/>
    <w:rsid w:val="755BF9E2"/>
    <w:rsid w:val="7562056E"/>
    <w:rsid w:val="756BA8A3"/>
    <w:rsid w:val="75A9ECB0"/>
    <w:rsid w:val="75B54682"/>
    <w:rsid w:val="75B5DF37"/>
    <w:rsid w:val="75BF6E95"/>
    <w:rsid w:val="75E17D54"/>
    <w:rsid w:val="760A266D"/>
    <w:rsid w:val="762DDC0C"/>
    <w:rsid w:val="7652B74A"/>
    <w:rsid w:val="766D5360"/>
    <w:rsid w:val="7677E962"/>
    <w:rsid w:val="767E9BBF"/>
    <w:rsid w:val="768BE582"/>
    <w:rsid w:val="769F89EC"/>
    <w:rsid w:val="76A19C54"/>
    <w:rsid w:val="76ACA6D0"/>
    <w:rsid w:val="76B26B61"/>
    <w:rsid w:val="76BCE8F8"/>
    <w:rsid w:val="76EBF171"/>
    <w:rsid w:val="76EE5138"/>
    <w:rsid w:val="76F498EF"/>
    <w:rsid w:val="76F9DB48"/>
    <w:rsid w:val="77052F44"/>
    <w:rsid w:val="770CE381"/>
    <w:rsid w:val="772C6562"/>
    <w:rsid w:val="7759AB41"/>
    <w:rsid w:val="77922B03"/>
    <w:rsid w:val="77933C55"/>
    <w:rsid w:val="779A8FFF"/>
    <w:rsid w:val="779CB399"/>
    <w:rsid w:val="77AFB921"/>
    <w:rsid w:val="77B435E1"/>
    <w:rsid w:val="77E72941"/>
    <w:rsid w:val="77E89849"/>
    <w:rsid w:val="77ED61DC"/>
    <w:rsid w:val="7800ED35"/>
    <w:rsid w:val="7834086C"/>
    <w:rsid w:val="787779BC"/>
    <w:rsid w:val="78778E37"/>
    <w:rsid w:val="787C6D00"/>
    <w:rsid w:val="788B749C"/>
    <w:rsid w:val="788EBE29"/>
    <w:rsid w:val="7892608A"/>
    <w:rsid w:val="78949AE2"/>
    <w:rsid w:val="78B7A6F6"/>
    <w:rsid w:val="78B9A257"/>
    <w:rsid w:val="78C2F4B5"/>
    <w:rsid w:val="78D4726E"/>
    <w:rsid w:val="78E82FBF"/>
    <w:rsid w:val="792171DD"/>
    <w:rsid w:val="793EA283"/>
    <w:rsid w:val="795071F6"/>
    <w:rsid w:val="79546ECA"/>
    <w:rsid w:val="795F99A5"/>
    <w:rsid w:val="79662C26"/>
    <w:rsid w:val="7969B3C3"/>
    <w:rsid w:val="799050E4"/>
    <w:rsid w:val="799EF001"/>
    <w:rsid w:val="79C19CFC"/>
    <w:rsid w:val="79C6A9A7"/>
    <w:rsid w:val="79E6B581"/>
    <w:rsid w:val="7A267EF6"/>
    <w:rsid w:val="7A31F11F"/>
    <w:rsid w:val="7A53AD45"/>
    <w:rsid w:val="7A6676C3"/>
    <w:rsid w:val="7A68AEA1"/>
    <w:rsid w:val="7A6C5286"/>
    <w:rsid w:val="7A8AE74D"/>
    <w:rsid w:val="7A92C3A2"/>
    <w:rsid w:val="7A9AD5A2"/>
    <w:rsid w:val="7AB1E6F8"/>
    <w:rsid w:val="7AB25326"/>
    <w:rsid w:val="7AE973CE"/>
    <w:rsid w:val="7AFB56EC"/>
    <w:rsid w:val="7B3555A9"/>
    <w:rsid w:val="7B3853E8"/>
    <w:rsid w:val="7B3E3475"/>
    <w:rsid w:val="7B45C152"/>
    <w:rsid w:val="7B4F6334"/>
    <w:rsid w:val="7B6FF187"/>
    <w:rsid w:val="7B73843D"/>
    <w:rsid w:val="7B91F55C"/>
    <w:rsid w:val="7BE346D4"/>
    <w:rsid w:val="7BEB1A69"/>
    <w:rsid w:val="7BF50630"/>
    <w:rsid w:val="7C9D9C3B"/>
    <w:rsid w:val="7CAD769F"/>
    <w:rsid w:val="7CC13AAD"/>
    <w:rsid w:val="7CD32260"/>
    <w:rsid w:val="7CEDB61D"/>
    <w:rsid w:val="7CFD5466"/>
    <w:rsid w:val="7D0C1F72"/>
    <w:rsid w:val="7D12907B"/>
    <w:rsid w:val="7D1DB0B2"/>
    <w:rsid w:val="7D22F2CA"/>
    <w:rsid w:val="7D62E5B6"/>
    <w:rsid w:val="7D651D8F"/>
    <w:rsid w:val="7DA74E22"/>
    <w:rsid w:val="7DC01A1E"/>
    <w:rsid w:val="7DFE7C18"/>
    <w:rsid w:val="7DFF9D2E"/>
    <w:rsid w:val="7E042569"/>
    <w:rsid w:val="7E1A1A20"/>
    <w:rsid w:val="7E1B6990"/>
    <w:rsid w:val="7E1FC9C4"/>
    <w:rsid w:val="7E2A34A4"/>
    <w:rsid w:val="7E2E3ABA"/>
    <w:rsid w:val="7E3560AF"/>
    <w:rsid w:val="7E6F52D7"/>
    <w:rsid w:val="7E78B83D"/>
    <w:rsid w:val="7E7B98AD"/>
    <w:rsid w:val="7E99F3E2"/>
    <w:rsid w:val="7E9DEEC1"/>
    <w:rsid w:val="7EA2C38A"/>
    <w:rsid w:val="7EA63BCC"/>
    <w:rsid w:val="7EACDFC8"/>
    <w:rsid w:val="7EC178A0"/>
    <w:rsid w:val="7EDDA4C4"/>
    <w:rsid w:val="7F00CFCF"/>
    <w:rsid w:val="7F06659F"/>
    <w:rsid w:val="7F1C0C77"/>
    <w:rsid w:val="7F28B5FE"/>
    <w:rsid w:val="7F382ABD"/>
    <w:rsid w:val="7F6081B3"/>
    <w:rsid w:val="7F8D45BD"/>
    <w:rsid w:val="7F911B5F"/>
    <w:rsid w:val="7F938DC7"/>
    <w:rsid w:val="7FC5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AA6726-8736-47CB-8578-F15F1206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5BDC"/>
    <w:pPr>
      <w:spacing w:after="180"/>
    </w:pPr>
    <w:rPr>
      <w:rFonts w:ascii="Calibri" w:hAnsi="Calibri" w:eastAsia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3D2"/>
    <w:pPr>
      <w:spacing w:before="160" w:after="80"/>
      <w:outlineLvl w:val="0"/>
    </w:pPr>
    <w:rPr>
      <w:rFonts w:eastAsiaTheme="minorEastAsia" w:cstheme="minorBid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3D2"/>
    <w:pPr>
      <w:spacing w:before="360" w:after="60"/>
      <w:outlineLvl w:val="1"/>
    </w:pPr>
    <w:rPr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87FB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23C"/>
    <w:pPr>
      <w:keepNext/>
      <w:keepLines/>
      <w:spacing w:before="360" w:after="6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A5BF372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A5BF372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A5BF372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A5BF372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A5BF372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A5BF37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NoSpacing">
    <w:name w:val="No Spacing"/>
    <w:uiPriority w:val="1"/>
    <w:qFormat/>
    <w:rsid w:val="0A5BF372"/>
    <w:pPr>
      <w:tabs>
        <w:tab w:val="right" w:pos="9360"/>
      </w:tabs>
      <w:spacing w:after="0"/>
    </w:pPr>
  </w:style>
  <w:style w:type="character" w:styleId="Heading1Char" w:customStyle="1">
    <w:name w:val="Heading 1 Char"/>
    <w:link w:val="Heading1"/>
    <w:uiPriority w:val="9"/>
    <w:rsid w:val="009003D2"/>
    <w:rPr>
      <w:rFonts w:ascii="Calibri" w:hAnsi="Calibri"/>
      <w:b/>
      <w:bCs/>
      <w:color w:val="000000" w:themeColor="text1"/>
      <w:sz w:val="40"/>
      <w:szCs w:val="40"/>
    </w:rPr>
  </w:style>
  <w:style w:type="character" w:styleId="Heading2Char" w:customStyle="1">
    <w:name w:val="Heading 2 Char"/>
    <w:link w:val="Heading2"/>
    <w:uiPriority w:val="9"/>
    <w:rsid w:val="009003D2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character" w:styleId="Heading3Char" w:customStyle="1">
    <w:name w:val="Heading 3 Char"/>
    <w:link w:val="Heading3"/>
    <w:uiPriority w:val="9"/>
    <w:rsid w:val="0019623C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A5BF37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A5BF372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A5BF37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A5BF37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A5BF37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A5BF37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A5BF372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A5BF372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A5BF372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A5BF372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A5BF372"/>
    <w:pPr>
      <w:numPr>
        <w:numId w:val="6"/>
      </w:numPr>
      <w:tabs>
        <w:tab w:val="clear" w:pos="72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A5BF372"/>
    <w:pPr>
      <w:numPr>
        <w:numId w:val="7"/>
      </w:numPr>
      <w:tabs>
        <w:tab w:val="clear" w:pos="1080"/>
      </w:tabs>
      <w:ind w:left="360"/>
      <w:contextualSpacing/>
    </w:pPr>
  </w:style>
  <w:style w:type="paragraph" w:styleId="ListNumber">
    <w:name w:val="List Number"/>
    <w:basedOn w:val="Normal"/>
    <w:uiPriority w:val="99"/>
    <w:unhideWhenUsed/>
    <w:rsid w:val="0A5BF37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A5BF372"/>
    <w:pPr>
      <w:numPr>
        <w:numId w:val="9"/>
      </w:numPr>
      <w:tabs>
        <w:tab w:val="clear" w:pos="720"/>
      </w:tabs>
      <w:contextualSpacing/>
    </w:pPr>
  </w:style>
  <w:style w:type="paragraph" w:styleId="ListNumber3">
    <w:name w:val="List Number 3"/>
    <w:basedOn w:val="Normal"/>
    <w:uiPriority w:val="99"/>
    <w:unhideWhenUsed/>
    <w:rsid w:val="0A5BF372"/>
    <w:pPr>
      <w:numPr>
        <w:numId w:val="10"/>
      </w:numPr>
      <w:tabs>
        <w:tab w:val="clear" w:pos="1080"/>
      </w:tabs>
      <w:ind w:left="720"/>
      <w:contextualSpacing/>
    </w:pPr>
  </w:style>
  <w:style w:type="paragraph" w:styleId="ListContinue">
    <w:name w:val="List Continue"/>
    <w:basedOn w:val="Normal"/>
    <w:uiPriority w:val="99"/>
    <w:unhideWhenUsed/>
    <w:rsid w:val="0A5BF3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A5BF3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A5BF372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A5BF372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rsid w:val="0019623C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5BF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5BF372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595959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A5BF372"/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uiPriority w:val="99"/>
    <w:semiHidden/>
    <w:rsid w:val="00D02B7F"/>
    <w:rPr>
      <w:color w:val="595959"/>
    </w:rPr>
  </w:style>
  <w:style w:type="character" w:styleId="Style3" w:customStyle="1">
    <w:name w:val="Style3"/>
    <w:basedOn w:val="DefaultParagraphFont"/>
    <w:uiPriority w:val="1"/>
    <w:qFormat/>
    <w:rsid w:val="00182CC5"/>
    <w:rPr>
      <w:rFonts w:ascii="Calibri" w:hAnsi="Calibri"/>
      <w:sz w:val="22"/>
    </w:rPr>
  </w:style>
  <w:style w:type="character" w:styleId="Style6" w:customStyle="1">
    <w:name w:val="Style6"/>
    <w:basedOn w:val="DefaultParagraphFont"/>
    <w:uiPriority w:val="1"/>
    <w:qFormat/>
    <w:rsid w:val="00366048"/>
    <w:rPr>
      <w:rFonts w:ascii="Calibri" w:hAnsi="Calibri"/>
      <w:b w:val="0"/>
      <w:sz w:val="24"/>
    </w:rPr>
  </w:style>
  <w:style w:type="character" w:styleId="Hyperlink">
    <w:name w:val="Hyperlink"/>
    <w:basedOn w:val="DefaultParagraphFont"/>
    <w:uiPriority w:val="99"/>
    <w:unhideWhenUsed/>
    <w:rsid w:val="001D2C41"/>
    <w:rPr>
      <w:color w:val="2E5F7F"/>
      <w:u w:val="single"/>
    </w:rPr>
  </w:style>
  <w:style w:type="paragraph" w:styleId="TOC1">
    <w:name w:val="toc 1"/>
    <w:basedOn w:val="Normal"/>
    <w:next w:val="Normal"/>
    <w:uiPriority w:val="39"/>
    <w:unhideWhenUsed/>
    <w:rsid w:val="0A5BF37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5BF372"/>
    <w:pPr>
      <w:spacing w:after="100"/>
      <w:ind w:left="220"/>
    </w:pPr>
  </w:style>
  <w:style w:type="paragraph" w:styleId="BodycopySmall" w:customStyle="1">
    <w:name w:val="Bodycopy Small"/>
    <w:basedOn w:val="Normal"/>
    <w:link w:val="BodycopySmallChar"/>
    <w:qFormat/>
    <w:rsid w:val="0019623C"/>
    <w:pPr>
      <w:spacing w:after="60"/>
    </w:pPr>
    <w:rPr>
      <w:sz w:val="16"/>
      <w:szCs w:val="16"/>
    </w:rPr>
  </w:style>
  <w:style w:type="character" w:styleId="BodycopySmallChar" w:customStyle="1">
    <w:name w:val="Bodycopy Small Char"/>
    <w:basedOn w:val="DefaultParagraphFont"/>
    <w:link w:val="BodycopySmall"/>
    <w:rsid w:val="0019623C"/>
    <w:rPr>
      <w:rFonts w:ascii="Calibri" w:hAnsi="Calibri" w:eastAsia="Calibri" w:cs="Calibri"/>
      <w:sz w:val="16"/>
      <w:szCs w:val="16"/>
    </w:rPr>
  </w:style>
  <w:style w:type="paragraph" w:styleId="StatuteQuote" w:customStyle="1">
    <w:name w:val="Statute Quote"/>
    <w:basedOn w:val="Normal"/>
    <w:link w:val="StatuteQuoteChar"/>
    <w:qFormat/>
    <w:rsid w:val="0019623C"/>
    <w:rPr>
      <w:rFonts w:eastAsia="Georgia"/>
      <w:i/>
      <w:iCs/>
      <w:color w:val="467886"/>
    </w:rPr>
  </w:style>
  <w:style w:type="character" w:styleId="StatuteQuoteChar" w:customStyle="1">
    <w:name w:val="Statute Quote Char"/>
    <w:basedOn w:val="DefaultParagraphFont"/>
    <w:link w:val="StatuteQuote"/>
    <w:rsid w:val="0019623C"/>
    <w:rPr>
      <w:rFonts w:ascii="Calibri" w:hAnsi="Calibri" w:eastAsia="Georgia" w:cs="Calibri"/>
      <w:i/>
      <w:iCs/>
      <w:color w:val="467886"/>
      <w:sz w:val="20"/>
      <w:szCs w:val="20"/>
    </w:rPr>
  </w:style>
  <w:style w:type="paragraph" w:styleId="Subheader" w:customStyle="1">
    <w:name w:val="Subheader"/>
    <w:basedOn w:val="Normal"/>
    <w:link w:val="SubheaderChar"/>
    <w:uiPriority w:val="1"/>
    <w:qFormat/>
    <w:rsid w:val="0A5BF372"/>
    <w:pPr>
      <w:spacing w:after="120"/>
    </w:pPr>
    <w:rPr>
      <w:b/>
      <w:bCs/>
      <w:sz w:val="18"/>
      <w:szCs w:val="18"/>
    </w:rPr>
  </w:style>
  <w:style w:type="character" w:styleId="SubheaderChar" w:customStyle="1">
    <w:name w:val="Subheader Char"/>
    <w:basedOn w:val="DefaultParagraphFont"/>
    <w:link w:val="Subheader"/>
    <w:rsid w:val="0A5BF372"/>
    <w:rPr>
      <w:rFonts w:asciiTheme="minorHAnsi" w:hAnsiTheme="minorHAnsi" w:eastAsiaTheme="minorEastAsia" w:cstheme="minorBidi"/>
      <w:b/>
      <w:bCs/>
      <w:noProof w:val="0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D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66D85"/>
    <w:rPr>
      <w:rFonts w:ascii="Calibri" w:hAnsi="Calibri" w:eastAsia="Calibri" w:cs="Calibri"/>
      <w:b/>
      <w:bCs/>
      <w:sz w:val="20"/>
      <w:szCs w:val="20"/>
    </w:rPr>
  </w:style>
  <w:style w:type="paragraph" w:styleId="SUBHEADER0" w:customStyle="1">
    <w:name w:val="SUBHEADER"/>
    <w:basedOn w:val="Bodycopy"/>
    <w:qFormat/>
    <w:rsid w:val="0019623C"/>
    <w:pPr>
      <w:spacing w:after="120"/>
    </w:pPr>
    <w:rPr>
      <w:b/>
      <w:bCs/>
      <w:sz w:val="18"/>
      <w:szCs w:val="18"/>
    </w:rPr>
  </w:style>
  <w:style w:type="paragraph" w:styleId="Bodycopy" w:customStyle="1">
    <w:name w:val="Bodycopy"/>
    <w:basedOn w:val="Normal"/>
    <w:qFormat/>
    <w:rsid w:val="0019623C"/>
    <w:pPr>
      <w:spacing w:line="240" w:lineRule="auto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9623C"/>
    <w:rPr>
      <w:color w:val="800080" w:themeColor="followedHyperlink"/>
      <w:u w:val="single"/>
    </w:rPr>
  </w:style>
  <w:style w:type="character" w:styleId="contentcontrolboundarysink" w:customStyle="1">
    <w:name w:val="contentcontrolboundarysink"/>
    <w:basedOn w:val="DefaultParagraphFont"/>
    <w:rsid w:val="0064431B"/>
  </w:style>
  <w:style w:type="character" w:styleId="UnresolvedMention">
    <w:name w:val="Unresolved Mention"/>
    <w:basedOn w:val="DefaultParagraphFont"/>
    <w:uiPriority w:val="99"/>
    <w:semiHidden/>
    <w:unhideWhenUsed/>
    <w:rsid w:val="00CD7361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49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IDHS: Illinois Department of Human Services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Forensic Clinical Resources (IL DHS/DBHR Forensic Handbook)</dc:title>
  <dc:subject/>
  <dc:creator>python-docx</dc:creator>
  <keywords/>
  <dc:description>generated by python-docx</dc:description>
  <lastModifiedBy>Morgan, Mary</lastModifiedBy>
  <revision>11</revision>
  <dcterms:created xsi:type="dcterms:W3CDTF">2026-06-30T01:34:00.0000000Z</dcterms:created>
  <dcterms:modified xsi:type="dcterms:W3CDTF">2026-07-15T15:31:35.7648280Z</dcterms:modified>
  <category/>
</coreProperties>
</file>