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D2533" w:rsidR="00FD2533" w:rsidP="00FD2533" w:rsidRDefault="00FD2533" w14:paraId="4083AB3D" w14:textId="77777777">
      <w:pPr>
        <w:spacing w:after="0" w:line="240" w:lineRule="auto"/>
        <w:rPr>
          <w:rFonts w:ascii="Segoe UI" w:hAnsi="Segoe UI" w:eastAsia="Times New Roman" w:cs="Segoe UI"/>
          <w:sz w:val="18"/>
          <w:szCs w:val="18"/>
        </w:rPr>
      </w:pPr>
      <w:r w:rsidRPr="00FD2533">
        <w:rPr>
          <w:b/>
          <w:bCs/>
          <w:sz w:val="28"/>
          <w:szCs w:val="28"/>
          <w:lang w:val="en"/>
        </w:rPr>
        <w:t>ILLINOIS DEPARTMENT OF HUMAN SERVICES</w:t>
      </w:r>
      <w:r w:rsidRPr="00FD2533">
        <w:rPr>
          <w:rFonts w:eastAsia="Times New Roman"/>
          <w:sz w:val="28"/>
          <w:szCs w:val="28"/>
        </w:rPr>
        <w:t> </w:t>
      </w:r>
    </w:p>
    <w:p w:rsidRPr="00FD2533" w:rsidR="00FD2533" w:rsidP="00FD2533" w:rsidRDefault="00FD2533" w14:paraId="164D259E" w14:textId="77777777">
      <w:pPr>
        <w:spacing w:after="0" w:line="240" w:lineRule="auto"/>
        <w:rPr>
          <w:rFonts w:ascii="Segoe UI" w:hAnsi="Segoe UI" w:eastAsia="Times New Roman" w:cs="Segoe UI"/>
          <w:sz w:val="18"/>
          <w:szCs w:val="18"/>
        </w:rPr>
      </w:pPr>
      <w:r w:rsidRPr="00FD2533">
        <w:rPr>
          <w:b/>
          <w:bCs/>
          <w:sz w:val="28"/>
          <w:szCs w:val="28"/>
          <w:lang w:val="en"/>
        </w:rPr>
        <w:t>[ENTER FACILITY NAME] MENTAL HEALTH CENTER</w:t>
      </w:r>
      <w:r w:rsidRPr="00FD2533">
        <w:rPr>
          <w:rFonts w:eastAsia="Times New Roman"/>
          <w:sz w:val="28"/>
          <w:szCs w:val="28"/>
        </w:rPr>
        <w:t> </w:t>
      </w:r>
    </w:p>
    <w:p w:rsidRPr="00FD2533" w:rsidR="00FD2533" w:rsidP="00FD2533" w:rsidRDefault="00FD2533" w14:paraId="28A8EBCD" w14:textId="77777777">
      <w:pPr>
        <w:spacing w:after="0" w:line="240" w:lineRule="auto"/>
        <w:rPr>
          <w:rFonts w:eastAsia="Times New Roman"/>
          <w:sz w:val="28"/>
          <w:szCs w:val="28"/>
        </w:rPr>
      </w:pPr>
      <w:r w:rsidRPr="00FD2533">
        <w:rPr>
          <w:b/>
          <w:bCs/>
          <w:sz w:val="28"/>
          <w:szCs w:val="28"/>
          <w:lang w:val="en"/>
        </w:rPr>
        <w:t>FORENSIC TREATMENT PROGRAM</w:t>
      </w:r>
      <w:r w:rsidRPr="00FD2533">
        <w:rPr>
          <w:rFonts w:eastAsia="Times New Roman"/>
          <w:sz w:val="28"/>
          <w:szCs w:val="28"/>
        </w:rPr>
        <w:t> </w:t>
      </w:r>
    </w:p>
    <w:p w:rsidRPr="00FD2533" w:rsidR="00FD2533" w:rsidP="00FD2533" w:rsidRDefault="00FD2533" w14:paraId="736AE34C" w14:textId="77777777">
      <w:pPr>
        <w:spacing w:after="0" w:line="240" w:lineRule="auto"/>
        <w:rPr>
          <w:rFonts w:ascii="Segoe UI" w:hAnsi="Segoe UI" w:eastAsia="Times New Roman" w:cs="Segoe UI"/>
          <w:sz w:val="18"/>
          <w:szCs w:val="18"/>
        </w:rPr>
      </w:pPr>
    </w:p>
    <w:p w:rsidRPr="00FD2533" w:rsidR="00FD2533" w:rsidP="00FD2533" w:rsidRDefault="00FD2533" w14:paraId="669ED3EB" w14:textId="77777777">
      <w:pPr>
        <w:pStyle w:val="Heading1"/>
      </w:pPr>
      <w:bookmarkStart w:name="_Recommendation_for_Conditional" w:id="0"/>
      <w:bookmarkEnd w:id="0"/>
      <w:r w:rsidRPr="00FD2533">
        <w:rPr>
          <w:lang w:val="en"/>
        </w:rPr>
        <w:t>Recommendation for Conditional Release</w:t>
      </w:r>
    </w:p>
    <w:p w:rsidRPr="00FD2533" w:rsidR="00FD2533" w:rsidP="00FD2533" w:rsidRDefault="00FD2533" w14:paraId="7634BB34" w14:textId="77777777">
      <w:r w:rsidRPr="00FD2533">
        <w:rPr>
          <w:b/>
          <w:bCs/>
          <w:lang w:val="en"/>
        </w:rPr>
        <w:t>Re: </w:t>
      </w:r>
      <w:r w:rsidRPr="00FD2533">
        <w:rPr>
          <w:lang w:val="en"/>
        </w:rPr>
        <w:t>[ENTER PATIENT NAME]</w:t>
      </w:r>
    </w:p>
    <w:p w:rsidRPr="00FD2533" w:rsidR="00FD2533" w:rsidP="00FD2533" w:rsidRDefault="00FD2533" w14:paraId="5FFEBC1D" w14:textId="21D94963">
      <w:r w:rsidRPr="00FD2533">
        <w:rPr>
          <w:b/>
          <w:bCs/>
          <w:lang w:val="en"/>
        </w:rPr>
        <w:t>Docket</w:t>
      </w:r>
      <w:r w:rsidR="006178BC">
        <w:rPr>
          <w:b/>
          <w:bCs/>
          <w:lang w:val="en"/>
        </w:rPr>
        <w:t xml:space="preserve"> </w:t>
      </w:r>
      <w:r w:rsidRPr="00FD2533">
        <w:rPr>
          <w:b/>
          <w:bCs/>
          <w:lang w:val="en"/>
        </w:rPr>
        <w:t>#: </w:t>
      </w:r>
      <w:r w:rsidRPr="00FD2533">
        <w:rPr>
          <w:lang w:val="en"/>
        </w:rPr>
        <w:t>[ENTER DOCKET NUMBER]</w:t>
      </w:r>
    </w:p>
    <w:p w:rsidRPr="00FD2533" w:rsidR="00FD2533" w:rsidP="00FD2533" w:rsidRDefault="00FD2533" w14:paraId="4A8398E6" w14:textId="77777777">
      <w:pPr>
        <w:rPr>
          <w:b/>
          <w:bCs/>
        </w:rPr>
      </w:pPr>
      <w:r w:rsidRPr="00FD2533">
        <w:rPr>
          <w:b/>
          <w:bCs/>
          <w:lang w:val="en"/>
        </w:rPr>
        <w:t xml:space="preserve">Date: </w:t>
      </w:r>
      <w:r w:rsidRPr="00FD2533">
        <w:rPr>
          <w:lang w:val="en"/>
        </w:rPr>
        <w:t>[ENTER DATE]</w:t>
      </w:r>
    </w:p>
    <w:p w:rsidRPr="00FD2533" w:rsidR="00FD2533" w:rsidP="00FD2533" w:rsidRDefault="00FD2533" w14:paraId="358D8CC4" w14:textId="77777777">
      <w:r w:rsidRPr="00FD2533">
        <w:t>The Clinical Treatment Team of the Forensic Treatment Program (FTP) at [ENTER FACILITY NAME] Mental Health Center is of the opinion that [ENTER PATIENT’S NAME]</w:t>
      </w:r>
      <w:r w:rsidRPr="00FD2533">
        <w:rPr>
          <w:i/>
          <w:iCs/>
          <w:u w:val="single"/>
        </w:rPr>
        <w:t xml:space="preserve"> </w:t>
      </w:r>
      <w:r w:rsidRPr="00FD2533">
        <w:t>has made progress in treatment and has demonstrated clinical and behavioral stability for an extended </w:t>
      </w:r>
      <w:proofErr w:type="gramStart"/>
      <w:r w:rsidRPr="00FD2533">
        <w:t>period of time</w:t>
      </w:r>
      <w:proofErr w:type="gramEnd"/>
      <w:r w:rsidRPr="00FD2533">
        <w:t>.  He/she is cooperative and compliant with treatment including medications and has demonstrated an appropriate and responsible use of his/her on-ground and off-ground passes. The Treatment Team is recommending that the court authorize the Department of Human Services (DHS) to conditionally release [ENTER PATIENT’S NAME] to [ENTER COMMUNITY AGENCY].   </w:t>
      </w:r>
    </w:p>
    <w:p w:rsidRPr="00FD2533" w:rsidR="00FD2533" w:rsidP="00FA7378" w:rsidRDefault="00FD2533" w14:paraId="125E138C" w14:textId="77777777">
      <w:pPr>
        <w:pStyle w:val="Heading2"/>
        <w:numPr>
          <w:ilvl w:val="0"/>
          <w:numId w:val="79"/>
        </w:numPr>
      </w:pPr>
      <w:r w:rsidRPr="00FD2533">
        <w:rPr>
          <w:lang w:val="en"/>
        </w:rPr>
        <w:t>IDENTIFYING INFORMATION</w:t>
      </w:r>
      <w:r w:rsidRPr="00FD2533">
        <w:t> </w:t>
      </w:r>
    </w:p>
    <w:p w:rsidRPr="00FD2533" w:rsidR="00FD2533" w:rsidP="00FD2533" w:rsidRDefault="00FD2533" w14:paraId="3E209B41" w14:textId="77777777">
      <w:pPr>
        <w:ind w:left="720"/>
      </w:pPr>
      <w:r w:rsidRPr="00FD2533">
        <w:rPr>
          <w:lang w:val="en"/>
        </w:rPr>
        <w:t>Identifiable facts and reason for admission (name, age, ethnicity, NGRI date of adjudication, crime, Thiem date, etc.)</w:t>
      </w:r>
      <w:r w:rsidRPr="00FD2533">
        <w:t> </w:t>
      </w:r>
    </w:p>
    <w:p w:rsidRPr="00FD2533" w:rsidR="00FD2533" w:rsidP="00F6555D" w:rsidRDefault="00FD2533" w14:paraId="03F0EBB4" w14:textId="77777777">
      <w:pPr>
        <w:pStyle w:val="Heading2"/>
        <w:numPr>
          <w:ilvl w:val="0"/>
          <w:numId w:val="79"/>
        </w:numPr>
      </w:pPr>
      <w:r w:rsidRPr="00FD2533">
        <w:rPr>
          <w:lang w:val="en"/>
        </w:rPr>
        <w:t>PERTINENT HISTORY</w:t>
      </w:r>
      <w:r w:rsidRPr="00FD2533">
        <w:t> </w:t>
      </w:r>
    </w:p>
    <w:p w:rsidRPr="00FD2533" w:rsidR="00FD2533" w:rsidP="00FD2533" w:rsidRDefault="00FD2533" w14:paraId="4C8EF8C2" w14:textId="77777777">
      <w:pPr>
        <w:numPr>
          <w:ilvl w:val="0"/>
          <w:numId w:val="78"/>
        </w:numPr>
        <w:contextualSpacing/>
      </w:pPr>
      <w:r w:rsidRPr="00FD2533">
        <w:rPr>
          <w:lang w:val="en"/>
        </w:rPr>
        <w:t>Family/Social history</w:t>
      </w:r>
      <w:r w:rsidRPr="00FD2533">
        <w:t> </w:t>
      </w:r>
    </w:p>
    <w:p w:rsidRPr="00FD2533" w:rsidR="00FD2533" w:rsidP="00FD2533" w:rsidRDefault="00FD2533" w14:paraId="23EA164D" w14:textId="77777777">
      <w:pPr>
        <w:numPr>
          <w:ilvl w:val="0"/>
          <w:numId w:val="78"/>
        </w:numPr>
        <w:contextualSpacing/>
      </w:pPr>
      <w:r w:rsidRPr="00FD2533">
        <w:rPr>
          <w:lang w:val="en"/>
        </w:rPr>
        <w:t>Educational history</w:t>
      </w:r>
      <w:r w:rsidRPr="00FD2533">
        <w:t> </w:t>
      </w:r>
    </w:p>
    <w:p w:rsidRPr="00FD2533" w:rsidR="00FD2533" w:rsidP="00FD2533" w:rsidRDefault="00FD2533" w14:paraId="66664A0F" w14:textId="77777777">
      <w:pPr>
        <w:numPr>
          <w:ilvl w:val="0"/>
          <w:numId w:val="78"/>
        </w:numPr>
        <w:contextualSpacing/>
      </w:pPr>
      <w:r w:rsidRPr="00FD2533">
        <w:rPr>
          <w:lang w:val="en"/>
        </w:rPr>
        <w:t>Psychiatric history</w:t>
      </w:r>
      <w:r w:rsidRPr="00FD2533">
        <w:t> </w:t>
      </w:r>
    </w:p>
    <w:p w:rsidRPr="00FD2533" w:rsidR="00FD2533" w:rsidP="00FD2533" w:rsidRDefault="00FD2533" w14:paraId="7D34033A" w14:textId="77777777">
      <w:pPr>
        <w:numPr>
          <w:ilvl w:val="0"/>
          <w:numId w:val="78"/>
        </w:numPr>
        <w:contextualSpacing/>
      </w:pPr>
      <w:r w:rsidRPr="00FD2533">
        <w:rPr>
          <w:lang w:val="en"/>
        </w:rPr>
        <w:t>Significant medical history</w:t>
      </w:r>
      <w:r w:rsidRPr="00FD2533">
        <w:t> </w:t>
      </w:r>
    </w:p>
    <w:p w:rsidRPr="00FD2533" w:rsidR="00FD2533" w:rsidP="00FD2533" w:rsidRDefault="00FD2533" w14:paraId="4F6CC9D8" w14:textId="77777777">
      <w:pPr>
        <w:numPr>
          <w:ilvl w:val="0"/>
          <w:numId w:val="78"/>
        </w:numPr>
        <w:contextualSpacing/>
      </w:pPr>
      <w:r w:rsidRPr="00FD2533">
        <w:rPr>
          <w:lang w:val="en"/>
        </w:rPr>
        <w:t>Criminal history</w:t>
      </w:r>
      <w:r w:rsidRPr="00FD2533">
        <w:t> </w:t>
      </w:r>
    </w:p>
    <w:p w:rsidRPr="00FD2533" w:rsidR="00FD2533" w:rsidP="00FD2533" w:rsidRDefault="00FD2533" w14:paraId="1B885463" w14:textId="77777777">
      <w:pPr>
        <w:numPr>
          <w:ilvl w:val="0"/>
          <w:numId w:val="78"/>
        </w:numPr>
        <w:contextualSpacing/>
      </w:pPr>
      <w:r w:rsidRPr="00FD2533">
        <w:rPr>
          <w:lang w:val="en"/>
        </w:rPr>
        <w:t>Substance abuse</w:t>
      </w:r>
      <w:r w:rsidRPr="00FD2533">
        <w:t> </w:t>
      </w:r>
    </w:p>
    <w:p w:rsidRPr="00FD2533" w:rsidR="00FD2533" w:rsidP="00FD2533" w:rsidRDefault="00FD2533" w14:paraId="581A298A" w14:textId="77777777">
      <w:pPr>
        <w:numPr>
          <w:ilvl w:val="0"/>
          <w:numId w:val="78"/>
        </w:numPr>
        <w:contextualSpacing/>
      </w:pPr>
      <w:r w:rsidRPr="00FD2533">
        <w:rPr>
          <w:lang w:val="en"/>
        </w:rPr>
        <w:t>Other pertinent information as needed</w:t>
      </w:r>
      <w:r w:rsidRPr="00FD2533">
        <w:t> </w:t>
      </w:r>
    </w:p>
    <w:p w:rsidRPr="00FD2533" w:rsidR="00FD2533" w:rsidP="00F6555D" w:rsidRDefault="00FD2533" w14:paraId="7EB86939" w14:textId="77777777">
      <w:pPr>
        <w:pStyle w:val="Heading2"/>
        <w:numPr>
          <w:ilvl w:val="0"/>
          <w:numId w:val="79"/>
        </w:numPr>
      </w:pPr>
      <w:r w:rsidRPr="00FD2533">
        <w:rPr>
          <w:lang w:val="en"/>
        </w:rPr>
        <w:t>ISSUES RELEVANT TO THE NGRI CRIME</w:t>
      </w:r>
      <w:r w:rsidRPr="00FD2533">
        <w:t> </w:t>
      </w:r>
    </w:p>
    <w:p w:rsidRPr="00FD2533" w:rsidR="00FD2533" w:rsidP="005574D4" w:rsidRDefault="00FD2533" w14:paraId="03A9A499" w14:textId="77777777">
      <w:pPr>
        <w:numPr>
          <w:ilvl w:val="1"/>
          <w:numId w:val="72"/>
        </w:numPr>
        <w:ind w:hanging="288"/>
        <w:contextualSpacing/>
      </w:pPr>
      <w:r w:rsidRPr="00FD2533">
        <w:rPr>
          <w:lang w:val="en"/>
        </w:rPr>
        <w:t>Circumstances of offense</w:t>
      </w:r>
      <w:r w:rsidRPr="00FD2533">
        <w:t> </w:t>
      </w:r>
    </w:p>
    <w:p w:rsidRPr="00FD2533" w:rsidR="00FD2533" w:rsidP="005574D4" w:rsidRDefault="00FD2533" w14:paraId="1E1C42D9" w14:textId="77777777">
      <w:pPr>
        <w:numPr>
          <w:ilvl w:val="1"/>
          <w:numId w:val="72"/>
        </w:numPr>
        <w:ind w:hanging="288"/>
        <w:contextualSpacing/>
      </w:pPr>
      <w:r w:rsidRPr="00FD2533">
        <w:rPr>
          <w:lang w:val="en"/>
        </w:rPr>
        <w:t>Psychiatric and medical condition at time of offense</w:t>
      </w:r>
    </w:p>
    <w:p w:rsidRPr="00FD2533" w:rsidR="00FD2533" w:rsidP="005574D4" w:rsidRDefault="00FD2533" w14:paraId="3D3D3A53" w14:textId="77777777">
      <w:pPr>
        <w:pStyle w:val="Heading2"/>
        <w:numPr>
          <w:ilvl w:val="0"/>
          <w:numId w:val="79"/>
        </w:numPr>
      </w:pPr>
      <w:r w:rsidRPr="00FD2533">
        <w:rPr>
          <w:lang w:val="en"/>
        </w:rPr>
        <w:t>HOSPITAL COURSE</w:t>
      </w:r>
      <w:r w:rsidRPr="00FD2533">
        <w:t> </w:t>
      </w:r>
    </w:p>
    <w:p w:rsidRPr="00FD2533" w:rsidR="00FD2533" w:rsidP="005574D4" w:rsidRDefault="00FD2533" w14:paraId="70F36488" w14:textId="77777777">
      <w:pPr>
        <w:numPr>
          <w:ilvl w:val="1"/>
          <w:numId w:val="72"/>
        </w:numPr>
        <w:ind w:hanging="288"/>
        <w:contextualSpacing/>
      </w:pPr>
      <w:r w:rsidRPr="00FD2533">
        <w:rPr>
          <w:lang w:val="en"/>
        </w:rPr>
        <w:t>Psychiatric and medical condition at time of admission</w:t>
      </w:r>
      <w:r w:rsidRPr="00FD2533">
        <w:t> </w:t>
      </w:r>
    </w:p>
    <w:p w:rsidRPr="00FD2533" w:rsidR="00FD2533" w:rsidP="005574D4" w:rsidRDefault="00FD2533" w14:paraId="4464A234" w14:textId="77777777">
      <w:pPr>
        <w:numPr>
          <w:ilvl w:val="1"/>
          <w:numId w:val="72"/>
        </w:numPr>
        <w:ind w:hanging="288"/>
        <w:contextualSpacing/>
      </w:pPr>
      <w:r w:rsidRPr="00FD2533">
        <w:rPr>
          <w:lang w:val="en"/>
        </w:rPr>
        <w:t>Treatment(s) and medications provided/prescribed and compliance with each</w:t>
      </w:r>
      <w:r w:rsidRPr="00FD2533">
        <w:t> </w:t>
      </w:r>
    </w:p>
    <w:p w:rsidRPr="00FD2533" w:rsidR="00FD2533" w:rsidP="005574D4" w:rsidRDefault="00FD2533" w14:paraId="63AF74D6" w14:textId="77777777">
      <w:pPr>
        <w:numPr>
          <w:ilvl w:val="1"/>
          <w:numId w:val="72"/>
        </w:numPr>
        <w:ind w:hanging="288"/>
        <w:contextualSpacing/>
      </w:pPr>
      <w:r w:rsidRPr="00FD2533">
        <w:rPr>
          <w:lang w:val="en"/>
        </w:rPr>
        <w:t>Behavior and other incidents</w:t>
      </w:r>
      <w:r w:rsidRPr="00FD2533">
        <w:t> </w:t>
      </w:r>
    </w:p>
    <w:p w:rsidR="00FD2533" w:rsidP="005574D4" w:rsidRDefault="00FD2533" w14:paraId="5D222EAD" w14:textId="77777777">
      <w:pPr>
        <w:numPr>
          <w:ilvl w:val="1"/>
          <w:numId w:val="72"/>
        </w:numPr>
        <w:ind w:hanging="288"/>
        <w:contextualSpacing/>
      </w:pPr>
      <w:r w:rsidRPr="00FD2533">
        <w:t>Assessment of use of court approved privileges including, but not limited to a review of documentation pertaining to any unauthorized absence (UA) threats or attempted elopement </w:t>
      </w:r>
    </w:p>
    <w:p w:rsidRPr="00FD2533" w:rsidR="00FD2533" w:rsidP="00FD2533" w:rsidRDefault="00FD2533" w14:paraId="4375565A" w14:textId="77777777">
      <w:pPr>
        <w:ind w:left="1008"/>
        <w:contextualSpacing/>
      </w:pPr>
    </w:p>
    <w:p w:rsidRPr="00FD2533" w:rsidR="00FD2533" w:rsidP="00FD2533" w:rsidRDefault="00FD2533" w14:paraId="03658322" w14:textId="77777777">
      <w:pPr>
        <w:ind w:left="360"/>
      </w:pPr>
      <w:r w:rsidRPr="00FD2533">
        <w:rPr>
          <w:b/>
          <w:bCs/>
          <w:lang w:val="en"/>
        </w:rPr>
        <w:t>Current Level of Functioning:</w:t>
      </w:r>
      <w:r w:rsidRPr="00FD2533">
        <w:t> </w:t>
      </w:r>
    </w:p>
    <w:p w:rsidRPr="00FD2533" w:rsidR="00FD2533" w:rsidP="00FD2533" w:rsidRDefault="00FD2533" w14:paraId="6864727C" w14:textId="77777777">
      <w:pPr>
        <w:numPr>
          <w:ilvl w:val="1"/>
          <w:numId w:val="72"/>
        </w:numPr>
        <w:contextualSpacing/>
      </w:pPr>
      <w:r w:rsidRPr="00FD2533">
        <w:rPr>
          <w:lang w:val="en"/>
        </w:rPr>
        <w:t>Current presentation of psychiatric/medical symptoms and length of stability</w:t>
      </w:r>
      <w:r w:rsidRPr="00FD2533">
        <w:t> </w:t>
      </w:r>
    </w:p>
    <w:p w:rsidR="00FD2533" w:rsidP="00FD2533" w:rsidRDefault="00FD2533" w14:paraId="7088F5A8" w14:textId="77777777">
      <w:pPr>
        <w:numPr>
          <w:ilvl w:val="1"/>
          <w:numId w:val="72"/>
        </w:numPr>
        <w:contextualSpacing/>
      </w:pPr>
      <w:r w:rsidRPr="00FD2533">
        <w:rPr>
          <w:lang w:val="en"/>
        </w:rPr>
        <w:t>Motivation for continued treatment</w:t>
      </w:r>
      <w:r w:rsidRPr="00FD2533">
        <w:t> </w:t>
      </w:r>
    </w:p>
    <w:p w:rsidRPr="00FD2533" w:rsidR="00FD2533" w:rsidP="00FD2533" w:rsidRDefault="00FD2533" w14:paraId="3DA91FE6" w14:textId="77777777">
      <w:pPr>
        <w:ind w:left="1008"/>
        <w:contextualSpacing/>
      </w:pPr>
    </w:p>
    <w:p w:rsidRPr="00FD2533" w:rsidR="00FD2533" w:rsidP="00FD2533" w:rsidRDefault="00FD2533" w14:paraId="51451C7A" w14:textId="77777777">
      <w:pPr>
        <w:ind w:left="360"/>
      </w:pPr>
      <w:r w:rsidRPr="00FD2533">
        <w:rPr>
          <w:b/>
          <w:bCs/>
          <w:lang w:val="en"/>
        </w:rPr>
        <w:t>Current Mental Status:</w:t>
      </w:r>
      <w:r w:rsidRPr="00FD2533">
        <w:t> </w:t>
      </w:r>
    </w:p>
    <w:p w:rsidRPr="00FD2533" w:rsidR="00FD2533" w:rsidP="00FD2533" w:rsidRDefault="00FD2533" w14:paraId="6362441E" w14:textId="77777777">
      <w:pPr>
        <w:numPr>
          <w:ilvl w:val="1"/>
          <w:numId w:val="72"/>
        </w:numPr>
        <w:contextualSpacing/>
      </w:pPr>
      <w:r w:rsidRPr="00FD2533">
        <w:rPr>
          <w:lang w:val="en"/>
        </w:rPr>
        <w:t>Results of formal mental status assessment</w:t>
      </w:r>
      <w:r w:rsidRPr="00FD2533">
        <w:t> </w:t>
      </w:r>
    </w:p>
    <w:p w:rsidR="00FD2533" w:rsidP="00FD2533" w:rsidRDefault="00FD2533" w14:paraId="4BDC1DE5" w14:textId="77777777">
      <w:pPr>
        <w:numPr>
          <w:ilvl w:val="1"/>
          <w:numId w:val="72"/>
        </w:numPr>
        <w:contextualSpacing/>
      </w:pPr>
      <w:r w:rsidRPr="00FD2533">
        <w:rPr>
          <w:lang w:val="en"/>
        </w:rPr>
        <w:t>Insight to mental illness and its relation to the indexed offense</w:t>
      </w:r>
      <w:r w:rsidRPr="00FD2533">
        <w:t> </w:t>
      </w:r>
    </w:p>
    <w:p w:rsidRPr="00FD2533" w:rsidR="00FD2533" w:rsidP="00FD2533" w:rsidRDefault="00FD2533" w14:paraId="64D6FCB4" w14:textId="77777777">
      <w:pPr>
        <w:ind w:left="1008"/>
        <w:contextualSpacing/>
      </w:pPr>
    </w:p>
    <w:p w:rsidRPr="00FD2533" w:rsidR="00FD2533" w:rsidP="00FD2533" w:rsidRDefault="00FD2533" w14:paraId="5673C2B7" w14:textId="77777777">
      <w:pPr>
        <w:ind w:left="360"/>
      </w:pPr>
      <w:r w:rsidRPr="00FD2533">
        <w:rPr>
          <w:b/>
          <w:bCs/>
          <w:lang w:val="en"/>
        </w:rPr>
        <w:t>Psychotropic medications prescribed and level of effectiveness:</w:t>
      </w:r>
      <w:r w:rsidRPr="00FD2533">
        <w:t> </w:t>
      </w:r>
    </w:p>
    <w:p w:rsidRPr="00FD2533" w:rsidR="00FD2533" w:rsidP="00FD2533" w:rsidRDefault="00FD2533" w14:paraId="3201CF3B" w14:textId="77777777">
      <w:pPr>
        <w:numPr>
          <w:ilvl w:val="1"/>
          <w:numId w:val="72"/>
        </w:numPr>
        <w:contextualSpacing/>
      </w:pPr>
      <w:r w:rsidRPr="00FD2533">
        <w:rPr>
          <w:lang w:val="en"/>
        </w:rPr>
        <w:t>Current medications, doses, and frequency</w:t>
      </w:r>
      <w:r w:rsidRPr="00FD2533">
        <w:t> </w:t>
      </w:r>
    </w:p>
    <w:p w:rsidRPr="00FD2533" w:rsidR="00FD2533" w:rsidP="00FD2533" w:rsidRDefault="00FD2533" w14:paraId="0A77E1BB" w14:textId="77777777">
      <w:pPr>
        <w:numPr>
          <w:ilvl w:val="1"/>
          <w:numId w:val="72"/>
        </w:numPr>
        <w:contextualSpacing/>
      </w:pPr>
      <w:r w:rsidRPr="00FD2533">
        <w:t>Psychiatric symptoms in remission/well managed with medication? </w:t>
      </w:r>
    </w:p>
    <w:p w:rsidRPr="00FD2533" w:rsidR="00FD2533" w:rsidP="00FD2533" w:rsidRDefault="00FD2533" w14:paraId="341B6780" w14:textId="77777777">
      <w:pPr>
        <w:numPr>
          <w:ilvl w:val="1"/>
          <w:numId w:val="72"/>
        </w:numPr>
        <w:contextualSpacing/>
      </w:pPr>
      <w:r w:rsidRPr="00FD2533">
        <w:rPr>
          <w:lang w:val="en"/>
        </w:rPr>
        <w:t>Medication side effects</w:t>
      </w:r>
      <w:r w:rsidRPr="00FD2533">
        <w:t> </w:t>
      </w:r>
    </w:p>
    <w:p w:rsidR="00FD2533" w:rsidP="00FD2533" w:rsidRDefault="00FD2533" w14:paraId="1A5E658E" w14:textId="77777777">
      <w:pPr>
        <w:numPr>
          <w:ilvl w:val="1"/>
          <w:numId w:val="72"/>
        </w:numPr>
        <w:contextualSpacing/>
      </w:pPr>
      <w:r w:rsidRPr="00FD2533">
        <w:rPr>
          <w:lang w:val="en"/>
        </w:rPr>
        <w:t>Medication compliance; length of compliance</w:t>
      </w:r>
      <w:r w:rsidRPr="00FD2533">
        <w:t> </w:t>
      </w:r>
    </w:p>
    <w:p w:rsidRPr="00FD2533" w:rsidR="00FD2533" w:rsidP="00FD2533" w:rsidRDefault="00FD2533" w14:paraId="4BB70098" w14:textId="77777777">
      <w:pPr>
        <w:ind w:left="1008"/>
        <w:contextualSpacing/>
      </w:pPr>
    </w:p>
    <w:p w:rsidRPr="00FD2533" w:rsidR="00FD2533" w:rsidP="00FD2533" w:rsidRDefault="00FD2533" w14:paraId="326ABA13" w14:textId="77777777">
      <w:pPr>
        <w:ind w:left="360"/>
      </w:pPr>
      <w:r w:rsidRPr="00FD2533">
        <w:rPr>
          <w:b/>
          <w:bCs/>
          <w:lang w:val="en"/>
        </w:rPr>
        <w:t>Diagnoses:</w:t>
      </w:r>
      <w:r w:rsidRPr="00FD2533">
        <w:t> </w:t>
      </w:r>
    </w:p>
    <w:p w:rsidRPr="00FD2533" w:rsidR="00FD2533" w:rsidP="00FD2533" w:rsidRDefault="00FD2533" w14:paraId="43713B4D" w14:textId="77777777">
      <w:pPr>
        <w:ind w:left="360"/>
      </w:pPr>
      <w:r w:rsidRPr="00FD2533">
        <w:rPr>
          <w:lang w:val="en"/>
        </w:rPr>
        <w:t xml:space="preserve">Primary: </w:t>
      </w:r>
    </w:p>
    <w:p w:rsidRPr="00FD2533" w:rsidR="00FD2533" w:rsidP="00FD2533" w:rsidRDefault="00FD2533" w14:paraId="69FCCEFD" w14:textId="77777777">
      <w:pPr>
        <w:ind w:left="360"/>
      </w:pPr>
      <w:r w:rsidRPr="00FD2533">
        <w:rPr>
          <w:lang w:val="en"/>
        </w:rPr>
        <w:t xml:space="preserve">Secondary: </w:t>
      </w:r>
    </w:p>
    <w:p w:rsidRPr="00FD2533" w:rsidR="00FD2533" w:rsidP="00FD2533" w:rsidRDefault="00FD2533" w14:paraId="229DADD5" w14:textId="77777777">
      <w:pPr>
        <w:ind w:left="360"/>
        <w:rPr>
          <w:lang w:val="en"/>
        </w:rPr>
      </w:pPr>
      <w:r w:rsidRPr="00FD2533">
        <w:rPr>
          <w:lang w:val="en"/>
        </w:rPr>
        <w:t xml:space="preserve">Medical: </w:t>
      </w:r>
    </w:p>
    <w:p w:rsidRPr="00FD2533" w:rsidR="00FD2533" w:rsidP="00511495" w:rsidRDefault="00FD2533" w14:paraId="162289C4" w14:textId="77777777">
      <w:pPr>
        <w:pStyle w:val="Heading2"/>
        <w:numPr>
          <w:ilvl w:val="0"/>
          <w:numId w:val="79"/>
        </w:numPr>
      </w:pPr>
      <w:r w:rsidRPr="00FD2533">
        <w:rPr>
          <w:lang w:val="en"/>
        </w:rPr>
        <w:t>SECTION 5-2-4 (g) ISSUES</w:t>
      </w:r>
      <w:r w:rsidRPr="00FD2533">
        <w:t> </w:t>
      </w:r>
    </w:p>
    <w:p w:rsidRPr="00FD2533" w:rsidR="00FD2533" w:rsidP="00FD2533" w:rsidRDefault="00FD2533" w14:paraId="460BDF52" w14:textId="77777777">
      <w:pPr>
        <w:numPr>
          <w:ilvl w:val="3"/>
          <w:numId w:val="73"/>
        </w:numPr>
        <w:ind w:left="1080"/>
        <w:contextualSpacing/>
      </w:pPr>
      <w:r w:rsidRPr="00FD2533">
        <w:rPr>
          <w:lang w:val="en"/>
        </w:rPr>
        <w:t>Whether the individual appreciates the harm caused to others and the community by his or her prior conduct that resulted in the finding of not guilty by reason of insanity</w:t>
      </w:r>
      <w:r w:rsidRPr="00FD2533">
        <w:t> </w:t>
      </w:r>
    </w:p>
    <w:p w:rsidRPr="00FD2533" w:rsidR="00FD2533" w:rsidP="00FD2533" w:rsidRDefault="00FD2533" w14:paraId="508332B1" w14:textId="77777777">
      <w:pPr>
        <w:numPr>
          <w:ilvl w:val="3"/>
          <w:numId w:val="73"/>
        </w:numPr>
        <w:ind w:left="1080"/>
        <w:contextualSpacing/>
      </w:pPr>
      <w:r w:rsidRPr="00FD2533">
        <w:t>Whether the person appreciates the criminality of conduct </w:t>
      </w:r>
      <w:proofErr w:type="gramStart"/>
      <w:r w:rsidRPr="00FD2533">
        <w:t>similar to</w:t>
      </w:r>
      <w:proofErr w:type="gramEnd"/>
      <w:r w:rsidRPr="00FD2533">
        <w:t> the conduct for which he or she was originally charged in this matter </w:t>
      </w:r>
    </w:p>
    <w:p w:rsidRPr="00FD2533" w:rsidR="00FD2533" w:rsidP="00FD2533" w:rsidRDefault="00FD2533" w14:paraId="543C8B56" w14:textId="77777777">
      <w:pPr>
        <w:numPr>
          <w:ilvl w:val="3"/>
          <w:numId w:val="73"/>
        </w:numPr>
        <w:ind w:left="1080"/>
        <w:contextualSpacing/>
      </w:pPr>
      <w:r w:rsidRPr="00FD2533">
        <w:t>The current state of the individual's illness </w:t>
      </w:r>
    </w:p>
    <w:p w:rsidRPr="00FD2533" w:rsidR="00FD2533" w:rsidP="00FD2533" w:rsidRDefault="00FD2533" w14:paraId="31BA56AF" w14:textId="77777777">
      <w:pPr>
        <w:numPr>
          <w:ilvl w:val="3"/>
          <w:numId w:val="73"/>
        </w:numPr>
        <w:ind w:left="1080"/>
        <w:contextualSpacing/>
      </w:pPr>
      <w:r w:rsidRPr="00FD2533">
        <w:rPr>
          <w:lang w:val="en"/>
        </w:rPr>
        <w:t>What, if any, medications the individual is taking to control his or her mental illness</w:t>
      </w:r>
      <w:r w:rsidRPr="00FD2533">
        <w:t> </w:t>
      </w:r>
    </w:p>
    <w:p w:rsidRPr="00FD2533" w:rsidR="00FD2533" w:rsidP="00FD2533" w:rsidRDefault="00FD2533" w14:paraId="549C3564" w14:textId="77777777">
      <w:pPr>
        <w:numPr>
          <w:ilvl w:val="3"/>
          <w:numId w:val="73"/>
        </w:numPr>
        <w:ind w:left="1080"/>
        <w:contextualSpacing/>
      </w:pPr>
      <w:r w:rsidRPr="00FD2533">
        <w:rPr>
          <w:lang w:val="en"/>
        </w:rPr>
        <w:t>What, if any, adverse physical side effects the medication has on the individual</w:t>
      </w:r>
      <w:r w:rsidRPr="00FD2533">
        <w:t> </w:t>
      </w:r>
    </w:p>
    <w:p w:rsidRPr="00FD2533" w:rsidR="00FD2533" w:rsidP="00FD2533" w:rsidRDefault="00FD2533" w14:paraId="07B9118D" w14:textId="77777777">
      <w:pPr>
        <w:numPr>
          <w:ilvl w:val="3"/>
          <w:numId w:val="73"/>
        </w:numPr>
        <w:ind w:left="1080"/>
        <w:contextualSpacing/>
      </w:pPr>
      <w:r w:rsidRPr="00FD2533">
        <w:t>The length of time it would take for the individual's mental health to deteriorate if the individual stopped taking prescribed medication </w:t>
      </w:r>
    </w:p>
    <w:p w:rsidRPr="00FD2533" w:rsidR="00FD2533" w:rsidP="00FD2533" w:rsidRDefault="00FD2533" w14:paraId="61E307FE" w14:textId="77777777">
      <w:pPr>
        <w:numPr>
          <w:ilvl w:val="3"/>
          <w:numId w:val="73"/>
        </w:numPr>
        <w:ind w:left="1080"/>
        <w:contextualSpacing/>
      </w:pPr>
      <w:r w:rsidRPr="00FD2533">
        <w:rPr>
          <w:lang w:val="en"/>
        </w:rPr>
        <w:t>The individual's history or potential for alcohol and drug abuse</w:t>
      </w:r>
      <w:r w:rsidRPr="00FD2533">
        <w:t> </w:t>
      </w:r>
    </w:p>
    <w:p w:rsidRPr="00FD2533" w:rsidR="00FD2533" w:rsidP="00FD2533" w:rsidRDefault="00FD2533" w14:paraId="5DB676D6" w14:textId="77777777">
      <w:pPr>
        <w:numPr>
          <w:ilvl w:val="3"/>
          <w:numId w:val="73"/>
        </w:numPr>
        <w:ind w:left="1080"/>
        <w:contextualSpacing/>
      </w:pPr>
      <w:r w:rsidRPr="00FD2533">
        <w:t>The individual's past criminal history </w:t>
      </w:r>
    </w:p>
    <w:p w:rsidRPr="00FD2533" w:rsidR="00FD2533" w:rsidP="00FD2533" w:rsidRDefault="00FD2533" w14:paraId="3BF9C83C" w14:textId="77777777">
      <w:pPr>
        <w:numPr>
          <w:ilvl w:val="3"/>
          <w:numId w:val="73"/>
        </w:numPr>
        <w:ind w:left="1080"/>
        <w:contextualSpacing/>
      </w:pPr>
      <w:r w:rsidRPr="00FD2533">
        <w:rPr>
          <w:lang w:val="en"/>
        </w:rPr>
        <w:t>Any specialized physical or medical needs of the individual</w:t>
      </w:r>
      <w:r w:rsidRPr="00FD2533">
        <w:t> </w:t>
      </w:r>
    </w:p>
    <w:p w:rsidRPr="00FD2533" w:rsidR="00FD2533" w:rsidP="00FD2533" w:rsidRDefault="00FD2533" w14:paraId="78836D20" w14:textId="77777777">
      <w:pPr>
        <w:numPr>
          <w:ilvl w:val="3"/>
          <w:numId w:val="73"/>
        </w:numPr>
        <w:ind w:left="1080"/>
        <w:contextualSpacing/>
      </w:pPr>
      <w:r w:rsidRPr="00FD2533">
        <w:t>Any family participation or involvement expected upon release and what is the willingness and ability of the family to participate or be involved </w:t>
      </w:r>
    </w:p>
    <w:p w:rsidRPr="00FD2533" w:rsidR="00FD2533" w:rsidP="00FD2533" w:rsidRDefault="00FD2533" w14:paraId="64FE61D4" w14:textId="77777777">
      <w:pPr>
        <w:numPr>
          <w:ilvl w:val="3"/>
          <w:numId w:val="73"/>
        </w:numPr>
        <w:ind w:left="1080"/>
        <w:contextualSpacing/>
      </w:pPr>
      <w:r w:rsidRPr="00FD2533">
        <w:t>The individual's potential to be a danger to himself, herself, or others </w:t>
      </w:r>
    </w:p>
    <w:p w:rsidRPr="00FD2533" w:rsidR="00FD2533" w:rsidP="00511495" w:rsidRDefault="00FD2533" w14:paraId="0DFBEFF0" w14:textId="77777777">
      <w:pPr>
        <w:pStyle w:val="Heading2"/>
        <w:numPr>
          <w:ilvl w:val="0"/>
          <w:numId w:val="79"/>
        </w:numPr>
      </w:pPr>
      <w:r w:rsidRPr="00FD2533">
        <w:rPr>
          <w:lang w:val="en"/>
        </w:rPr>
        <w:t>RISK ASSESSMENT</w:t>
      </w:r>
      <w:r w:rsidRPr="00FD2533">
        <w:t> </w:t>
      </w:r>
    </w:p>
    <w:p w:rsidRPr="00FD2533" w:rsidR="00FD2533" w:rsidP="00FD2533" w:rsidRDefault="00FD2533" w14:paraId="15308F93" w14:textId="77777777">
      <w:pPr>
        <w:numPr>
          <w:ilvl w:val="0"/>
          <w:numId w:val="74"/>
        </w:numPr>
        <w:contextualSpacing/>
      </w:pPr>
      <w:r w:rsidRPr="00FD2533">
        <w:rPr>
          <w:lang w:val="en"/>
        </w:rPr>
        <w:t>Assessment of imminent dangerousness</w:t>
      </w:r>
      <w:r w:rsidRPr="00FD2533">
        <w:t> </w:t>
      </w:r>
    </w:p>
    <w:p w:rsidRPr="00FD2533" w:rsidR="00FD2533" w:rsidP="00FD2533" w:rsidRDefault="00FD2533" w14:paraId="0300B586" w14:textId="77777777">
      <w:pPr>
        <w:numPr>
          <w:ilvl w:val="0"/>
          <w:numId w:val="74"/>
        </w:numPr>
        <w:contextualSpacing/>
      </w:pPr>
      <w:r w:rsidRPr="00FD2533">
        <w:rPr>
          <w:lang w:val="en"/>
        </w:rPr>
        <w:t>Results of formal assessment</w:t>
      </w:r>
      <w:r w:rsidRPr="00FD2533">
        <w:t> </w:t>
      </w:r>
    </w:p>
    <w:p w:rsidRPr="00FD2533" w:rsidR="00FD2533" w:rsidP="00FD2533" w:rsidRDefault="00FD2533" w14:paraId="4D409538" w14:textId="77777777">
      <w:pPr>
        <w:numPr>
          <w:ilvl w:val="0"/>
          <w:numId w:val="74"/>
        </w:numPr>
        <w:contextualSpacing/>
      </w:pPr>
      <w:r w:rsidRPr="00FD2533">
        <w:rPr>
          <w:lang w:val="en"/>
        </w:rPr>
        <w:lastRenderedPageBreak/>
        <w:t>Static, dynamic, chronic, and acute factors</w:t>
      </w:r>
      <w:r w:rsidRPr="00FD2533">
        <w:t> </w:t>
      </w:r>
    </w:p>
    <w:p w:rsidRPr="00FD2533" w:rsidR="00FD2533" w:rsidP="00FD2533" w:rsidRDefault="00FD2533" w14:paraId="41A96062" w14:textId="77777777">
      <w:pPr>
        <w:numPr>
          <w:ilvl w:val="0"/>
          <w:numId w:val="74"/>
        </w:numPr>
        <w:contextualSpacing/>
      </w:pPr>
      <w:r w:rsidRPr="00FD2533">
        <w:t>Opinion on current and future risk, as well as any conditions that impact such risk </w:t>
      </w:r>
    </w:p>
    <w:p w:rsidRPr="00FD2533" w:rsidR="00FD2533" w:rsidP="00511495" w:rsidRDefault="00FD2533" w14:paraId="19E374AF" w14:textId="77777777">
      <w:pPr>
        <w:pStyle w:val="Heading2"/>
        <w:numPr>
          <w:ilvl w:val="0"/>
          <w:numId w:val="79"/>
        </w:numPr>
      </w:pPr>
      <w:r w:rsidRPr="00FD2533">
        <w:rPr>
          <w:lang w:val="en"/>
        </w:rPr>
        <w:t>AFTERCARE AND RISK MANAGEMENT PLAN</w:t>
      </w:r>
      <w:r w:rsidRPr="00FD2533">
        <w:t> </w:t>
      </w:r>
    </w:p>
    <w:p w:rsidRPr="00FD2533" w:rsidR="00FD2533" w:rsidP="00FD2533" w:rsidRDefault="00FD2533" w14:paraId="46001253" w14:textId="77777777">
      <w:pPr>
        <w:numPr>
          <w:ilvl w:val="1"/>
          <w:numId w:val="75"/>
        </w:numPr>
        <w:contextualSpacing/>
      </w:pPr>
      <w:r w:rsidRPr="00FD2533">
        <w:rPr>
          <w:lang w:val="en"/>
        </w:rPr>
        <w:t>Continued treatment and monitoring services needed in the community</w:t>
      </w:r>
      <w:r w:rsidRPr="00FD2533">
        <w:t> </w:t>
      </w:r>
    </w:p>
    <w:p w:rsidRPr="00FD2533" w:rsidR="00FD2533" w:rsidP="00FD2533" w:rsidRDefault="00FD2533" w14:paraId="0BCBCF33" w14:textId="77777777">
      <w:pPr>
        <w:numPr>
          <w:ilvl w:val="1"/>
          <w:numId w:val="75"/>
        </w:numPr>
        <w:contextualSpacing/>
      </w:pPr>
      <w:r w:rsidRPr="00FD2533">
        <w:rPr>
          <w:lang w:val="en"/>
        </w:rPr>
        <w:t>Information of the community agency that has agreed to provide services to individual in the community</w:t>
      </w:r>
      <w:r w:rsidRPr="00FD2533">
        <w:t> </w:t>
      </w:r>
    </w:p>
    <w:p w:rsidRPr="00FD2533" w:rsidR="00FD2533" w:rsidP="00FD2533" w:rsidRDefault="00FD2533" w14:paraId="24D89139" w14:textId="77777777">
      <w:pPr>
        <w:numPr>
          <w:ilvl w:val="1"/>
          <w:numId w:val="75"/>
        </w:numPr>
        <w:contextualSpacing/>
      </w:pPr>
      <w:r w:rsidRPr="00FD2533">
        <w:rPr>
          <w:lang w:val="en"/>
        </w:rPr>
        <w:t>Address responsibilities of the community agency for monitoring and supervising the individual</w:t>
      </w:r>
      <w:r w:rsidRPr="00FD2533">
        <w:t> </w:t>
      </w:r>
    </w:p>
    <w:p w:rsidRPr="00FD2533" w:rsidR="00FD2533" w:rsidP="00FD2533" w:rsidRDefault="00FD2533" w14:paraId="23480C4E" w14:textId="77777777">
      <w:pPr>
        <w:numPr>
          <w:ilvl w:val="1"/>
          <w:numId w:val="75"/>
        </w:numPr>
        <w:contextualSpacing/>
      </w:pPr>
      <w:r w:rsidRPr="00FD2533">
        <w:t>Indicate how risk factors in section VI. can be assessed and managed if conditional release is granted; Likelihood the Individual may be expected to be dangerous </w:t>
      </w:r>
      <w:proofErr w:type="gramStart"/>
      <w:r w:rsidRPr="00FD2533">
        <w:t>in the near future</w:t>
      </w:r>
      <w:proofErr w:type="gramEnd"/>
      <w:r w:rsidRPr="00FD2533">
        <w:t>, and the conditions under which this may occur. </w:t>
      </w:r>
    </w:p>
    <w:p w:rsidRPr="00FD2533" w:rsidR="00FD2533" w:rsidP="00511495" w:rsidRDefault="00FD2533" w14:paraId="1E0CC296" w14:textId="2094C0ED">
      <w:pPr>
        <w:pStyle w:val="Heading2"/>
        <w:numPr>
          <w:ilvl w:val="0"/>
          <w:numId w:val="79"/>
        </w:numPr>
      </w:pPr>
      <w:r w:rsidRPr="00FD2533">
        <w:t>SUMMARY</w:t>
      </w:r>
    </w:p>
    <w:p w:rsidRPr="00FD2533" w:rsidR="00FD2533" w:rsidP="00511495" w:rsidRDefault="00FD2533" w14:paraId="6A91BB72" w14:textId="77777777">
      <w:pPr>
        <w:ind w:left="360" w:firstLine="360"/>
      </w:pPr>
      <w:proofErr w:type="gramStart"/>
      <w:r w:rsidRPr="00FD2533">
        <w:t>Brief summary</w:t>
      </w:r>
      <w:proofErr w:type="gramEnd"/>
      <w:r w:rsidRPr="00FD2533">
        <w:t> of findings and rationale for request to conditionally release. </w:t>
      </w:r>
    </w:p>
    <w:p w:rsidRPr="00FD2533" w:rsidR="00FD2533" w:rsidP="00511495" w:rsidRDefault="00FD2533" w14:paraId="73D10523" w14:textId="77777777">
      <w:pPr>
        <w:pStyle w:val="Heading2"/>
        <w:numPr>
          <w:ilvl w:val="0"/>
          <w:numId w:val="79"/>
        </w:numPr>
      </w:pPr>
      <w:r w:rsidRPr="00FD2533">
        <w:rPr>
          <w:lang w:val="en"/>
        </w:rPr>
        <w:t>RECOMMENDATIONS:</w:t>
      </w:r>
      <w:r w:rsidRPr="00FD2533">
        <w:t> </w:t>
      </w:r>
    </w:p>
    <w:p w:rsidRPr="00FD2533" w:rsidR="00FD2533" w:rsidP="00511495" w:rsidRDefault="00FD2533" w14:paraId="34BF122B" w14:textId="77777777">
      <w:pPr>
        <w:ind w:left="720"/>
      </w:pPr>
      <w:r w:rsidRPr="00FD2533">
        <w:t>The Clinical Treatment Team of the Forensic Treatment Program (FTP) at [ENTER FACILITY NAME] Mental Health Center is of the opinion that [ENTER PATIENT’S NAME]</w:t>
      </w:r>
      <w:r w:rsidRPr="00FD2533">
        <w:rPr>
          <w:i/>
          <w:iCs/>
        </w:rPr>
        <w:t> </w:t>
      </w:r>
      <w:r w:rsidRPr="00FD2533">
        <w:t>has made progress in treatment and has demonstrated clinical and behavioral stability for an extended </w:t>
      </w:r>
      <w:proofErr w:type="gramStart"/>
      <w:r w:rsidRPr="00FD2533">
        <w:t>period of time</w:t>
      </w:r>
      <w:proofErr w:type="gramEnd"/>
      <w:r w:rsidRPr="00FD2533">
        <w:t>.  He/she is cooperative and compliant with treatment including medications and has demonstrated an appropriate and responsible use of his/her on-ground and off-ground passes. The Treatment Team is recommending that the court authorize the Department of Human Services (DHS) to conditionally release [ENTER PATIENT’S NAME]</w:t>
      </w:r>
      <w:r w:rsidRPr="00FD2533">
        <w:rPr>
          <w:i/>
          <w:iCs/>
        </w:rPr>
        <w:t> </w:t>
      </w:r>
      <w:r w:rsidRPr="00FD2533">
        <w:t xml:space="preserve">to [ENTER COMMUNITY AGENCY]. </w:t>
      </w:r>
    </w:p>
    <w:p w:rsidRPr="00FD2533" w:rsidR="00FD2533" w:rsidP="00511495" w:rsidRDefault="00FD2533" w14:paraId="2128B83E" w14:textId="77777777">
      <w:pPr>
        <w:numPr>
          <w:ilvl w:val="3"/>
          <w:numId w:val="77"/>
        </w:numPr>
        <w:ind w:left="1440"/>
        <w:contextualSpacing/>
      </w:pPr>
      <w:r w:rsidRPr="00FD2533">
        <w:rPr>
          <w:lang w:val="en"/>
        </w:rPr>
        <w:t>Treatment recommendations to be provided by community agency</w:t>
      </w:r>
      <w:r w:rsidRPr="00FD2533">
        <w:t> </w:t>
      </w:r>
    </w:p>
    <w:p w:rsidRPr="00FD2533" w:rsidR="00FD2533" w:rsidP="00511495" w:rsidRDefault="00FD2533" w14:paraId="3230D3FA" w14:textId="77777777">
      <w:pPr>
        <w:numPr>
          <w:ilvl w:val="3"/>
          <w:numId w:val="77"/>
        </w:numPr>
        <w:ind w:left="1440"/>
        <w:contextualSpacing/>
      </w:pPr>
      <w:r w:rsidRPr="00FD2533">
        <w:t>Identify who will be responsible to submit 90-day progress reports to the court and provide contact information </w:t>
      </w:r>
    </w:p>
    <w:p w:rsidRPr="00FD2533" w:rsidR="00FD2533" w:rsidP="00511495" w:rsidRDefault="00FD2533" w14:paraId="1640F32B" w14:textId="77777777">
      <w:pPr>
        <w:numPr>
          <w:ilvl w:val="3"/>
          <w:numId w:val="77"/>
        </w:numPr>
        <w:ind w:left="1440"/>
        <w:contextualSpacing/>
      </w:pPr>
      <w:r w:rsidRPr="00FD2533">
        <w:rPr>
          <w:lang w:val="en"/>
        </w:rPr>
        <w:t>Indicate how community agency was instructed to address any form of individual’s noncompliance with conditions of release</w:t>
      </w:r>
      <w:r w:rsidRPr="00FD2533">
        <w:t> </w:t>
      </w:r>
    </w:p>
    <w:p w:rsidR="00FD2533" w:rsidP="00511495" w:rsidRDefault="00FD2533" w14:paraId="54BD67D3" w14:textId="77777777">
      <w:pPr>
        <w:numPr>
          <w:ilvl w:val="3"/>
          <w:numId w:val="77"/>
        </w:numPr>
        <w:ind w:left="1440"/>
        <w:contextualSpacing/>
      </w:pPr>
      <w:r w:rsidRPr="00FD2533">
        <w:t>Recommendations for how court should handle potential noncompliance by individual (i.e. return to DHS facility) </w:t>
      </w:r>
    </w:p>
    <w:p w:rsidRPr="00FD2533" w:rsidR="00511495" w:rsidP="00511495" w:rsidRDefault="00511495" w14:paraId="0545E950" w14:textId="77777777">
      <w:pPr>
        <w:ind w:left="1440"/>
        <w:contextualSpacing/>
      </w:pPr>
    </w:p>
    <w:p w:rsidRPr="00FD2533" w:rsidR="00FD2533" w:rsidP="00511495" w:rsidRDefault="00FD2533" w14:paraId="02F10489" w14:textId="15579D5E">
      <w:pPr>
        <w:spacing w:before="360" w:after="60"/>
        <w:outlineLvl w:val="2"/>
        <w:rPr>
          <w:b/>
          <w:bCs/>
          <w:color w:val="000000" w:themeColor="text1"/>
          <w:sz w:val="28"/>
          <w:szCs w:val="28"/>
        </w:rPr>
      </w:pPr>
      <w:r w:rsidRPr="00FD2533">
        <w:rPr>
          <w:b/>
          <w:bCs/>
          <w:color w:val="000000" w:themeColor="text1"/>
          <w:sz w:val="28"/>
          <w:szCs w:val="28"/>
          <w:lang w:val="en"/>
        </w:rPr>
        <w:t>DESIGNATED QUALIFIED PROFESSIONALS RESPONSIBLE FOR THE IMPLEMENTATION OF THE PLAN</w:t>
      </w:r>
      <w:r w:rsidRPr="00FD2533">
        <w:rPr>
          <w:b/>
          <w:bCs/>
          <w:color w:val="000000" w:themeColor="text1"/>
          <w:sz w:val="28"/>
          <w:szCs w:val="28"/>
        </w:rPr>
        <w:t> </w:t>
      </w:r>
    </w:p>
    <w:p w:rsidRPr="00FD2533" w:rsidR="00FD2533" w:rsidP="00FD2533" w:rsidRDefault="00FD2533" w14:paraId="7347B589" w14:textId="77777777">
      <w:pPr>
        <w:rPr>
          <w:lang w:val="en"/>
        </w:rPr>
      </w:pPr>
      <w:r w:rsidRPr="00FD2533">
        <w:rPr>
          <w:lang w:val="en"/>
        </w:rPr>
        <w:t>Psychiatrist: [ENTER NAME AND CREDENTIALS], [SIGN]</w:t>
      </w:r>
    </w:p>
    <w:p w:rsidRPr="00FD2533" w:rsidR="00FD2533" w:rsidP="00FD2533" w:rsidRDefault="00FD2533" w14:paraId="210C4AB3" w14:textId="77777777">
      <w:pPr>
        <w:rPr>
          <w:lang w:val="en"/>
        </w:rPr>
      </w:pPr>
      <w:r w:rsidRPr="00FD2533">
        <w:rPr>
          <w:lang w:val="en"/>
        </w:rPr>
        <w:t>Social Worker II</w:t>
      </w:r>
      <w:r w:rsidRPr="00FD2533">
        <w:t>: [ENTER NAME AND CREDENTIALS], [SIGN]</w:t>
      </w:r>
    </w:p>
    <w:p w:rsidRPr="00FD2533" w:rsidR="00A17151" w:rsidP="00FD2533" w:rsidRDefault="00A17151" w14:paraId="66204FF1" w14:textId="4ED445B9"/>
    <w:sectPr w:rsidRPr="00FD2533" w:rsidR="00A17151" w:rsidSect="00817D8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0" w:h="15840" w:orient="portrait"/>
      <w:pgMar w:top="108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7F73" w:rsidRDefault="00397F73" w14:paraId="73586352" w14:textId="77777777">
      <w:pPr>
        <w:spacing w:after="0" w:line="240" w:lineRule="auto"/>
      </w:pPr>
      <w:r>
        <w:separator/>
      </w:r>
    </w:p>
  </w:endnote>
  <w:endnote w:type="continuationSeparator" w:id="0">
    <w:p w:rsidR="00397F73" w:rsidRDefault="00397F73" w14:paraId="615671C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2" w:type="dxa"/>
      <w:tblLook w:val="06A0" w:firstRow="1" w:lastRow="0" w:firstColumn="1" w:lastColumn="0" w:noHBand="1" w:noVBand="1"/>
    </w:tblPr>
    <w:tblGrid>
      <w:gridCol w:w="3120"/>
      <w:gridCol w:w="3120"/>
      <w:gridCol w:w="3952"/>
    </w:tblGrid>
    <w:tr w:rsidR="1083564E" w:rsidTr="1E21B659" w14:paraId="7E0E07A9" w14:textId="77777777">
      <w:trPr>
        <w:trHeight w:val="300"/>
      </w:trPr>
      <w:tc>
        <w:tcPr>
          <w:tcW w:w="3120" w:type="dxa"/>
          <w:tcMar/>
        </w:tcPr>
        <w:p w:rsidR="1083564E" w:rsidP="1E21B659" w:rsidRDefault="1083564E" w14:paraId="0262C1B9" w14:textId="14E21CF0">
          <w:pPr>
            <w:pStyle w:val="BodycopySmall"/>
            <w:spacing w:after="60"/>
            <w:ind/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8"/>
              <w:szCs w:val="18"/>
              <w:lang w:val="en-US"/>
            </w:rPr>
          </w:pPr>
        </w:p>
      </w:tc>
      <w:tc>
        <w:tcPr>
          <w:tcW w:w="3120" w:type="dxa"/>
          <w:tcMar/>
        </w:tcPr>
        <w:p w:rsidR="1083564E" w:rsidP="1083564E" w:rsidRDefault="1083564E" w14:paraId="06383F6D" w14:textId="44E12F4F">
          <w:pPr>
            <w:pStyle w:val="Header"/>
            <w:jc w:val="center"/>
          </w:pPr>
        </w:p>
      </w:tc>
      <w:tc>
        <w:tcPr>
          <w:tcW w:w="3952" w:type="dxa"/>
          <w:tcMar/>
        </w:tcPr>
        <w:p w:rsidR="1083564E" w:rsidP="1E21B659" w:rsidRDefault="1083564E" w14:paraId="14155021" w14:textId="3FE182DE">
          <w:pPr>
            <w:pStyle w:val="BodycopySmall"/>
            <w:spacing w:after="60"/>
            <w:ind/>
            <w:jc w:val="right"/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8"/>
              <w:szCs w:val="18"/>
              <w:lang w:val="en-US"/>
            </w:rPr>
          </w:pPr>
        </w:p>
        <w:p w:rsidR="1083564E" w:rsidP="1E21B659" w:rsidRDefault="1083564E" w14:paraId="10E68FF1" w14:textId="6E10CE0F">
          <w:pPr>
            <w:pStyle w:val="BodycopySmall"/>
            <w:spacing w:after="60"/>
            <w:ind/>
            <w:jc w:val="right"/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8"/>
              <w:szCs w:val="18"/>
              <w:lang w:val="en-US"/>
            </w:rPr>
          </w:pPr>
          <w:r w:rsidRPr="1E21B659" w:rsidR="1E21B659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8"/>
              <w:szCs w:val="18"/>
              <w:lang w:val="en-US"/>
            </w:rPr>
            <w:t>VERSION DATE: 2026-07-17</w:t>
          </w:r>
        </w:p>
      </w:tc>
    </w:tr>
  </w:tbl>
  <w:p w:rsidR="1083564E" w:rsidP="1083564E" w:rsidRDefault="1083564E" w14:paraId="3ED0EB34" w14:textId="435CC3E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083564E" w:rsidTr="1083564E" w14:paraId="1E6A0E3D" w14:textId="77777777">
      <w:trPr>
        <w:trHeight w:val="300"/>
      </w:trPr>
      <w:tc>
        <w:tcPr>
          <w:tcW w:w="3120" w:type="dxa"/>
        </w:tcPr>
        <w:p w:rsidR="1083564E" w:rsidP="1083564E" w:rsidRDefault="1083564E" w14:paraId="16DF2887" w14:textId="46FEC8E3">
          <w:pPr>
            <w:pStyle w:val="Header"/>
            <w:ind w:left="-115"/>
          </w:pPr>
        </w:p>
      </w:tc>
      <w:tc>
        <w:tcPr>
          <w:tcW w:w="3120" w:type="dxa"/>
        </w:tcPr>
        <w:p w:rsidR="1083564E" w:rsidP="1083564E" w:rsidRDefault="1083564E" w14:paraId="4E255687" w14:textId="2197A4B5">
          <w:pPr>
            <w:pStyle w:val="Header"/>
            <w:jc w:val="center"/>
          </w:pPr>
        </w:p>
      </w:tc>
      <w:tc>
        <w:tcPr>
          <w:tcW w:w="3120" w:type="dxa"/>
        </w:tcPr>
        <w:p w:rsidR="1083564E" w:rsidP="1083564E" w:rsidRDefault="1083564E" w14:paraId="78FEA576" w14:textId="2C88EC4D">
          <w:pPr>
            <w:pStyle w:val="Header"/>
            <w:ind w:right="-115"/>
            <w:jc w:val="right"/>
          </w:pPr>
        </w:p>
      </w:tc>
    </w:tr>
  </w:tbl>
  <w:p w:rsidR="1083564E" w:rsidP="1083564E" w:rsidRDefault="1083564E" w14:paraId="0BBA3B13" w14:textId="02540CB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7F73" w:rsidRDefault="00397F73" w14:paraId="3FCE7B1D" w14:textId="77777777">
      <w:pPr>
        <w:spacing w:after="0" w:line="240" w:lineRule="auto"/>
      </w:pPr>
      <w:r>
        <w:separator/>
      </w:r>
    </w:p>
  </w:footnote>
  <w:footnote w:type="continuationSeparator" w:id="0">
    <w:p w:rsidR="00397F73" w:rsidRDefault="00397F73" w14:paraId="4E859C9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2" w:type="dxa"/>
      <w:tblLook w:val="06A0" w:firstRow="1" w:lastRow="0" w:firstColumn="1" w:lastColumn="0" w:noHBand="1" w:noVBand="1"/>
    </w:tblPr>
    <w:tblGrid>
      <w:gridCol w:w="3120"/>
      <w:gridCol w:w="3120"/>
      <w:gridCol w:w="3952"/>
    </w:tblGrid>
    <w:tr w:rsidR="1083564E" w:rsidTr="5DD823F3" w14:paraId="774855DA" w14:textId="77777777">
      <w:trPr>
        <w:trHeight w:val="300"/>
      </w:trPr>
      <w:tc>
        <w:tcPr>
          <w:tcW w:w="3120" w:type="dxa"/>
          <w:tcMar/>
        </w:tcPr>
        <w:p w:rsidR="1083564E" w:rsidP="1083564E" w:rsidRDefault="1083564E" w14:paraId="74A129ED" w14:textId="3E7E6F64">
          <w:pPr>
            <w:pStyle w:val="Header"/>
            <w:ind w:left="-115"/>
          </w:pPr>
        </w:p>
      </w:tc>
      <w:tc>
        <w:tcPr>
          <w:tcW w:w="3120" w:type="dxa"/>
          <w:tcMar/>
        </w:tcPr>
        <w:p w:rsidR="1083564E" w:rsidP="1083564E" w:rsidRDefault="1083564E" w14:paraId="6FE3A126" w14:textId="705ACC8F">
          <w:pPr>
            <w:pStyle w:val="Header"/>
            <w:jc w:val="center"/>
          </w:pPr>
        </w:p>
      </w:tc>
      <w:tc>
        <w:tcPr>
          <w:tcW w:w="3952" w:type="dxa"/>
          <w:tcMar/>
        </w:tcPr>
        <w:p w:rsidR="1083564E" w:rsidP="1083564E" w:rsidRDefault="1083564E" w14:paraId="4D88AA84" w14:textId="515AEECB">
          <w:pPr>
            <w:pStyle w:val="Header"/>
            <w:ind w:right="-115"/>
            <w:jc w:val="right"/>
          </w:pPr>
        </w:p>
      </w:tc>
    </w:tr>
  </w:tbl>
  <w:p w:rsidR="1083564E" w:rsidP="1083564E" w:rsidRDefault="1083564E" w14:paraId="483EF875" w14:textId="0E432D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083564E" w:rsidTr="1083564E" w14:paraId="7EABCA0D" w14:textId="77777777">
      <w:trPr>
        <w:trHeight w:val="300"/>
      </w:trPr>
      <w:tc>
        <w:tcPr>
          <w:tcW w:w="3120" w:type="dxa"/>
        </w:tcPr>
        <w:p w:rsidR="1083564E" w:rsidP="1083564E" w:rsidRDefault="1083564E" w14:paraId="4F921BF4" w14:textId="5A03F700">
          <w:pPr>
            <w:pStyle w:val="Header"/>
            <w:ind w:left="-115"/>
          </w:pPr>
        </w:p>
      </w:tc>
      <w:tc>
        <w:tcPr>
          <w:tcW w:w="3120" w:type="dxa"/>
        </w:tcPr>
        <w:p w:rsidR="1083564E" w:rsidP="1083564E" w:rsidRDefault="1083564E" w14:paraId="06434AE9" w14:textId="64756B6F">
          <w:pPr>
            <w:pStyle w:val="Header"/>
            <w:jc w:val="center"/>
          </w:pPr>
        </w:p>
      </w:tc>
      <w:tc>
        <w:tcPr>
          <w:tcW w:w="3120" w:type="dxa"/>
        </w:tcPr>
        <w:p w:rsidR="1083564E" w:rsidP="1083564E" w:rsidRDefault="1083564E" w14:paraId="0BEE0329" w14:textId="4397BBE8">
          <w:pPr>
            <w:pStyle w:val="Header"/>
            <w:ind w:right="-115"/>
            <w:jc w:val="right"/>
          </w:pPr>
        </w:p>
      </w:tc>
    </w:tr>
  </w:tbl>
  <w:p w:rsidR="1083564E" w:rsidP="1083564E" w:rsidRDefault="1083564E" w14:paraId="4DD4B3B9" w14:textId="12363A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6" w15:restartNumberingAfterBreak="0">
    <w:nsid w:val="02760CC2"/>
    <w:multiLevelType w:val="hybridMultilevel"/>
    <w:tmpl w:val="207698D2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086364CF"/>
    <w:multiLevelType w:val="hybridMultilevel"/>
    <w:tmpl w:val="340C03E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A70E80"/>
    <w:multiLevelType w:val="hybridMultilevel"/>
    <w:tmpl w:val="E63E557C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2D26B5"/>
    <w:multiLevelType w:val="hybridMultilevel"/>
    <w:tmpl w:val="3FFE6CA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093037CF"/>
    <w:multiLevelType w:val="hybridMultilevel"/>
    <w:tmpl w:val="8A56AF9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9385BC1"/>
    <w:multiLevelType w:val="hybridMultilevel"/>
    <w:tmpl w:val="EF728A98"/>
    <w:lvl w:ilvl="0" w:tplc="E7FC5A0C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" w15:restartNumberingAfterBreak="0">
    <w:nsid w:val="09BE7C4A"/>
    <w:multiLevelType w:val="hybridMultilevel"/>
    <w:tmpl w:val="FB50C3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0C165F84"/>
    <w:multiLevelType w:val="hybridMultilevel"/>
    <w:tmpl w:val="072C7F98"/>
    <w:lvl w:ilvl="0" w:tplc="04090001">
      <w:start w:val="1"/>
      <w:numFmt w:val="bullet"/>
      <w:lvlText w:val=""/>
      <w:lvlJc w:val="left"/>
      <w:pPr>
        <w:ind w:left="9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hint="default" w:ascii="Wingdings" w:hAnsi="Wingdings"/>
      </w:rPr>
    </w:lvl>
  </w:abstractNum>
  <w:abstractNum w:abstractNumId="14" w15:restartNumberingAfterBreak="0">
    <w:nsid w:val="0E836D45"/>
    <w:multiLevelType w:val="hybridMultilevel"/>
    <w:tmpl w:val="95345A7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0F47384A"/>
    <w:multiLevelType w:val="hybridMultilevel"/>
    <w:tmpl w:val="5860EB0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upperRoman"/>
      <w:lvlText w:val="%5."/>
      <w:lvlJc w:val="righ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37103E2"/>
    <w:multiLevelType w:val="hybridMultilevel"/>
    <w:tmpl w:val="5AC8175E"/>
    <w:lvl w:ilvl="0" w:tplc="E7FC5A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163F3373"/>
    <w:multiLevelType w:val="hybridMultilevel"/>
    <w:tmpl w:val="39C0F2E0"/>
    <w:lvl w:ilvl="0" w:tplc="07AA6DB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upperRoman"/>
      <w:lvlText w:val="%5."/>
      <w:lvlJc w:val="righ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7DC0E7B"/>
    <w:multiLevelType w:val="hybridMultilevel"/>
    <w:tmpl w:val="83F25AF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9" w15:restartNumberingAfterBreak="0">
    <w:nsid w:val="18E120DE"/>
    <w:multiLevelType w:val="hybridMultilevel"/>
    <w:tmpl w:val="47D4F89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463999"/>
    <w:multiLevelType w:val="singleLevel"/>
    <w:tmpl w:val="E640B500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1" w15:restartNumberingAfterBreak="0">
    <w:nsid w:val="20190998"/>
    <w:multiLevelType w:val="hybridMultilevel"/>
    <w:tmpl w:val="6276CF8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2" w15:restartNumberingAfterBreak="0">
    <w:nsid w:val="20F211C0"/>
    <w:multiLevelType w:val="hybridMultilevel"/>
    <w:tmpl w:val="1092FBBA"/>
    <w:lvl w:ilvl="0" w:tplc="FFFFFFFF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FFFFFFFF">
      <w:start w:val="1"/>
      <w:numFmt w:val="lowerRoman"/>
      <w:lvlText w:val="%3."/>
      <w:lvlJc w:val="right"/>
      <w:pPr>
        <w:ind w:left="0" w:hanging="180"/>
      </w:pPr>
    </w:lvl>
    <w:lvl w:ilvl="3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4" w:tplc="FFFFFFFF">
      <w:start w:val="1"/>
      <w:numFmt w:val="upperRoman"/>
      <w:lvlText w:val="%5."/>
      <w:lvlJc w:val="left"/>
      <w:pPr>
        <w:ind w:left="1800" w:hanging="720"/>
      </w:pPr>
      <w:rPr>
        <w:rFonts w:hint="default"/>
        <w:sz w:val="20"/>
      </w:rPr>
    </w:lvl>
    <w:lvl w:ilvl="5" w:tplc="FFFFFFFF">
      <w:start w:val="8"/>
      <w:numFmt w:val="lowerLetter"/>
      <w:lvlText w:val="%6."/>
      <w:lvlJc w:val="left"/>
      <w:pPr>
        <w:ind w:left="2340" w:hanging="360"/>
      </w:pPr>
      <w:rPr>
        <w:rFonts w:hint="default"/>
        <w:sz w:val="20"/>
      </w:rPr>
    </w:lvl>
    <w:lvl w:ilvl="6" w:tplc="FFFFFFFF" w:tentative="1">
      <w:start w:val="1"/>
      <w:numFmt w:val="decimal"/>
      <w:lvlText w:val="%7."/>
      <w:lvlJc w:val="left"/>
      <w:pPr>
        <w:ind w:left="2880" w:hanging="360"/>
      </w:pPr>
    </w:lvl>
    <w:lvl w:ilvl="7" w:tplc="FFFFFFFF" w:tentative="1">
      <w:start w:val="1"/>
      <w:numFmt w:val="lowerLetter"/>
      <w:lvlText w:val="%8."/>
      <w:lvlJc w:val="left"/>
      <w:pPr>
        <w:ind w:left="3600" w:hanging="360"/>
      </w:pPr>
    </w:lvl>
    <w:lvl w:ilvl="8" w:tplc="FFFFFFFF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23" w15:restartNumberingAfterBreak="0">
    <w:nsid w:val="216B5072"/>
    <w:multiLevelType w:val="hybridMultilevel"/>
    <w:tmpl w:val="3196C7D0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C84C07"/>
    <w:multiLevelType w:val="hybridMultilevel"/>
    <w:tmpl w:val="C194F38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5" w15:restartNumberingAfterBreak="0">
    <w:nsid w:val="2A496EFB"/>
    <w:multiLevelType w:val="hybridMultilevel"/>
    <w:tmpl w:val="9F6C952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6" w15:restartNumberingAfterBreak="0">
    <w:nsid w:val="2A7033EB"/>
    <w:multiLevelType w:val="hybridMultilevel"/>
    <w:tmpl w:val="737E3C9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FFFFFFFF">
      <w:start w:val="1"/>
      <w:numFmt w:val="bullet"/>
      <w:lvlText w:val=""/>
      <w:lvlJc w:val="left"/>
      <w:pPr>
        <w:ind w:left="1008" w:hanging="360"/>
      </w:pPr>
      <w:rPr>
        <w:rFonts w:hint="default" w:ascii="Symbol" w:hAnsi="Symbol"/>
      </w:rPr>
    </w:lvl>
    <w:lvl w:ilvl="2" w:tplc="FFFFFFFF">
      <w:start w:val="1"/>
      <w:numFmt w:val="lowerRoman"/>
      <w:lvlText w:val="%3."/>
      <w:lvlJc w:val="right"/>
      <w:pPr>
        <w:ind w:left="1728" w:hanging="180"/>
      </w:pPr>
    </w:lvl>
    <w:lvl w:ilvl="3" w:tplc="FFFFFFFF">
      <w:start w:val="10"/>
      <w:numFmt w:val="bullet"/>
      <w:lvlText w:val="-"/>
      <w:lvlJc w:val="left"/>
      <w:pPr>
        <w:ind w:left="2448" w:hanging="360"/>
      </w:pPr>
      <w:rPr>
        <w:rFonts w:hint="default" w:ascii="Calibri" w:hAnsi="Calibri" w:eastAsia="Calibri" w:cs="Calibri"/>
        <w:sz w:val="20"/>
      </w:rPr>
    </w:lvl>
    <w:lvl w:ilvl="4" w:tplc="FFFFFFFF">
      <w:start w:val="1"/>
      <w:numFmt w:val="upperRoman"/>
      <w:lvlText w:val="%5."/>
      <w:lvlJc w:val="left"/>
      <w:pPr>
        <w:ind w:left="3528" w:hanging="720"/>
      </w:pPr>
      <w:rPr>
        <w:rFonts w:hint="default"/>
        <w:sz w:val="20"/>
      </w:rPr>
    </w:lvl>
    <w:lvl w:ilvl="5" w:tplc="FFFFFFFF">
      <w:start w:val="8"/>
      <w:numFmt w:val="lowerLetter"/>
      <w:lvlText w:val="%6."/>
      <w:lvlJc w:val="left"/>
      <w:pPr>
        <w:ind w:left="4068" w:hanging="360"/>
      </w:pPr>
      <w:rPr>
        <w:rFonts w:hint="default"/>
        <w:sz w:val="20"/>
      </w:rPr>
    </w:lvl>
    <w:lvl w:ilvl="6" w:tplc="FFFFFFFF" w:tentative="1">
      <w:start w:val="1"/>
      <w:numFmt w:val="decimal"/>
      <w:lvlText w:val="%7."/>
      <w:lvlJc w:val="left"/>
      <w:pPr>
        <w:ind w:left="4608" w:hanging="360"/>
      </w:pPr>
    </w:lvl>
    <w:lvl w:ilvl="7" w:tplc="FFFFFFFF" w:tentative="1">
      <w:start w:val="1"/>
      <w:numFmt w:val="lowerLetter"/>
      <w:lvlText w:val="%8."/>
      <w:lvlJc w:val="left"/>
      <w:pPr>
        <w:ind w:left="5328" w:hanging="360"/>
      </w:pPr>
    </w:lvl>
    <w:lvl w:ilvl="8" w:tplc="FFFFFFFF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27" w15:restartNumberingAfterBreak="0">
    <w:nsid w:val="2AA5263E"/>
    <w:multiLevelType w:val="hybridMultilevel"/>
    <w:tmpl w:val="569E762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9D3CE3"/>
    <w:multiLevelType w:val="hybridMultilevel"/>
    <w:tmpl w:val="32AC71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C13409"/>
    <w:multiLevelType w:val="hybridMultilevel"/>
    <w:tmpl w:val="F75C246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0" w15:restartNumberingAfterBreak="0">
    <w:nsid w:val="2FE03874"/>
    <w:multiLevelType w:val="hybridMultilevel"/>
    <w:tmpl w:val="28468498"/>
    <w:lvl w:ilvl="0" w:tplc="33C09E7C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8F5AFDE0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w:ilvl="2" w:tplc="33443E50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w:ilvl="3" w:tplc="F5B2732C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w:ilvl="4" w:tplc="E1CE3328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w:ilvl="5" w:tplc="DA743DFC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w:ilvl="6" w:tplc="6C1CEE4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w:ilvl="7" w:tplc="82D6E980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w:ilvl="8" w:tplc="50DC64B0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30574508"/>
    <w:multiLevelType w:val="hybridMultilevel"/>
    <w:tmpl w:val="1B0AA4B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2" w15:restartNumberingAfterBreak="0">
    <w:nsid w:val="3146121D"/>
    <w:multiLevelType w:val="hybridMultilevel"/>
    <w:tmpl w:val="2CAADDD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7F2FF8"/>
    <w:multiLevelType w:val="hybridMultilevel"/>
    <w:tmpl w:val="ACB426BE"/>
    <w:lvl w:ilvl="0" w:tplc="CB8C5D04">
      <w:start w:val="1"/>
      <w:numFmt w:val="lowerLetter"/>
      <w:lvlText w:val="%1."/>
      <w:lvlJc w:val="left"/>
      <w:pPr>
        <w:ind w:left="720" w:hanging="360"/>
      </w:pPr>
    </w:lvl>
    <w:lvl w:ilvl="1" w:tplc="C80277AC">
      <w:start w:val="1"/>
      <w:numFmt w:val="lowerLetter"/>
      <w:lvlText w:val="%2."/>
      <w:lvlJc w:val="left"/>
      <w:pPr>
        <w:ind w:left="1440" w:hanging="360"/>
      </w:pPr>
    </w:lvl>
    <w:lvl w:ilvl="2" w:tplc="7F9644FE">
      <w:start w:val="1"/>
      <w:numFmt w:val="lowerRoman"/>
      <w:lvlText w:val="%3."/>
      <w:lvlJc w:val="right"/>
      <w:pPr>
        <w:ind w:left="2160" w:hanging="180"/>
      </w:pPr>
    </w:lvl>
    <w:lvl w:ilvl="3" w:tplc="36E8C2E4">
      <w:start w:val="1"/>
      <w:numFmt w:val="decimal"/>
      <w:lvlText w:val="%4."/>
      <w:lvlJc w:val="left"/>
      <w:pPr>
        <w:ind w:left="2880" w:hanging="360"/>
      </w:pPr>
    </w:lvl>
    <w:lvl w:ilvl="4" w:tplc="1F94E478">
      <w:start w:val="1"/>
      <w:numFmt w:val="lowerLetter"/>
      <w:lvlText w:val="%5."/>
      <w:lvlJc w:val="left"/>
      <w:pPr>
        <w:ind w:left="3600" w:hanging="360"/>
      </w:pPr>
    </w:lvl>
    <w:lvl w:ilvl="5" w:tplc="4B36E8D8">
      <w:start w:val="1"/>
      <w:numFmt w:val="lowerRoman"/>
      <w:lvlText w:val="%6."/>
      <w:lvlJc w:val="right"/>
      <w:pPr>
        <w:ind w:left="4320" w:hanging="180"/>
      </w:pPr>
    </w:lvl>
    <w:lvl w:ilvl="6" w:tplc="46C67938">
      <w:start w:val="1"/>
      <w:numFmt w:val="decimal"/>
      <w:lvlText w:val="%7."/>
      <w:lvlJc w:val="left"/>
      <w:pPr>
        <w:ind w:left="5040" w:hanging="360"/>
      </w:pPr>
    </w:lvl>
    <w:lvl w:ilvl="7" w:tplc="F96096B8">
      <w:start w:val="1"/>
      <w:numFmt w:val="lowerLetter"/>
      <w:lvlText w:val="%8."/>
      <w:lvlJc w:val="left"/>
      <w:pPr>
        <w:ind w:left="5760" w:hanging="360"/>
      </w:pPr>
    </w:lvl>
    <w:lvl w:ilvl="8" w:tplc="B1AC8C0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BD69BE"/>
    <w:multiLevelType w:val="hybridMultilevel"/>
    <w:tmpl w:val="F5627A8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5" w15:restartNumberingAfterBreak="0">
    <w:nsid w:val="34235185"/>
    <w:multiLevelType w:val="hybridMultilevel"/>
    <w:tmpl w:val="796A7CB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6" w15:restartNumberingAfterBreak="0">
    <w:nsid w:val="34DA47C3"/>
    <w:multiLevelType w:val="hybridMultilevel"/>
    <w:tmpl w:val="A29EF506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7" w15:restartNumberingAfterBreak="0">
    <w:nsid w:val="37600B09"/>
    <w:multiLevelType w:val="hybridMultilevel"/>
    <w:tmpl w:val="225C841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8DF153C"/>
    <w:multiLevelType w:val="hybridMultilevel"/>
    <w:tmpl w:val="C58C39E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9" w15:restartNumberingAfterBreak="0">
    <w:nsid w:val="397B598B"/>
    <w:multiLevelType w:val="hybridMultilevel"/>
    <w:tmpl w:val="B678CE70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504E6C"/>
    <w:multiLevelType w:val="hybridMultilevel"/>
    <w:tmpl w:val="888CE51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A701AEE"/>
    <w:multiLevelType w:val="hybridMultilevel"/>
    <w:tmpl w:val="1D72FD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A743654"/>
    <w:multiLevelType w:val="hybridMultilevel"/>
    <w:tmpl w:val="F0800A6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B5A312C"/>
    <w:multiLevelType w:val="hybridMultilevel"/>
    <w:tmpl w:val="998E7B04"/>
    <w:lvl w:ilvl="0" w:tplc="83C227C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DF9295F4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D0F366E"/>
    <w:multiLevelType w:val="hybridMultilevel"/>
    <w:tmpl w:val="B06A5A5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5" w15:restartNumberingAfterBreak="0">
    <w:nsid w:val="3F696E9D"/>
    <w:multiLevelType w:val="hybridMultilevel"/>
    <w:tmpl w:val="ABAA47F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40786AD5"/>
    <w:multiLevelType w:val="hybridMultilevel"/>
    <w:tmpl w:val="6DB0952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7" w15:restartNumberingAfterBreak="0">
    <w:nsid w:val="431F3E6C"/>
    <w:multiLevelType w:val="hybridMultilevel"/>
    <w:tmpl w:val="E7CAF41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8" w15:restartNumberingAfterBreak="0">
    <w:nsid w:val="43CC205A"/>
    <w:multiLevelType w:val="hybridMultilevel"/>
    <w:tmpl w:val="9F56480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9" w15:restartNumberingAfterBreak="0">
    <w:nsid w:val="45730F78"/>
    <w:multiLevelType w:val="hybridMultilevel"/>
    <w:tmpl w:val="3106262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0" w15:restartNumberingAfterBreak="0">
    <w:nsid w:val="4679592F"/>
    <w:multiLevelType w:val="hybridMultilevel"/>
    <w:tmpl w:val="07AA44A2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FFFFFFFF">
      <w:start w:val="1"/>
      <w:numFmt w:val="lowerRoman"/>
      <w:lvlText w:val="%3."/>
      <w:lvlJc w:val="right"/>
      <w:pPr>
        <w:ind w:left="0" w:hanging="180"/>
      </w:pPr>
    </w:lvl>
    <w:lvl w:ilvl="3" w:tplc="FFFFFFFF">
      <w:start w:val="10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  <w:sz w:val="20"/>
      </w:rPr>
    </w:lvl>
    <w:lvl w:ilvl="4" w:tplc="FFFFFFFF">
      <w:start w:val="1"/>
      <w:numFmt w:val="upperRoman"/>
      <w:lvlText w:val="%5."/>
      <w:lvlJc w:val="left"/>
      <w:pPr>
        <w:ind w:left="1800" w:hanging="720"/>
      </w:pPr>
      <w:rPr>
        <w:rFonts w:hint="default"/>
        <w:sz w:val="20"/>
      </w:rPr>
    </w:lvl>
    <w:lvl w:ilvl="5" w:tplc="FFFFFFFF">
      <w:start w:val="8"/>
      <w:numFmt w:val="lowerLetter"/>
      <w:lvlText w:val="%6."/>
      <w:lvlJc w:val="left"/>
      <w:pPr>
        <w:ind w:left="2340" w:hanging="360"/>
      </w:pPr>
      <w:rPr>
        <w:rFonts w:hint="default"/>
        <w:sz w:val="20"/>
      </w:rPr>
    </w:lvl>
    <w:lvl w:ilvl="6" w:tplc="FFFFFFFF" w:tentative="1">
      <w:start w:val="1"/>
      <w:numFmt w:val="decimal"/>
      <w:lvlText w:val="%7."/>
      <w:lvlJc w:val="left"/>
      <w:pPr>
        <w:ind w:left="2880" w:hanging="360"/>
      </w:pPr>
    </w:lvl>
    <w:lvl w:ilvl="7" w:tplc="FFFFFFFF" w:tentative="1">
      <w:start w:val="1"/>
      <w:numFmt w:val="lowerLetter"/>
      <w:lvlText w:val="%8."/>
      <w:lvlJc w:val="left"/>
      <w:pPr>
        <w:ind w:left="3600" w:hanging="360"/>
      </w:pPr>
    </w:lvl>
    <w:lvl w:ilvl="8" w:tplc="FFFFFFFF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51" w15:restartNumberingAfterBreak="0">
    <w:nsid w:val="47315620"/>
    <w:multiLevelType w:val="hybridMultilevel"/>
    <w:tmpl w:val="A582FEC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2" w15:restartNumberingAfterBreak="0">
    <w:nsid w:val="47850AA0"/>
    <w:multiLevelType w:val="hybridMultilevel"/>
    <w:tmpl w:val="23DAC656"/>
    <w:lvl w:ilvl="0" w:tplc="2B6AD4BC">
      <w:start w:val="1"/>
      <w:numFmt w:val="lowerRoman"/>
      <w:lvlText w:val="%1."/>
      <w:lvlJc w:val="right"/>
      <w:pPr>
        <w:ind w:left="288" w:hanging="216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6358B57E">
      <w:start w:val="10"/>
      <w:numFmt w:val="bullet"/>
      <w:lvlText w:val="-"/>
      <w:lvlJc w:val="left"/>
      <w:pPr>
        <w:ind w:left="2520" w:hanging="360"/>
      </w:pPr>
      <w:rPr>
        <w:rFonts w:hint="default" w:ascii="Calibri" w:hAnsi="Calibri" w:eastAsia="Calibri" w:cs="Calibri"/>
        <w:sz w:val="20"/>
      </w:rPr>
    </w:lvl>
    <w:lvl w:ilvl="4" w:tplc="FA4A9C8E">
      <w:start w:val="1"/>
      <w:numFmt w:val="upperRoman"/>
      <w:lvlText w:val="%5."/>
      <w:lvlJc w:val="left"/>
      <w:pPr>
        <w:ind w:left="3600" w:hanging="720"/>
      </w:pPr>
      <w:rPr>
        <w:rFonts w:hint="default"/>
        <w:sz w:val="20"/>
      </w:rPr>
    </w:lvl>
    <w:lvl w:ilvl="5" w:tplc="8722B556">
      <w:start w:val="8"/>
      <w:numFmt w:val="lowerLetter"/>
      <w:lvlText w:val="%6."/>
      <w:lvlJc w:val="left"/>
      <w:pPr>
        <w:ind w:left="4140" w:hanging="360"/>
      </w:pPr>
      <w:rPr>
        <w:rFonts w:hint="default"/>
        <w:sz w:val="20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47B478AD"/>
    <w:multiLevelType w:val="hybridMultilevel"/>
    <w:tmpl w:val="92987636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4" w15:restartNumberingAfterBreak="0">
    <w:nsid w:val="47D02BA6"/>
    <w:multiLevelType w:val="hybridMultilevel"/>
    <w:tmpl w:val="2090A70E"/>
    <w:lvl w:ilvl="0" w:tplc="FFFFFFFF">
      <w:start w:val="1"/>
      <w:numFmt w:val="lowerRoman"/>
      <w:lvlText w:val="%1."/>
      <w:lvlJc w:val="right"/>
      <w:pPr>
        <w:ind w:left="216" w:hanging="216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08" w:hanging="360"/>
      </w:pPr>
      <w:rPr>
        <w:rFonts w:hint="default" w:ascii="Symbol" w:hAnsi="Symbol"/>
      </w:rPr>
    </w:lvl>
    <w:lvl w:ilvl="2" w:tplc="FFFFFFFF">
      <w:start w:val="1"/>
      <w:numFmt w:val="lowerRoman"/>
      <w:lvlText w:val="%3."/>
      <w:lvlJc w:val="right"/>
      <w:pPr>
        <w:ind w:left="1728" w:hanging="180"/>
      </w:pPr>
    </w:lvl>
    <w:lvl w:ilvl="3" w:tplc="FFFFFFFF">
      <w:start w:val="10"/>
      <w:numFmt w:val="bullet"/>
      <w:lvlText w:val="-"/>
      <w:lvlJc w:val="left"/>
      <w:pPr>
        <w:ind w:left="2448" w:hanging="360"/>
      </w:pPr>
      <w:rPr>
        <w:rFonts w:hint="default" w:ascii="Calibri" w:hAnsi="Calibri" w:eastAsia="Calibri" w:cs="Calibri"/>
        <w:sz w:val="20"/>
      </w:rPr>
    </w:lvl>
    <w:lvl w:ilvl="4" w:tplc="FFFFFFFF">
      <w:start w:val="1"/>
      <w:numFmt w:val="upperRoman"/>
      <w:lvlText w:val="%5."/>
      <w:lvlJc w:val="left"/>
      <w:pPr>
        <w:ind w:left="3528" w:hanging="720"/>
      </w:pPr>
      <w:rPr>
        <w:rFonts w:hint="default"/>
        <w:sz w:val="20"/>
      </w:rPr>
    </w:lvl>
    <w:lvl w:ilvl="5" w:tplc="FFFFFFFF">
      <w:start w:val="8"/>
      <w:numFmt w:val="lowerLetter"/>
      <w:lvlText w:val="%6."/>
      <w:lvlJc w:val="left"/>
      <w:pPr>
        <w:ind w:left="4068" w:hanging="360"/>
      </w:pPr>
      <w:rPr>
        <w:rFonts w:hint="default"/>
        <w:sz w:val="20"/>
      </w:rPr>
    </w:lvl>
    <w:lvl w:ilvl="6" w:tplc="FFFFFFFF" w:tentative="1">
      <w:start w:val="1"/>
      <w:numFmt w:val="decimal"/>
      <w:lvlText w:val="%7."/>
      <w:lvlJc w:val="left"/>
      <w:pPr>
        <w:ind w:left="4608" w:hanging="360"/>
      </w:pPr>
    </w:lvl>
    <w:lvl w:ilvl="7" w:tplc="FFFFFFFF" w:tentative="1">
      <w:start w:val="1"/>
      <w:numFmt w:val="lowerLetter"/>
      <w:lvlText w:val="%8."/>
      <w:lvlJc w:val="left"/>
      <w:pPr>
        <w:ind w:left="5328" w:hanging="360"/>
      </w:pPr>
    </w:lvl>
    <w:lvl w:ilvl="8" w:tplc="FFFFFFFF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55" w15:restartNumberingAfterBreak="0">
    <w:nsid w:val="48DF632D"/>
    <w:multiLevelType w:val="hybridMultilevel"/>
    <w:tmpl w:val="09B4B91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6" w15:restartNumberingAfterBreak="0">
    <w:nsid w:val="48F35C3F"/>
    <w:multiLevelType w:val="hybridMultilevel"/>
    <w:tmpl w:val="4CEEA9C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7" w15:restartNumberingAfterBreak="0">
    <w:nsid w:val="490920EB"/>
    <w:multiLevelType w:val="hybridMultilevel"/>
    <w:tmpl w:val="13EEF8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8" w15:restartNumberingAfterBreak="0">
    <w:nsid w:val="4C436FF1"/>
    <w:multiLevelType w:val="hybridMultilevel"/>
    <w:tmpl w:val="9D78B02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9" w15:restartNumberingAfterBreak="0">
    <w:nsid w:val="4F485110"/>
    <w:multiLevelType w:val="hybridMultilevel"/>
    <w:tmpl w:val="53CADFDC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0" w15:restartNumberingAfterBreak="0">
    <w:nsid w:val="50965637"/>
    <w:multiLevelType w:val="hybridMultilevel"/>
    <w:tmpl w:val="9F448CB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1" w15:restartNumberingAfterBreak="0">
    <w:nsid w:val="50EE7A44"/>
    <w:multiLevelType w:val="hybridMultilevel"/>
    <w:tmpl w:val="C23289C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2" w15:restartNumberingAfterBreak="0">
    <w:nsid w:val="51156470"/>
    <w:multiLevelType w:val="hybridMultilevel"/>
    <w:tmpl w:val="B0647AA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3" w15:restartNumberingAfterBreak="0">
    <w:nsid w:val="546209BB"/>
    <w:multiLevelType w:val="hybridMultilevel"/>
    <w:tmpl w:val="E7AC40B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7846B85"/>
    <w:multiLevelType w:val="hybridMultilevel"/>
    <w:tmpl w:val="483A3B52"/>
    <w:lvl w:ilvl="0" w:tplc="1CB46D58">
      <w:start w:val="1"/>
      <w:numFmt w:val="lowerLetter"/>
      <w:lvlText w:val="%1."/>
      <w:lvlJc w:val="left"/>
      <w:pPr>
        <w:ind w:left="720" w:hanging="360"/>
      </w:pPr>
    </w:lvl>
    <w:lvl w:ilvl="1" w:tplc="40406D08">
      <w:start w:val="1"/>
      <w:numFmt w:val="lowerLetter"/>
      <w:lvlText w:val="%2."/>
      <w:lvlJc w:val="left"/>
      <w:pPr>
        <w:ind w:left="1440" w:hanging="360"/>
      </w:pPr>
    </w:lvl>
    <w:lvl w:ilvl="2" w:tplc="56E4FA1E">
      <w:start w:val="1"/>
      <w:numFmt w:val="lowerRoman"/>
      <w:lvlText w:val="%3."/>
      <w:lvlJc w:val="right"/>
      <w:pPr>
        <w:ind w:left="2160" w:hanging="180"/>
      </w:pPr>
    </w:lvl>
    <w:lvl w:ilvl="3" w:tplc="D382D11A">
      <w:start w:val="1"/>
      <w:numFmt w:val="decimal"/>
      <w:lvlText w:val="%4."/>
      <w:lvlJc w:val="left"/>
      <w:pPr>
        <w:ind w:left="2880" w:hanging="360"/>
      </w:pPr>
    </w:lvl>
    <w:lvl w:ilvl="4" w:tplc="7004E8EE">
      <w:start w:val="1"/>
      <w:numFmt w:val="lowerLetter"/>
      <w:lvlText w:val="%5."/>
      <w:lvlJc w:val="left"/>
      <w:pPr>
        <w:ind w:left="3600" w:hanging="360"/>
      </w:pPr>
    </w:lvl>
    <w:lvl w:ilvl="5" w:tplc="77FEAF7E">
      <w:start w:val="1"/>
      <w:numFmt w:val="lowerRoman"/>
      <w:lvlText w:val="%6."/>
      <w:lvlJc w:val="right"/>
      <w:pPr>
        <w:ind w:left="4320" w:hanging="180"/>
      </w:pPr>
    </w:lvl>
    <w:lvl w:ilvl="6" w:tplc="F80C6D0A">
      <w:start w:val="1"/>
      <w:numFmt w:val="decimal"/>
      <w:lvlText w:val="%7."/>
      <w:lvlJc w:val="left"/>
      <w:pPr>
        <w:ind w:left="5040" w:hanging="360"/>
      </w:pPr>
    </w:lvl>
    <w:lvl w:ilvl="7" w:tplc="8826A088">
      <w:start w:val="1"/>
      <w:numFmt w:val="lowerLetter"/>
      <w:lvlText w:val="%8."/>
      <w:lvlJc w:val="left"/>
      <w:pPr>
        <w:ind w:left="5760" w:hanging="360"/>
      </w:pPr>
    </w:lvl>
    <w:lvl w:ilvl="8" w:tplc="277ACBBC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263FB3"/>
    <w:multiLevelType w:val="hybridMultilevel"/>
    <w:tmpl w:val="CCDCAD9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6" w15:restartNumberingAfterBreak="0">
    <w:nsid w:val="5D943674"/>
    <w:multiLevelType w:val="hybridMultilevel"/>
    <w:tmpl w:val="6AAE011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7" w15:restartNumberingAfterBreak="0">
    <w:nsid w:val="5EBD3C19"/>
    <w:multiLevelType w:val="hybridMultilevel"/>
    <w:tmpl w:val="A9A6CD9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8" w15:restartNumberingAfterBreak="0">
    <w:nsid w:val="5EF07225"/>
    <w:multiLevelType w:val="hybridMultilevel"/>
    <w:tmpl w:val="83DAAB9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9" w15:restartNumberingAfterBreak="0">
    <w:nsid w:val="691C1BE2"/>
    <w:multiLevelType w:val="hybridMultilevel"/>
    <w:tmpl w:val="B09CE8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0" w15:restartNumberingAfterBreak="0">
    <w:nsid w:val="6A701D46"/>
    <w:multiLevelType w:val="hybridMultilevel"/>
    <w:tmpl w:val="527A7020"/>
    <w:lvl w:ilvl="0" w:tplc="B8726E7E">
      <w:start w:val="1"/>
      <w:numFmt w:val="decimal"/>
      <w:lvlText w:val="%1."/>
      <w:lvlJc w:val="left"/>
      <w:pPr>
        <w:ind w:left="576" w:hanging="50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D2E3EA5"/>
    <w:multiLevelType w:val="hybridMultilevel"/>
    <w:tmpl w:val="F89E4B0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2" w15:restartNumberingAfterBreak="0">
    <w:nsid w:val="6DE25696"/>
    <w:multiLevelType w:val="hybridMultilevel"/>
    <w:tmpl w:val="A0C2D0EE"/>
    <w:lvl w:ilvl="0" w:tplc="FFFFFFFF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14821E1"/>
    <w:multiLevelType w:val="hybridMultilevel"/>
    <w:tmpl w:val="ACD4C3F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04090013">
      <w:start w:val="1"/>
      <w:numFmt w:val="upperRoman"/>
      <w:lvlText w:val="%5."/>
      <w:lvlJc w:val="righ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72F44F54"/>
    <w:multiLevelType w:val="hybridMultilevel"/>
    <w:tmpl w:val="0FE873E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5" w15:restartNumberingAfterBreak="0">
    <w:nsid w:val="737D6237"/>
    <w:multiLevelType w:val="hybridMultilevel"/>
    <w:tmpl w:val="414C7EF8"/>
    <w:lvl w:ilvl="0" w:tplc="04090001">
      <w:start w:val="1"/>
      <w:numFmt w:val="bullet"/>
      <w:lvlText w:val=""/>
      <w:lvlJc w:val="left"/>
      <w:pPr>
        <w:ind w:left="1152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hint="default" w:ascii="Wingdings" w:hAnsi="Wingdings"/>
      </w:rPr>
    </w:lvl>
  </w:abstractNum>
  <w:abstractNum w:abstractNumId="76" w15:restartNumberingAfterBreak="0">
    <w:nsid w:val="745E0A72"/>
    <w:multiLevelType w:val="hybridMultilevel"/>
    <w:tmpl w:val="E2AEEDE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4675227"/>
    <w:multiLevelType w:val="hybridMultilevel"/>
    <w:tmpl w:val="95B60DD6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8" w15:restartNumberingAfterBreak="0">
    <w:nsid w:val="7B471A6D"/>
    <w:multiLevelType w:val="hybridMultilevel"/>
    <w:tmpl w:val="1EB43284"/>
    <w:lvl w:ilvl="0" w:tplc="47B8E6A2">
      <w:start w:val="1"/>
      <w:numFmt w:val="decimal"/>
      <w:lvlText w:val="%1."/>
      <w:lvlJc w:val="left"/>
      <w:pPr>
        <w:ind w:left="432" w:hanging="360"/>
      </w:pPr>
      <w:rPr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upperRoman"/>
      <w:lvlText w:val="%5."/>
      <w:lvlJc w:val="righ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7CAE6392"/>
    <w:multiLevelType w:val="hybridMultilevel"/>
    <w:tmpl w:val="CC80F51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D237C0A"/>
    <w:multiLevelType w:val="hybridMultilevel"/>
    <w:tmpl w:val="BC8CFED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1" w15:restartNumberingAfterBreak="0">
    <w:nsid w:val="7D92E161"/>
    <w:multiLevelType w:val="hybridMultilevel"/>
    <w:tmpl w:val="023E6974"/>
    <w:lvl w:ilvl="0" w:tplc="152450DC">
      <w:start w:val="1"/>
      <w:numFmt w:val="lowerLetter"/>
      <w:lvlText w:val="%1."/>
      <w:lvlJc w:val="left"/>
      <w:pPr>
        <w:ind w:left="720" w:hanging="360"/>
      </w:pPr>
    </w:lvl>
    <w:lvl w:ilvl="1" w:tplc="82A09DD0">
      <w:start w:val="1"/>
      <w:numFmt w:val="lowerLetter"/>
      <w:lvlText w:val="%2."/>
      <w:lvlJc w:val="left"/>
      <w:pPr>
        <w:ind w:left="1440" w:hanging="360"/>
      </w:pPr>
    </w:lvl>
    <w:lvl w:ilvl="2" w:tplc="C4CC67AC">
      <w:start w:val="1"/>
      <w:numFmt w:val="lowerRoman"/>
      <w:lvlText w:val="%3."/>
      <w:lvlJc w:val="right"/>
      <w:pPr>
        <w:ind w:left="2160" w:hanging="180"/>
      </w:pPr>
    </w:lvl>
    <w:lvl w:ilvl="3" w:tplc="A214477A">
      <w:start w:val="1"/>
      <w:numFmt w:val="decimal"/>
      <w:lvlText w:val="%4."/>
      <w:lvlJc w:val="left"/>
      <w:pPr>
        <w:ind w:left="2880" w:hanging="360"/>
      </w:pPr>
    </w:lvl>
    <w:lvl w:ilvl="4" w:tplc="923214C0">
      <w:start w:val="1"/>
      <w:numFmt w:val="lowerLetter"/>
      <w:lvlText w:val="%5."/>
      <w:lvlJc w:val="left"/>
      <w:pPr>
        <w:ind w:left="3600" w:hanging="360"/>
      </w:pPr>
    </w:lvl>
    <w:lvl w:ilvl="5" w:tplc="8494BB7C">
      <w:start w:val="1"/>
      <w:numFmt w:val="lowerRoman"/>
      <w:lvlText w:val="%6."/>
      <w:lvlJc w:val="right"/>
      <w:pPr>
        <w:ind w:left="4320" w:hanging="180"/>
      </w:pPr>
    </w:lvl>
    <w:lvl w:ilvl="6" w:tplc="26C83682">
      <w:start w:val="1"/>
      <w:numFmt w:val="decimal"/>
      <w:lvlText w:val="%7."/>
      <w:lvlJc w:val="left"/>
      <w:pPr>
        <w:ind w:left="5040" w:hanging="360"/>
      </w:pPr>
    </w:lvl>
    <w:lvl w:ilvl="7" w:tplc="86DAF382">
      <w:start w:val="1"/>
      <w:numFmt w:val="lowerLetter"/>
      <w:lvlText w:val="%8."/>
      <w:lvlJc w:val="left"/>
      <w:pPr>
        <w:ind w:left="5760" w:hanging="360"/>
      </w:pPr>
    </w:lvl>
    <w:lvl w:ilvl="8" w:tplc="8514EE48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E933178"/>
    <w:multiLevelType w:val="hybridMultilevel"/>
    <w:tmpl w:val="F61AD9DC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3" w15:restartNumberingAfterBreak="0">
    <w:nsid w:val="7F454C1D"/>
    <w:multiLevelType w:val="hybridMultilevel"/>
    <w:tmpl w:val="08E6CB86"/>
    <w:lvl w:ilvl="0" w:tplc="FFFFFFFF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FFFFFFFF">
      <w:start w:val="1"/>
      <w:numFmt w:val="lowerRoman"/>
      <w:lvlText w:val="%3."/>
      <w:lvlJc w:val="right"/>
      <w:pPr>
        <w:ind w:left="0" w:hanging="180"/>
      </w:pPr>
    </w:lvl>
    <w:lvl w:ilvl="3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4" w:tplc="FFFFFFFF">
      <w:start w:val="1"/>
      <w:numFmt w:val="upperRoman"/>
      <w:lvlText w:val="%5."/>
      <w:lvlJc w:val="left"/>
      <w:pPr>
        <w:ind w:left="1800" w:hanging="720"/>
      </w:pPr>
      <w:rPr>
        <w:rFonts w:hint="default"/>
        <w:sz w:val="20"/>
      </w:rPr>
    </w:lvl>
    <w:lvl w:ilvl="5" w:tplc="FFFFFFFF">
      <w:start w:val="8"/>
      <w:numFmt w:val="lowerLetter"/>
      <w:lvlText w:val="%6."/>
      <w:lvlJc w:val="left"/>
      <w:pPr>
        <w:ind w:left="2340" w:hanging="360"/>
      </w:pPr>
      <w:rPr>
        <w:rFonts w:hint="default"/>
        <w:sz w:val="20"/>
      </w:rPr>
    </w:lvl>
    <w:lvl w:ilvl="6" w:tplc="FFFFFFFF" w:tentative="1">
      <w:start w:val="1"/>
      <w:numFmt w:val="decimal"/>
      <w:lvlText w:val="%7."/>
      <w:lvlJc w:val="left"/>
      <w:pPr>
        <w:ind w:left="2880" w:hanging="360"/>
      </w:pPr>
    </w:lvl>
    <w:lvl w:ilvl="7" w:tplc="FFFFFFFF" w:tentative="1">
      <w:start w:val="1"/>
      <w:numFmt w:val="lowerLetter"/>
      <w:lvlText w:val="%8."/>
      <w:lvlJc w:val="left"/>
      <w:pPr>
        <w:ind w:left="3600" w:hanging="360"/>
      </w:pPr>
    </w:lvl>
    <w:lvl w:ilvl="8" w:tplc="FFFFFFFF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84" w15:restartNumberingAfterBreak="0">
    <w:nsid w:val="7F5D5F8D"/>
    <w:multiLevelType w:val="hybridMultilevel"/>
    <w:tmpl w:val="5748BE62"/>
    <w:lvl w:ilvl="0" w:tplc="FFFFFFFF">
      <w:start w:val="1"/>
      <w:numFmt w:val="upp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1540381">
    <w:abstractNumId w:val="30"/>
  </w:num>
  <w:num w:numId="2" w16cid:durableId="1205874402">
    <w:abstractNumId w:val="81"/>
  </w:num>
  <w:num w:numId="3" w16cid:durableId="2084838654">
    <w:abstractNumId w:val="33"/>
  </w:num>
  <w:num w:numId="4" w16cid:durableId="1513453011">
    <w:abstractNumId w:val="64"/>
  </w:num>
  <w:num w:numId="5" w16cid:durableId="2088921991">
    <w:abstractNumId w:val="5"/>
  </w:num>
  <w:num w:numId="6" w16cid:durableId="388504024">
    <w:abstractNumId w:val="3"/>
  </w:num>
  <w:num w:numId="7" w16cid:durableId="851918121">
    <w:abstractNumId w:val="2"/>
  </w:num>
  <w:num w:numId="8" w16cid:durableId="1443186974">
    <w:abstractNumId w:val="4"/>
  </w:num>
  <w:num w:numId="9" w16cid:durableId="2049991089">
    <w:abstractNumId w:val="1"/>
  </w:num>
  <w:num w:numId="10" w16cid:durableId="1730960705">
    <w:abstractNumId w:val="0"/>
  </w:num>
  <w:num w:numId="11" w16cid:durableId="668483045">
    <w:abstractNumId w:val="20"/>
    <w:lvlOverride w:ilvl="0">
      <w:startOverride w:val="1"/>
    </w:lvlOverride>
  </w:num>
  <w:num w:numId="12" w16cid:durableId="969823437">
    <w:abstractNumId w:val="20"/>
    <w:lvlOverride w:ilvl="0">
      <w:startOverride w:val="1"/>
    </w:lvlOverride>
  </w:num>
  <w:num w:numId="13" w16cid:durableId="2084989184">
    <w:abstractNumId w:val="20"/>
    <w:lvlOverride w:ilvl="0">
      <w:startOverride w:val="1"/>
    </w:lvlOverride>
  </w:num>
  <w:num w:numId="14" w16cid:durableId="1968508436">
    <w:abstractNumId w:val="60"/>
  </w:num>
  <w:num w:numId="15" w16cid:durableId="199821547">
    <w:abstractNumId w:val="67"/>
  </w:num>
  <w:num w:numId="16" w16cid:durableId="1050810158">
    <w:abstractNumId w:val="6"/>
  </w:num>
  <w:num w:numId="17" w16cid:durableId="1291672510">
    <w:abstractNumId w:val="55"/>
  </w:num>
  <w:num w:numId="18" w16cid:durableId="1542286370">
    <w:abstractNumId w:val="36"/>
  </w:num>
  <w:num w:numId="19" w16cid:durableId="382142442">
    <w:abstractNumId w:val="48"/>
  </w:num>
  <w:num w:numId="20" w16cid:durableId="382103042">
    <w:abstractNumId w:val="41"/>
  </w:num>
  <w:num w:numId="21" w16cid:durableId="1105736517">
    <w:abstractNumId w:val="27"/>
  </w:num>
  <w:num w:numId="22" w16cid:durableId="872546625">
    <w:abstractNumId w:val="43"/>
  </w:num>
  <w:num w:numId="23" w16cid:durableId="180555961">
    <w:abstractNumId w:val="52"/>
  </w:num>
  <w:num w:numId="24" w16cid:durableId="1570655040">
    <w:abstractNumId w:val="11"/>
  </w:num>
  <w:num w:numId="25" w16cid:durableId="1714575699">
    <w:abstractNumId w:val="16"/>
  </w:num>
  <w:num w:numId="26" w16cid:durableId="265313124">
    <w:abstractNumId w:val="49"/>
  </w:num>
  <w:num w:numId="27" w16cid:durableId="893396463">
    <w:abstractNumId w:val="69"/>
  </w:num>
  <w:num w:numId="28" w16cid:durableId="790829892">
    <w:abstractNumId w:val="57"/>
  </w:num>
  <w:num w:numId="29" w16cid:durableId="1928729810">
    <w:abstractNumId w:val="71"/>
  </w:num>
  <w:num w:numId="30" w16cid:durableId="2027704335">
    <w:abstractNumId w:val="18"/>
  </w:num>
  <w:num w:numId="31" w16cid:durableId="1759325669">
    <w:abstractNumId w:val="74"/>
  </w:num>
  <w:num w:numId="32" w16cid:durableId="1052539046">
    <w:abstractNumId w:val="62"/>
  </w:num>
  <w:num w:numId="33" w16cid:durableId="866017870">
    <w:abstractNumId w:val="13"/>
  </w:num>
  <w:num w:numId="34" w16cid:durableId="192115419">
    <w:abstractNumId w:val="9"/>
  </w:num>
  <w:num w:numId="35" w16cid:durableId="1656645417">
    <w:abstractNumId w:val="61"/>
  </w:num>
  <w:num w:numId="36" w16cid:durableId="1570919922">
    <w:abstractNumId w:val="80"/>
  </w:num>
  <w:num w:numId="37" w16cid:durableId="1500387942">
    <w:abstractNumId w:val="77"/>
  </w:num>
  <w:num w:numId="38" w16cid:durableId="1217014665">
    <w:abstractNumId w:val="68"/>
  </w:num>
  <w:num w:numId="39" w16cid:durableId="2001033577">
    <w:abstractNumId w:val="66"/>
  </w:num>
  <w:num w:numId="40" w16cid:durableId="1926524850">
    <w:abstractNumId w:val="46"/>
  </w:num>
  <w:num w:numId="41" w16cid:durableId="256059251">
    <w:abstractNumId w:val="29"/>
  </w:num>
  <w:num w:numId="42" w16cid:durableId="1942712728">
    <w:abstractNumId w:val="34"/>
  </w:num>
  <w:num w:numId="43" w16cid:durableId="25570865">
    <w:abstractNumId w:val="44"/>
  </w:num>
  <w:num w:numId="44" w16cid:durableId="1770543818">
    <w:abstractNumId w:val="53"/>
  </w:num>
  <w:num w:numId="45" w16cid:durableId="1283226854">
    <w:abstractNumId w:val="56"/>
  </w:num>
  <w:num w:numId="46" w16cid:durableId="1601982439">
    <w:abstractNumId w:val="21"/>
  </w:num>
  <w:num w:numId="47" w16cid:durableId="1802651847">
    <w:abstractNumId w:val="58"/>
  </w:num>
  <w:num w:numId="48" w16cid:durableId="1535116201">
    <w:abstractNumId w:val="25"/>
  </w:num>
  <w:num w:numId="49" w16cid:durableId="1970044023">
    <w:abstractNumId w:val="47"/>
  </w:num>
  <w:num w:numId="50" w16cid:durableId="1040712203">
    <w:abstractNumId w:val="14"/>
  </w:num>
  <w:num w:numId="51" w16cid:durableId="1019701218">
    <w:abstractNumId w:val="24"/>
  </w:num>
  <w:num w:numId="52" w16cid:durableId="1395448">
    <w:abstractNumId w:val="73"/>
  </w:num>
  <w:num w:numId="53" w16cid:durableId="582178438">
    <w:abstractNumId w:val="28"/>
  </w:num>
  <w:num w:numId="54" w16cid:durableId="2129078633">
    <w:abstractNumId w:val="39"/>
  </w:num>
  <w:num w:numId="55" w16cid:durableId="1009673903">
    <w:abstractNumId w:val="12"/>
  </w:num>
  <w:num w:numId="56" w16cid:durableId="64618659">
    <w:abstractNumId w:val="10"/>
  </w:num>
  <w:num w:numId="57" w16cid:durableId="265649924">
    <w:abstractNumId w:val="23"/>
  </w:num>
  <w:num w:numId="58" w16cid:durableId="1109620131">
    <w:abstractNumId w:val="59"/>
  </w:num>
  <w:num w:numId="59" w16cid:durableId="2039771903">
    <w:abstractNumId w:val="82"/>
  </w:num>
  <w:num w:numId="60" w16cid:durableId="1902135001">
    <w:abstractNumId w:val="45"/>
  </w:num>
  <w:num w:numId="61" w16cid:durableId="1775050503">
    <w:abstractNumId w:val="8"/>
  </w:num>
  <w:num w:numId="62" w16cid:durableId="2036074839">
    <w:abstractNumId w:val="75"/>
  </w:num>
  <w:num w:numId="63" w16cid:durableId="2117402941">
    <w:abstractNumId w:val="35"/>
  </w:num>
  <w:num w:numId="64" w16cid:durableId="1516841784">
    <w:abstractNumId w:val="31"/>
  </w:num>
  <w:num w:numId="65" w16cid:durableId="1128664323">
    <w:abstractNumId w:val="65"/>
  </w:num>
  <w:num w:numId="66" w16cid:durableId="1708487412">
    <w:abstractNumId w:val="38"/>
  </w:num>
  <w:num w:numId="67" w16cid:durableId="1948653771">
    <w:abstractNumId w:val="78"/>
  </w:num>
  <w:num w:numId="68" w16cid:durableId="131867472">
    <w:abstractNumId w:val="70"/>
  </w:num>
  <w:num w:numId="69" w16cid:durableId="1854805119">
    <w:abstractNumId w:val="72"/>
  </w:num>
  <w:num w:numId="70" w16cid:durableId="923342905">
    <w:abstractNumId w:val="15"/>
  </w:num>
  <w:num w:numId="71" w16cid:durableId="2136751914">
    <w:abstractNumId w:val="17"/>
  </w:num>
  <w:num w:numId="72" w16cid:durableId="1291400602">
    <w:abstractNumId w:val="54"/>
  </w:num>
  <w:num w:numId="73" w16cid:durableId="77872910">
    <w:abstractNumId w:val="51"/>
  </w:num>
  <w:num w:numId="74" w16cid:durableId="376127341">
    <w:abstractNumId w:val="50"/>
  </w:num>
  <w:num w:numId="75" w16cid:durableId="501360748">
    <w:abstractNumId w:val="22"/>
  </w:num>
  <w:num w:numId="76" w16cid:durableId="1586305641">
    <w:abstractNumId w:val="84"/>
  </w:num>
  <w:num w:numId="77" w16cid:durableId="870410944">
    <w:abstractNumId w:val="83"/>
  </w:num>
  <w:num w:numId="78" w16cid:durableId="1919241765">
    <w:abstractNumId w:val="26"/>
  </w:num>
  <w:num w:numId="79" w16cid:durableId="40517215">
    <w:abstractNumId w:val="79"/>
  </w:num>
  <w:num w:numId="80" w16cid:durableId="1800804321">
    <w:abstractNumId w:val="40"/>
  </w:num>
  <w:num w:numId="81" w16cid:durableId="1447306175">
    <w:abstractNumId w:val="7"/>
  </w:num>
  <w:num w:numId="82" w16cid:durableId="1337074678">
    <w:abstractNumId w:val="63"/>
  </w:num>
  <w:num w:numId="83" w16cid:durableId="1148397760">
    <w:abstractNumId w:val="19"/>
  </w:num>
  <w:num w:numId="84" w16cid:durableId="501093381">
    <w:abstractNumId w:val="37"/>
  </w:num>
  <w:num w:numId="85" w16cid:durableId="52705720">
    <w:abstractNumId w:val="76"/>
  </w:num>
  <w:num w:numId="86" w16cid:durableId="1428577600">
    <w:abstractNumId w:val="42"/>
  </w:num>
  <w:num w:numId="87" w16cid:durableId="408961442">
    <w:abstractNumId w:val="32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dirty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73F"/>
    <w:rsid w:val="0000300B"/>
    <w:rsid w:val="00007969"/>
    <w:rsid w:val="00016E61"/>
    <w:rsid w:val="00016EFB"/>
    <w:rsid w:val="0002042D"/>
    <w:rsid w:val="00030286"/>
    <w:rsid w:val="00030E78"/>
    <w:rsid w:val="00031282"/>
    <w:rsid w:val="000313F6"/>
    <w:rsid w:val="00031AD9"/>
    <w:rsid w:val="00034616"/>
    <w:rsid w:val="00037504"/>
    <w:rsid w:val="00041093"/>
    <w:rsid w:val="00047E2B"/>
    <w:rsid w:val="0005287E"/>
    <w:rsid w:val="00054C43"/>
    <w:rsid w:val="0006063C"/>
    <w:rsid w:val="00063AC6"/>
    <w:rsid w:val="00064E9B"/>
    <w:rsid w:val="00066AAC"/>
    <w:rsid w:val="00066E66"/>
    <w:rsid w:val="00067DC5"/>
    <w:rsid w:val="0007239C"/>
    <w:rsid w:val="00072F7E"/>
    <w:rsid w:val="000733CF"/>
    <w:rsid w:val="000774F7"/>
    <w:rsid w:val="00077B59"/>
    <w:rsid w:val="00080B39"/>
    <w:rsid w:val="00081E9D"/>
    <w:rsid w:val="00082F0D"/>
    <w:rsid w:val="00083C9F"/>
    <w:rsid w:val="00085FFD"/>
    <w:rsid w:val="00086390"/>
    <w:rsid w:val="00090A3C"/>
    <w:rsid w:val="00095A74"/>
    <w:rsid w:val="00095FCC"/>
    <w:rsid w:val="000A0295"/>
    <w:rsid w:val="000A19D5"/>
    <w:rsid w:val="000A1BFA"/>
    <w:rsid w:val="000A784F"/>
    <w:rsid w:val="000B5E02"/>
    <w:rsid w:val="000B5EEB"/>
    <w:rsid w:val="000B680D"/>
    <w:rsid w:val="000C05FF"/>
    <w:rsid w:val="000C06D0"/>
    <w:rsid w:val="000C0B08"/>
    <w:rsid w:val="000C1E56"/>
    <w:rsid w:val="000C1F22"/>
    <w:rsid w:val="000C2E5E"/>
    <w:rsid w:val="000C34DF"/>
    <w:rsid w:val="000C447C"/>
    <w:rsid w:val="000C6ECC"/>
    <w:rsid w:val="000D1FAB"/>
    <w:rsid w:val="000D27E9"/>
    <w:rsid w:val="000D39A0"/>
    <w:rsid w:val="000D71E8"/>
    <w:rsid w:val="000E31AD"/>
    <w:rsid w:val="000E38BD"/>
    <w:rsid w:val="000E631A"/>
    <w:rsid w:val="000F0F95"/>
    <w:rsid w:val="000F7BD3"/>
    <w:rsid w:val="001001BC"/>
    <w:rsid w:val="00121803"/>
    <w:rsid w:val="00123B3D"/>
    <w:rsid w:val="00126733"/>
    <w:rsid w:val="0012681D"/>
    <w:rsid w:val="00127157"/>
    <w:rsid w:val="00130DD0"/>
    <w:rsid w:val="00134A4A"/>
    <w:rsid w:val="00137741"/>
    <w:rsid w:val="0014193E"/>
    <w:rsid w:val="00143BF3"/>
    <w:rsid w:val="00143C33"/>
    <w:rsid w:val="0015074B"/>
    <w:rsid w:val="00150C4A"/>
    <w:rsid w:val="00153040"/>
    <w:rsid w:val="00153EF0"/>
    <w:rsid w:val="00163300"/>
    <w:rsid w:val="00165BB1"/>
    <w:rsid w:val="001721AC"/>
    <w:rsid w:val="0017255B"/>
    <w:rsid w:val="00173441"/>
    <w:rsid w:val="00174E36"/>
    <w:rsid w:val="001752F6"/>
    <w:rsid w:val="00175786"/>
    <w:rsid w:val="00177D72"/>
    <w:rsid w:val="00185DD6"/>
    <w:rsid w:val="00186D97"/>
    <w:rsid w:val="00192213"/>
    <w:rsid w:val="0019623C"/>
    <w:rsid w:val="001964CE"/>
    <w:rsid w:val="001967A6"/>
    <w:rsid w:val="001A0E02"/>
    <w:rsid w:val="001A12C8"/>
    <w:rsid w:val="001A1AA0"/>
    <w:rsid w:val="001A5BDC"/>
    <w:rsid w:val="001A5DE0"/>
    <w:rsid w:val="001B1876"/>
    <w:rsid w:val="001B1B23"/>
    <w:rsid w:val="001B6542"/>
    <w:rsid w:val="001B697E"/>
    <w:rsid w:val="001C2CE6"/>
    <w:rsid w:val="001C2EB9"/>
    <w:rsid w:val="001C72BF"/>
    <w:rsid w:val="001D0505"/>
    <w:rsid w:val="001D2C41"/>
    <w:rsid w:val="001D3ABF"/>
    <w:rsid w:val="001D3D57"/>
    <w:rsid w:val="001D6D6A"/>
    <w:rsid w:val="001E201D"/>
    <w:rsid w:val="001E260F"/>
    <w:rsid w:val="001E3E3A"/>
    <w:rsid w:val="001E4A69"/>
    <w:rsid w:val="001E789D"/>
    <w:rsid w:val="001F5F3F"/>
    <w:rsid w:val="00203A9B"/>
    <w:rsid w:val="00206F56"/>
    <w:rsid w:val="002134CB"/>
    <w:rsid w:val="00213B46"/>
    <w:rsid w:val="00213BF6"/>
    <w:rsid w:val="0021683B"/>
    <w:rsid w:val="00217925"/>
    <w:rsid w:val="00217C82"/>
    <w:rsid w:val="0021E4E1"/>
    <w:rsid w:val="002231DB"/>
    <w:rsid w:val="00236DED"/>
    <w:rsid w:val="0024074C"/>
    <w:rsid w:val="00240C7C"/>
    <w:rsid w:val="00242E50"/>
    <w:rsid w:val="002547C1"/>
    <w:rsid w:val="002578B9"/>
    <w:rsid w:val="00257AD2"/>
    <w:rsid w:val="002642C5"/>
    <w:rsid w:val="002662E1"/>
    <w:rsid w:val="00266D85"/>
    <w:rsid w:val="0027130C"/>
    <w:rsid w:val="00271E44"/>
    <w:rsid w:val="002750C1"/>
    <w:rsid w:val="00280F84"/>
    <w:rsid w:val="002810F3"/>
    <w:rsid w:val="00283114"/>
    <w:rsid w:val="0028627F"/>
    <w:rsid w:val="002862DC"/>
    <w:rsid w:val="00287045"/>
    <w:rsid w:val="002870F8"/>
    <w:rsid w:val="0029278D"/>
    <w:rsid w:val="00294C09"/>
    <w:rsid w:val="00295AB0"/>
    <w:rsid w:val="0029639D"/>
    <w:rsid w:val="002A25EE"/>
    <w:rsid w:val="002A3103"/>
    <w:rsid w:val="002A6408"/>
    <w:rsid w:val="002A7950"/>
    <w:rsid w:val="002B3F2B"/>
    <w:rsid w:val="002B4B57"/>
    <w:rsid w:val="002B5508"/>
    <w:rsid w:val="002B6308"/>
    <w:rsid w:val="002C1BDD"/>
    <w:rsid w:val="002C60B0"/>
    <w:rsid w:val="002E506B"/>
    <w:rsid w:val="002E535A"/>
    <w:rsid w:val="002E79A8"/>
    <w:rsid w:val="0030138A"/>
    <w:rsid w:val="00301E3F"/>
    <w:rsid w:val="00303558"/>
    <w:rsid w:val="00303A3B"/>
    <w:rsid w:val="00305605"/>
    <w:rsid w:val="003076E3"/>
    <w:rsid w:val="00307AAE"/>
    <w:rsid w:val="00310619"/>
    <w:rsid w:val="0031467C"/>
    <w:rsid w:val="00321CC7"/>
    <w:rsid w:val="0032258D"/>
    <w:rsid w:val="003250DD"/>
    <w:rsid w:val="00326518"/>
    <w:rsid w:val="00326E8B"/>
    <w:rsid w:val="00326F90"/>
    <w:rsid w:val="00327D8A"/>
    <w:rsid w:val="0032F290"/>
    <w:rsid w:val="00334B84"/>
    <w:rsid w:val="00334DC8"/>
    <w:rsid w:val="00336B4F"/>
    <w:rsid w:val="003401CD"/>
    <w:rsid w:val="00340EF2"/>
    <w:rsid w:val="003423B5"/>
    <w:rsid w:val="003447E5"/>
    <w:rsid w:val="00345B19"/>
    <w:rsid w:val="003510FB"/>
    <w:rsid w:val="00357E24"/>
    <w:rsid w:val="00363462"/>
    <w:rsid w:val="0037054D"/>
    <w:rsid w:val="00370D6F"/>
    <w:rsid w:val="00371AD6"/>
    <w:rsid w:val="00371E90"/>
    <w:rsid w:val="00377DBC"/>
    <w:rsid w:val="0038045A"/>
    <w:rsid w:val="00381CB3"/>
    <w:rsid w:val="0038253D"/>
    <w:rsid w:val="00382D04"/>
    <w:rsid w:val="00384BEB"/>
    <w:rsid w:val="003870C8"/>
    <w:rsid w:val="00397E5A"/>
    <w:rsid w:val="00397F73"/>
    <w:rsid w:val="003A0EE6"/>
    <w:rsid w:val="003A1BF2"/>
    <w:rsid w:val="003A742C"/>
    <w:rsid w:val="003B11A0"/>
    <w:rsid w:val="003B3C00"/>
    <w:rsid w:val="003B49DD"/>
    <w:rsid w:val="003B5DD3"/>
    <w:rsid w:val="003B6B88"/>
    <w:rsid w:val="003C1DE4"/>
    <w:rsid w:val="003C2858"/>
    <w:rsid w:val="003C4846"/>
    <w:rsid w:val="003C59CC"/>
    <w:rsid w:val="003D5485"/>
    <w:rsid w:val="003E04F7"/>
    <w:rsid w:val="003E40FD"/>
    <w:rsid w:val="003E489F"/>
    <w:rsid w:val="003E4F8D"/>
    <w:rsid w:val="003E7390"/>
    <w:rsid w:val="003F14F7"/>
    <w:rsid w:val="003F67C2"/>
    <w:rsid w:val="00400C84"/>
    <w:rsid w:val="00401EC7"/>
    <w:rsid w:val="004038D7"/>
    <w:rsid w:val="0040551B"/>
    <w:rsid w:val="00406B81"/>
    <w:rsid w:val="00410315"/>
    <w:rsid w:val="0041173D"/>
    <w:rsid w:val="00411DE3"/>
    <w:rsid w:val="004135ED"/>
    <w:rsid w:val="00414F80"/>
    <w:rsid w:val="00417502"/>
    <w:rsid w:val="0041F3F8"/>
    <w:rsid w:val="00424357"/>
    <w:rsid w:val="004301E7"/>
    <w:rsid w:val="00435928"/>
    <w:rsid w:val="00444638"/>
    <w:rsid w:val="0045049C"/>
    <w:rsid w:val="00452528"/>
    <w:rsid w:val="00455856"/>
    <w:rsid w:val="004566F9"/>
    <w:rsid w:val="004572C2"/>
    <w:rsid w:val="00461705"/>
    <w:rsid w:val="004672C7"/>
    <w:rsid w:val="00470921"/>
    <w:rsid w:val="00473DDD"/>
    <w:rsid w:val="00476A58"/>
    <w:rsid w:val="00481577"/>
    <w:rsid w:val="004848C8"/>
    <w:rsid w:val="00485827"/>
    <w:rsid w:val="004910A7"/>
    <w:rsid w:val="004916B6"/>
    <w:rsid w:val="00491ADA"/>
    <w:rsid w:val="0049451E"/>
    <w:rsid w:val="004A620F"/>
    <w:rsid w:val="004A79EF"/>
    <w:rsid w:val="004B7B77"/>
    <w:rsid w:val="004C3774"/>
    <w:rsid w:val="004C693E"/>
    <w:rsid w:val="004D01DD"/>
    <w:rsid w:val="004D032C"/>
    <w:rsid w:val="004D0749"/>
    <w:rsid w:val="004D3139"/>
    <w:rsid w:val="004D6A85"/>
    <w:rsid w:val="004E09CA"/>
    <w:rsid w:val="004E197E"/>
    <w:rsid w:val="004E375B"/>
    <w:rsid w:val="004E3D97"/>
    <w:rsid w:val="004E724F"/>
    <w:rsid w:val="004F118F"/>
    <w:rsid w:val="004F1786"/>
    <w:rsid w:val="004F519F"/>
    <w:rsid w:val="005037EC"/>
    <w:rsid w:val="005046B0"/>
    <w:rsid w:val="00511495"/>
    <w:rsid w:val="005121D4"/>
    <w:rsid w:val="005131C2"/>
    <w:rsid w:val="00515D00"/>
    <w:rsid w:val="00516B64"/>
    <w:rsid w:val="00523BE9"/>
    <w:rsid w:val="005274BF"/>
    <w:rsid w:val="00536FC8"/>
    <w:rsid w:val="00537AE9"/>
    <w:rsid w:val="00540726"/>
    <w:rsid w:val="0054096D"/>
    <w:rsid w:val="00543349"/>
    <w:rsid w:val="005519E0"/>
    <w:rsid w:val="00551BE6"/>
    <w:rsid w:val="00554C5F"/>
    <w:rsid w:val="00556797"/>
    <w:rsid w:val="005574D4"/>
    <w:rsid w:val="00557557"/>
    <w:rsid w:val="00565006"/>
    <w:rsid w:val="00567FA3"/>
    <w:rsid w:val="005712D7"/>
    <w:rsid w:val="0057295B"/>
    <w:rsid w:val="0057720F"/>
    <w:rsid w:val="00577403"/>
    <w:rsid w:val="005777EF"/>
    <w:rsid w:val="0058473A"/>
    <w:rsid w:val="00584D49"/>
    <w:rsid w:val="005A095A"/>
    <w:rsid w:val="005A219E"/>
    <w:rsid w:val="005A4FD7"/>
    <w:rsid w:val="005A5554"/>
    <w:rsid w:val="005A6560"/>
    <w:rsid w:val="005B0B75"/>
    <w:rsid w:val="005B6A16"/>
    <w:rsid w:val="005B7FB2"/>
    <w:rsid w:val="005C534B"/>
    <w:rsid w:val="005C558E"/>
    <w:rsid w:val="005C5EF4"/>
    <w:rsid w:val="005D2CA0"/>
    <w:rsid w:val="005D507D"/>
    <w:rsid w:val="005D723A"/>
    <w:rsid w:val="005E1C33"/>
    <w:rsid w:val="005E7044"/>
    <w:rsid w:val="005F0954"/>
    <w:rsid w:val="005F185B"/>
    <w:rsid w:val="005F2E6F"/>
    <w:rsid w:val="006010B9"/>
    <w:rsid w:val="00602C37"/>
    <w:rsid w:val="006045DA"/>
    <w:rsid w:val="00605B22"/>
    <w:rsid w:val="00606F45"/>
    <w:rsid w:val="00611666"/>
    <w:rsid w:val="00611FC1"/>
    <w:rsid w:val="0061325D"/>
    <w:rsid w:val="00613568"/>
    <w:rsid w:val="006153CF"/>
    <w:rsid w:val="00616411"/>
    <w:rsid w:val="006178BC"/>
    <w:rsid w:val="006253AB"/>
    <w:rsid w:val="00625DB3"/>
    <w:rsid w:val="00627C2B"/>
    <w:rsid w:val="00631AC5"/>
    <w:rsid w:val="00633263"/>
    <w:rsid w:val="00640537"/>
    <w:rsid w:val="0064431B"/>
    <w:rsid w:val="0064505D"/>
    <w:rsid w:val="00646650"/>
    <w:rsid w:val="00653F1B"/>
    <w:rsid w:val="00655807"/>
    <w:rsid w:val="00657E1D"/>
    <w:rsid w:val="00660D37"/>
    <w:rsid w:val="00664465"/>
    <w:rsid w:val="00667DDB"/>
    <w:rsid w:val="006724D5"/>
    <w:rsid w:val="00672D4F"/>
    <w:rsid w:val="0067454F"/>
    <w:rsid w:val="00674BC6"/>
    <w:rsid w:val="0067502A"/>
    <w:rsid w:val="00675ED8"/>
    <w:rsid w:val="00680323"/>
    <w:rsid w:val="00684FA0"/>
    <w:rsid w:val="006858B3"/>
    <w:rsid w:val="00690C31"/>
    <w:rsid w:val="006923BD"/>
    <w:rsid w:val="006928EB"/>
    <w:rsid w:val="0069529C"/>
    <w:rsid w:val="00695763"/>
    <w:rsid w:val="006965F7"/>
    <w:rsid w:val="006A2596"/>
    <w:rsid w:val="006A7A8B"/>
    <w:rsid w:val="006C0169"/>
    <w:rsid w:val="006C311A"/>
    <w:rsid w:val="006C4A6B"/>
    <w:rsid w:val="006C7B20"/>
    <w:rsid w:val="006D056D"/>
    <w:rsid w:val="006D4011"/>
    <w:rsid w:val="006D600F"/>
    <w:rsid w:val="006D6D13"/>
    <w:rsid w:val="006E169D"/>
    <w:rsid w:val="006E2673"/>
    <w:rsid w:val="006E3473"/>
    <w:rsid w:val="006E347D"/>
    <w:rsid w:val="006E3B9E"/>
    <w:rsid w:val="006E4E7B"/>
    <w:rsid w:val="006F31B8"/>
    <w:rsid w:val="006F3FA1"/>
    <w:rsid w:val="006F4FE2"/>
    <w:rsid w:val="006F618D"/>
    <w:rsid w:val="0070438A"/>
    <w:rsid w:val="0070481D"/>
    <w:rsid w:val="00705341"/>
    <w:rsid w:val="007078B2"/>
    <w:rsid w:val="007107E9"/>
    <w:rsid w:val="00713B91"/>
    <w:rsid w:val="0071408C"/>
    <w:rsid w:val="00714D95"/>
    <w:rsid w:val="00714F63"/>
    <w:rsid w:val="0071602B"/>
    <w:rsid w:val="00721F5A"/>
    <w:rsid w:val="007228EF"/>
    <w:rsid w:val="007232F3"/>
    <w:rsid w:val="00725AA5"/>
    <w:rsid w:val="00726B9A"/>
    <w:rsid w:val="007311A0"/>
    <w:rsid w:val="00731486"/>
    <w:rsid w:val="00731D75"/>
    <w:rsid w:val="007323EA"/>
    <w:rsid w:val="007333F1"/>
    <w:rsid w:val="00734AE8"/>
    <w:rsid w:val="00734BD9"/>
    <w:rsid w:val="007360BC"/>
    <w:rsid w:val="00736563"/>
    <w:rsid w:val="00743D98"/>
    <w:rsid w:val="007469FA"/>
    <w:rsid w:val="0074733B"/>
    <w:rsid w:val="00751F01"/>
    <w:rsid w:val="007559D0"/>
    <w:rsid w:val="00757612"/>
    <w:rsid w:val="00763FD6"/>
    <w:rsid w:val="00764780"/>
    <w:rsid w:val="00767641"/>
    <w:rsid w:val="00767785"/>
    <w:rsid w:val="00770882"/>
    <w:rsid w:val="00770DE9"/>
    <w:rsid w:val="00771089"/>
    <w:rsid w:val="0077316B"/>
    <w:rsid w:val="00776910"/>
    <w:rsid w:val="0078158A"/>
    <w:rsid w:val="00781A2D"/>
    <w:rsid w:val="007822E7"/>
    <w:rsid w:val="00783620"/>
    <w:rsid w:val="00786D28"/>
    <w:rsid w:val="00787686"/>
    <w:rsid w:val="007900E0"/>
    <w:rsid w:val="00794E18"/>
    <w:rsid w:val="00796597"/>
    <w:rsid w:val="007A0948"/>
    <w:rsid w:val="007A3D1B"/>
    <w:rsid w:val="007A42A2"/>
    <w:rsid w:val="007A43C9"/>
    <w:rsid w:val="007A56E7"/>
    <w:rsid w:val="007A5EBA"/>
    <w:rsid w:val="007B0C03"/>
    <w:rsid w:val="007C048A"/>
    <w:rsid w:val="007C1088"/>
    <w:rsid w:val="007C1A76"/>
    <w:rsid w:val="007C462A"/>
    <w:rsid w:val="007C5259"/>
    <w:rsid w:val="007C6F27"/>
    <w:rsid w:val="007D1CEB"/>
    <w:rsid w:val="007D2A51"/>
    <w:rsid w:val="007D2F30"/>
    <w:rsid w:val="007D3A0D"/>
    <w:rsid w:val="007D4BFD"/>
    <w:rsid w:val="007E1E29"/>
    <w:rsid w:val="007E4EF3"/>
    <w:rsid w:val="007E5077"/>
    <w:rsid w:val="007F1AC3"/>
    <w:rsid w:val="007F4079"/>
    <w:rsid w:val="007F4279"/>
    <w:rsid w:val="00801ED2"/>
    <w:rsid w:val="0081273C"/>
    <w:rsid w:val="00817D88"/>
    <w:rsid w:val="0082065B"/>
    <w:rsid w:val="00826B84"/>
    <w:rsid w:val="0083190F"/>
    <w:rsid w:val="00834549"/>
    <w:rsid w:val="0083695A"/>
    <w:rsid w:val="00840EFF"/>
    <w:rsid w:val="00841DF6"/>
    <w:rsid w:val="008422C5"/>
    <w:rsid w:val="008426D7"/>
    <w:rsid w:val="00845B75"/>
    <w:rsid w:val="00847469"/>
    <w:rsid w:val="0085529B"/>
    <w:rsid w:val="008614B0"/>
    <w:rsid w:val="00861977"/>
    <w:rsid w:val="00864011"/>
    <w:rsid w:val="0086594A"/>
    <w:rsid w:val="00867E3E"/>
    <w:rsid w:val="00877C56"/>
    <w:rsid w:val="00886515"/>
    <w:rsid w:val="00894E51"/>
    <w:rsid w:val="008963CC"/>
    <w:rsid w:val="008A33D7"/>
    <w:rsid w:val="008A40E9"/>
    <w:rsid w:val="008A47D4"/>
    <w:rsid w:val="008A52F3"/>
    <w:rsid w:val="008A6E7A"/>
    <w:rsid w:val="008B0622"/>
    <w:rsid w:val="008B0746"/>
    <w:rsid w:val="008B1DE3"/>
    <w:rsid w:val="008B4614"/>
    <w:rsid w:val="008B4DD1"/>
    <w:rsid w:val="008B595E"/>
    <w:rsid w:val="008C10F2"/>
    <w:rsid w:val="008C3643"/>
    <w:rsid w:val="008C4043"/>
    <w:rsid w:val="008D2E23"/>
    <w:rsid w:val="008D4F5D"/>
    <w:rsid w:val="008D58C3"/>
    <w:rsid w:val="008D5909"/>
    <w:rsid w:val="008D7CC0"/>
    <w:rsid w:val="008E575A"/>
    <w:rsid w:val="008E63EF"/>
    <w:rsid w:val="008F029A"/>
    <w:rsid w:val="008F1D6B"/>
    <w:rsid w:val="009003D2"/>
    <w:rsid w:val="00900DAA"/>
    <w:rsid w:val="00901C33"/>
    <w:rsid w:val="00902CBD"/>
    <w:rsid w:val="00904B8E"/>
    <w:rsid w:val="00905E8D"/>
    <w:rsid w:val="009076F4"/>
    <w:rsid w:val="0091049B"/>
    <w:rsid w:val="009149D1"/>
    <w:rsid w:val="00917C28"/>
    <w:rsid w:val="00927DF3"/>
    <w:rsid w:val="00931E83"/>
    <w:rsid w:val="009336C1"/>
    <w:rsid w:val="0093723C"/>
    <w:rsid w:val="00942256"/>
    <w:rsid w:val="0094274B"/>
    <w:rsid w:val="009430E2"/>
    <w:rsid w:val="00946EE9"/>
    <w:rsid w:val="00947552"/>
    <w:rsid w:val="0095449B"/>
    <w:rsid w:val="00954796"/>
    <w:rsid w:val="00957D2C"/>
    <w:rsid w:val="0096063D"/>
    <w:rsid w:val="009635C3"/>
    <w:rsid w:val="009645F9"/>
    <w:rsid w:val="00966D1B"/>
    <w:rsid w:val="0097139E"/>
    <w:rsid w:val="00973E53"/>
    <w:rsid w:val="00981C08"/>
    <w:rsid w:val="0098453C"/>
    <w:rsid w:val="009862BB"/>
    <w:rsid w:val="00987FBE"/>
    <w:rsid w:val="009903DB"/>
    <w:rsid w:val="00992FA8"/>
    <w:rsid w:val="00994D0B"/>
    <w:rsid w:val="009A500F"/>
    <w:rsid w:val="009B0B7A"/>
    <w:rsid w:val="009B3B1A"/>
    <w:rsid w:val="009B5E28"/>
    <w:rsid w:val="009B5FAD"/>
    <w:rsid w:val="009B7AD9"/>
    <w:rsid w:val="009C5EF0"/>
    <w:rsid w:val="009C65D9"/>
    <w:rsid w:val="009D0BE4"/>
    <w:rsid w:val="009D2275"/>
    <w:rsid w:val="009D7579"/>
    <w:rsid w:val="009D7DFF"/>
    <w:rsid w:val="009F0D53"/>
    <w:rsid w:val="009F0FD5"/>
    <w:rsid w:val="009F2529"/>
    <w:rsid w:val="009F3A3E"/>
    <w:rsid w:val="009F3EAA"/>
    <w:rsid w:val="009F5E5C"/>
    <w:rsid w:val="00A01492"/>
    <w:rsid w:val="00A067E4"/>
    <w:rsid w:val="00A06DEB"/>
    <w:rsid w:val="00A123D0"/>
    <w:rsid w:val="00A17151"/>
    <w:rsid w:val="00A17F3B"/>
    <w:rsid w:val="00A20D41"/>
    <w:rsid w:val="00A26241"/>
    <w:rsid w:val="00A27B13"/>
    <w:rsid w:val="00A32742"/>
    <w:rsid w:val="00A35998"/>
    <w:rsid w:val="00A3783C"/>
    <w:rsid w:val="00A41E7E"/>
    <w:rsid w:val="00A42195"/>
    <w:rsid w:val="00A43C7D"/>
    <w:rsid w:val="00A462A0"/>
    <w:rsid w:val="00A46CF8"/>
    <w:rsid w:val="00A50895"/>
    <w:rsid w:val="00A51666"/>
    <w:rsid w:val="00A5323A"/>
    <w:rsid w:val="00A567E7"/>
    <w:rsid w:val="00A60D70"/>
    <w:rsid w:val="00A6128C"/>
    <w:rsid w:val="00A63C31"/>
    <w:rsid w:val="00A64201"/>
    <w:rsid w:val="00A65C15"/>
    <w:rsid w:val="00A666D8"/>
    <w:rsid w:val="00A73933"/>
    <w:rsid w:val="00A73B2D"/>
    <w:rsid w:val="00A73B78"/>
    <w:rsid w:val="00A760EC"/>
    <w:rsid w:val="00A76B39"/>
    <w:rsid w:val="00A83861"/>
    <w:rsid w:val="00A8458E"/>
    <w:rsid w:val="00A84870"/>
    <w:rsid w:val="00A85E60"/>
    <w:rsid w:val="00A869AC"/>
    <w:rsid w:val="00A912C4"/>
    <w:rsid w:val="00A9370C"/>
    <w:rsid w:val="00A95130"/>
    <w:rsid w:val="00A95A40"/>
    <w:rsid w:val="00A962F5"/>
    <w:rsid w:val="00A97826"/>
    <w:rsid w:val="00AA0152"/>
    <w:rsid w:val="00AA0B6C"/>
    <w:rsid w:val="00AA1D8D"/>
    <w:rsid w:val="00AA262A"/>
    <w:rsid w:val="00AA6043"/>
    <w:rsid w:val="00AA6F13"/>
    <w:rsid w:val="00AA7C40"/>
    <w:rsid w:val="00AB5A1E"/>
    <w:rsid w:val="00AB69A8"/>
    <w:rsid w:val="00AC35FF"/>
    <w:rsid w:val="00AC7005"/>
    <w:rsid w:val="00AD6C78"/>
    <w:rsid w:val="00AE57BD"/>
    <w:rsid w:val="00B052D6"/>
    <w:rsid w:val="00B0571B"/>
    <w:rsid w:val="00B070D0"/>
    <w:rsid w:val="00B11A42"/>
    <w:rsid w:val="00B162F9"/>
    <w:rsid w:val="00B2195B"/>
    <w:rsid w:val="00B22804"/>
    <w:rsid w:val="00B233C2"/>
    <w:rsid w:val="00B251C7"/>
    <w:rsid w:val="00B26374"/>
    <w:rsid w:val="00B3144D"/>
    <w:rsid w:val="00B319CC"/>
    <w:rsid w:val="00B34E79"/>
    <w:rsid w:val="00B40A44"/>
    <w:rsid w:val="00B47730"/>
    <w:rsid w:val="00B502F0"/>
    <w:rsid w:val="00B513DA"/>
    <w:rsid w:val="00B53CDC"/>
    <w:rsid w:val="00B549F4"/>
    <w:rsid w:val="00B56A6D"/>
    <w:rsid w:val="00B61DBF"/>
    <w:rsid w:val="00B626CE"/>
    <w:rsid w:val="00B64AFE"/>
    <w:rsid w:val="00B66F05"/>
    <w:rsid w:val="00B6FDDC"/>
    <w:rsid w:val="00B7290D"/>
    <w:rsid w:val="00B72EB2"/>
    <w:rsid w:val="00B73EE2"/>
    <w:rsid w:val="00B74768"/>
    <w:rsid w:val="00B75D54"/>
    <w:rsid w:val="00B80447"/>
    <w:rsid w:val="00B81B88"/>
    <w:rsid w:val="00B93862"/>
    <w:rsid w:val="00B93C04"/>
    <w:rsid w:val="00BA6992"/>
    <w:rsid w:val="00BA7FC2"/>
    <w:rsid w:val="00BB004D"/>
    <w:rsid w:val="00BB0438"/>
    <w:rsid w:val="00BB1CAC"/>
    <w:rsid w:val="00BB2D6D"/>
    <w:rsid w:val="00BB63D5"/>
    <w:rsid w:val="00BB6D5A"/>
    <w:rsid w:val="00BC02E2"/>
    <w:rsid w:val="00BC3959"/>
    <w:rsid w:val="00BC4239"/>
    <w:rsid w:val="00BCA7EE"/>
    <w:rsid w:val="00BD0BFA"/>
    <w:rsid w:val="00BE04DF"/>
    <w:rsid w:val="00BE2546"/>
    <w:rsid w:val="00BE2ED5"/>
    <w:rsid w:val="00BE326B"/>
    <w:rsid w:val="00BE393F"/>
    <w:rsid w:val="00BE688C"/>
    <w:rsid w:val="00C01258"/>
    <w:rsid w:val="00C02F91"/>
    <w:rsid w:val="00C07681"/>
    <w:rsid w:val="00C13129"/>
    <w:rsid w:val="00C1364D"/>
    <w:rsid w:val="00C159B3"/>
    <w:rsid w:val="00C15F9D"/>
    <w:rsid w:val="00C23830"/>
    <w:rsid w:val="00C23A10"/>
    <w:rsid w:val="00C24000"/>
    <w:rsid w:val="00C25129"/>
    <w:rsid w:val="00C303E3"/>
    <w:rsid w:val="00C315BD"/>
    <w:rsid w:val="00C343DF"/>
    <w:rsid w:val="00C349EA"/>
    <w:rsid w:val="00C42382"/>
    <w:rsid w:val="00C42732"/>
    <w:rsid w:val="00C44C87"/>
    <w:rsid w:val="00C50EDA"/>
    <w:rsid w:val="00C515A8"/>
    <w:rsid w:val="00C52BFB"/>
    <w:rsid w:val="00C53434"/>
    <w:rsid w:val="00C53B0D"/>
    <w:rsid w:val="00C55A73"/>
    <w:rsid w:val="00C60AFA"/>
    <w:rsid w:val="00C65446"/>
    <w:rsid w:val="00C70824"/>
    <w:rsid w:val="00C763F4"/>
    <w:rsid w:val="00C76CB5"/>
    <w:rsid w:val="00C77715"/>
    <w:rsid w:val="00C80328"/>
    <w:rsid w:val="00C8034B"/>
    <w:rsid w:val="00C822BB"/>
    <w:rsid w:val="00C82767"/>
    <w:rsid w:val="00C87485"/>
    <w:rsid w:val="00C87C14"/>
    <w:rsid w:val="00C94EDC"/>
    <w:rsid w:val="00C95C74"/>
    <w:rsid w:val="00C95FBF"/>
    <w:rsid w:val="00CA28C4"/>
    <w:rsid w:val="00CA29CB"/>
    <w:rsid w:val="00CA2CFA"/>
    <w:rsid w:val="00CA37CE"/>
    <w:rsid w:val="00CA3B3A"/>
    <w:rsid w:val="00CA4E02"/>
    <w:rsid w:val="00CA7F8D"/>
    <w:rsid w:val="00CB0664"/>
    <w:rsid w:val="00CB0DDC"/>
    <w:rsid w:val="00CB13B6"/>
    <w:rsid w:val="00CB515D"/>
    <w:rsid w:val="00CB6B9D"/>
    <w:rsid w:val="00CB76F6"/>
    <w:rsid w:val="00CC001F"/>
    <w:rsid w:val="00CC1809"/>
    <w:rsid w:val="00CC42BF"/>
    <w:rsid w:val="00CCFA83"/>
    <w:rsid w:val="00CD0E3E"/>
    <w:rsid w:val="00CD0ED4"/>
    <w:rsid w:val="00CD12AC"/>
    <w:rsid w:val="00CD2E92"/>
    <w:rsid w:val="00CD7361"/>
    <w:rsid w:val="00CD74E6"/>
    <w:rsid w:val="00CDA8D7"/>
    <w:rsid w:val="00CE23E2"/>
    <w:rsid w:val="00CE62AA"/>
    <w:rsid w:val="00CF01E0"/>
    <w:rsid w:val="00CF39C2"/>
    <w:rsid w:val="00CF39CC"/>
    <w:rsid w:val="00D02B5B"/>
    <w:rsid w:val="00D0336F"/>
    <w:rsid w:val="00D05171"/>
    <w:rsid w:val="00D11FA8"/>
    <w:rsid w:val="00D20163"/>
    <w:rsid w:val="00D23B68"/>
    <w:rsid w:val="00D2401C"/>
    <w:rsid w:val="00D256D0"/>
    <w:rsid w:val="00D26458"/>
    <w:rsid w:val="00D27F44"/>
    <w:rsid w:val="00D3483B"/>
    <w:rsid w:val="00D37B10"/>
    <w:rsid w:val="00D41A8D"/>
    <w:rsid w:val="00D466F2"/>
    <w:rsid w:val="00D519A9"/>
    <w:rsid w:val="00D55CA9"/>
    <w:rsid w:val="00D60A09"/>
    <w:rsid w:val="00D62B19"/>
    <w:rsid w:val="00D66AAE"/>
    <w:rsid w:val="00D771DA"/>
    <w:rsid w:val="00D82247"/>
    <w:rsid w:val="00D843E1"/>
    <w:rsid w:val="00D845E9"/>
    <w:rsid w:val="00D85267"/>
    <w:rsid w:val="00D855D1"/>
    <w:rsid w:val="00D87CC5"/>
    <w:rsid w:val="00D934B4"/>
    <w:rsid w:val="00DA099A"/>
    <w:rsid w:val="00DA35FE"/>
    <w:rsid w:val="00DA7C91"/>
    <w:rsid w:val="00DB07DE"/>
    <w:rsid w:val="00DB1AD6"/>
    <w:rsid w:val="00DB2F4B"/>
    <w:rsid w:val="00DB56B3"/>
    <w:rsid w:val="00DD0648"/>
    <w:rsid w:val="00DD092D"/>
    <w:rsid w:val="00DD1173"/>
    <w:rsid w:val="00DD1FB6"/>
    <w:rsid w:val="00DD4219"/>
    <w:rsid w:val="00DD5407"/>
    <w:rsid w:val="00DD66CD"/>
    <w:rsid w:val="00DE1820"/>
    <w:rsid w:val="00DE1B70"/>
    <w:rsid w:val="00DE1BC3"/>
    <w:rsid w:val="00DE2DAD"/>
    <w:rsid w:val="00DE33C4"/>
    <w:rsid w:val="00DE3BD2"/>
    <w:rsid w:val="00DE4923"/>
    <w:rsid w:val="00DF05FD"/>
    <w:rsid w:val="00DF25FF"/>
    <w:rsid w:val="00DF325F"/>
    <w:rsid w:val="00DF4979"/>
    <w:rsid w:val="00DF49C1"/>
    <w:rsid w:val="00DF648D"/>
    <w:rsid w:val="00E00AEB"/>
    <w:rsid w:val="00E00CA3"/>
    <w:rsid w:val="00E04954"/>
    <w:rsid w:val="00E06CFC"/>
    <w:rsid w:val="00E1460C"/>
    <w:rsid w:val="00E2309C"/>
    <w:rsid w:val="00E2588E"/>
    <w:rsid w:val="00E26B9F"/>
    <w:rsid w:val="00E26BD1"/>
    <w:rsid w:val="00E2768E"/>
    <w:rsid w:val="00E3029D"/>
    <w:rsid w:val="00E30CDD"/>
    <w:rsid w:val="00E322C2"/>
    <w:rsid w:val="00E3729B"/>
    <w:rsid w:val="00E4147C"/>
    <w:rsid w:val="00E41A94"/>
    <w:rsid w:val="00E42B87"/>
    <w:rsid w:val="00E43521"/>
    <w:rsid w:val="00E47A6C"/>
    <w:rsid w:val="00E520F8"/>
    <w:rsid w:val="00E52C4E"/>
    <w:rsid w:val="00E54F55"/>
    <w:rsid w:val="00E55329"/>
    <w:rsid w:val="00E64198"/>
    <w:rsid w:val="00E6529D"/>
    <w:rsid w:val="00E674E5"/>
    <w:rsid w:val="00E8214A"/>
    <w:rsid w:val="00E8701D"/>
    <w:rsid w:val="00E90092"/>
    <w:rsid w:val="00E92397"/>
    <w:rsid w:val="00E932DB"/>
    <w:rsid w:val="00E95910"/>
    <w:rsid w:val="00EA0B47"/>
    <w:rsid w:val="00EA1649"/>
    <w:rsid w:val="00EA18B2"/>
    <w:rsid w:val="00EA3024"/>
    <w:rsid w:val="00EA388F"/>
    <w:rsid w:val="00EB200C"/>
    <w:rsid w:val="00EB3C93"/>
    <w:rsid w:val="00EB41EB"/>
    <w:rsid w:val="00EB7DAE"/>
    <w:rsid w:val="00EC0D9E"/>
    <w:rsid w:val="00EC2E1F"/>
    <w:rsid w:val="00EC6ECD"/>
    <w:rsid w:val="00EC7295"/>
    <w:rsid w:val="00EC7CC1"/>
    <w:rsid w:val="00ED07F3"/>
    <w:rsid w:val="00ED0C6F"/>
    <w:rsid w:val="00ED13E4"/>
    <w:rsid w:val="00ED6AC6"/>
    <w:rsid w:val="00ED78D6"/>
    <w:rsid w:val="00ED7D8A"/>
    <w:rsid w:val="00EE4053"/>
    <w:rsid w:val="00EE43E6"/>
    <w:rsid w:val="00EE4C6B"/>
    <w:rsid w:val="00EE5D2E"/>
    <w:rsid w:val="00EE6E30"/>
    <w:rsid w:val="00EF035F"/>
    <w:rsid w:val="00EF3EC4"/>
    <w:rsid w:val="00F000C3"/>
    <w:rsid w:val="00F00356"/>
    <w:rsid w:val="00F02405"/>
    <w:rsid w:val="00F051FD"/>
    <w:rsid w:val="00F06804"/>
    <w:rsid w:val="00F10567"/>
    <w:rsid w:val="00F120E9"/>
    <w:rsid w:val="00F16601"/>
    <w:rsid w:val="00F17098"/>
    <w:rsid w:val="00F246EC"/>
    <w:rsid w:val="00F24919"/>
    <w:rsid w:val="00F24A66"/>
    <w:rsid w:val="00F257A0"/>
    <w:rsid w:val="00F37535"/>
    <w:rsid w:val="00F40233"/>
    <w:rsid w:val="00F42E16"/>
    <w:rsid w:val="00F44B1C"/>
    <w:rsid w:val="00F45A34"/>
    <w:rsid w:val="00F4731C"/>
    <w:rsid w:val="00F503CA"/>
    <w:rsid w:val="00F52CAA"/>
    <w:rsid w:val="00F62551"/>
    <w:rsid w:val="00F64ED3"/>
    <w:rsid w:val="00F6555D"/>
    <w:rsid w:val="00F66631"/>
    <w:rsid w:val="00F76872"/>
    <w:rsid w:val="00F76F67"/>
    <w:rsid w:val="00F84A7B"/>
    <w:rsid w:val="00F84F83"/>
    <w:rsid w:val="00F8693C"/>
    <w:rsid w:val="00F87E75"/>
    <w:rsid w:val="00F90969"/>
    <w:rsid w:val="00F90A93"/>
    <w:rsid w:val="00FA1955"/>
    <w:rsid w:val="00FA203B"/>
    <w:rsid w:val="00FA44FC"/>
    <w:rsid w:val="00FA7378"/>
    <w:rsid w:val="00FB07CF"/>
    <w:rsid w:val="00FB320F"/>
    <w:rsid w:val="00FB41D0"/>
    <w:rsid w:val="00FB4C1F"/>
    <w:rsid w:val="00FB69CD"/>
    <w:rsid w:val="00FB735D"/>
    <w:rsid w:val="00FB7A4A"/>
    <w:rsid w:val="00FC37A3"/>
    <w:rsid w:val="00FC693F"/>
    <w:rsid w:val="00FD07EB"/>
    <w:rsid w:val="00FD2533"/>
    <w:rsid w:val="00FD2D42"/>
    <w:rsid w:val="00FD7502"/>
    <w:rsid w:val="00FE0DBD"/>
    <w:rsid w:val="00FE5B22"/>
    <w:rsid w:val="00FF642A"/>
    <w:rsid w:val="00FF7466"/>
    <w:rsid w:val="01090F6C"/>
    <w:rsid w:val="012D56FB"/>
    <w:rsid w:val="01408959"/>
    <w:rsid w:val="01596257"/>
    <w:rsid w:val="0191FD50"/>
    <w:rsid w:val="01C5667D"/>
    <w:rsid w:val="01D8DBE8"/>
    <w:rsid w:val="01F5246D"/>
    <w:rsid w:val="01F70E43"/>
    <w:rsid w:val="02270BE5"/>
    <w:rsid w:val="022CE22A"/>
    <w:rsid w:val="0239C39C"/>
    <w:rsid w:val="023A9058"/>
    <w:rsid w:val="0273B6A9"/>
    <w:rsid w:val="0288CE92"/>
    <w:rsid w:val="029012EA"/>
    <w:rsid w:val="02AA8D00"/>
    <w:rsid w:val="02B23553"/>
    <w:rsid w:val="02BE0F49"/>
    <w:rsid w:val="02C582DE"/>
    <w:rsid w:val="02E33FEF"/>
    <w:rsid w:val="02FC95C8"/>
    <w:rsid w:val="0302A8AB"/>
    <w:rsid w:val="030831BF"/>
    <w:rsid w:val="034BC60F"/>
    <w:rsid w:val="03558375"/>
    <w:rsid w:val="0359D64B"/>
    <w:rsid w:val="036DCAFC"/>
    <w:rsid w:val="03716E38"/>
    <w:rsid w:val="039AD079"/>
    <w:rsid w:val="039F8B06"/>
    <w:rsid w:val="03E825CD"/>
    <w:rsid w:val="041E5A62"/>
    <w:rsid w:val="0430BABF"/>
    <w:rsid w:val="04349BA4"/>
    <w:rsid w:val="045A2D54"/>
    <w:rsid w:val="0462DAAD"/>
    <w:rsid w:val="046D2479"/>
    <w:rsid w:val="0473079B"/>
    <w:rsid w:val="04734E43"/>
    <w:rsid w:val="047C45C4"/>
    <w:rsid w:val="047C9E36"/>
    <w:rsid w:val="048CD742"/>
    <w:rsid w:val="04A478BF"/>
    <w:rsid w:val="04A8871B"/>
    <w:rsid w:val="04BFD49E"/>
    <w:rsid w:val="04CAD92A"/>
    <w:rsid w:val="04D8D33A"/>
    <w:rsid w:val="04D91FCF"/>
    <w:rsid w:val="04DC3873"/>
    <w:rsid w:val="04E8E2F7"/>
    <w:rsid w:val="0500F09D"/>
    <w:rsid w:val="051630C9"/>
    <w:rsid w:val="0542DAFC"/>
    <w:rsid w:val="05504D53"/>
    <w:rsid w:val="055F03C5"/>
    <w:rsid w:val="056E2541"/>
    <w:rsid w:val="0575021F"/>
    <w:rsid w:val="057E0E17"/>
    <w:rsid w:val="05961253"/>
    <w:rsid w:val="05C3D4CF"/>
    <w:rsid w:val="05FCB268"/>
    <w:rsid w:val="06326BC3"/>
    <w:rsid w:val="06344CF2"/>
    <w:rsid w:val="06363E38"/>
    <w:rsid w:val="0645B87D"/>
    <w:rsid w:val="064D2170"/>
    <w:rsid w:val="065F695B"/>
    <w:rsid w:val="0676A84B"/>
    <w:rsid w:val="067AF78A"/>
    <w:rsid w:val="069F9546"/>
    <w:rsid w:val="06BFA5F8"/>
    <w:rsid w:val="06E575E7"/>
    <w:rsid w:val="06ED0A41"/>
    <w:rsid w:val="06F3F831"/>
    <w:rsid w:val="07089234"/>
    <w:rsid w:val="070ED2E6"/>
    <w:rsid w:val="07240F28"/>
    <w:rsid w:val="072762F7"/>
    <w:rsid w:val="073FF41B"/>
    <w:rsid w:val="074297E7"/>
    <w:rsid w:val="074CC669"/>
    <w:rsid w:val="0754B794"/>
    <w:rsid w:val="077BF8CF"/>
    <w:rsid w:val="07AFBC5E"/>
    <w:rsid w:val="07DEDA0B"/>
    <w:rsid w:val="07F0A2ED"/>
    <w:rsid w:val="07F73967"/>
    <w:rsid w:val="081DCA8A"/>
    <w:rsid w:val="08433A34"/>
    <w:rsid w:val="0853D376"/>
    <w:rsid w:val="08627CED"/>
    <w:rsid w:val="08759FF3"/>
    <w:rsid w:val="0883565A"/>
    <w:rsid w:val="088483CE"/>
    <w:rsid w:val="08A0B078"/>
    <w:rsid w:val="08CB5920"/>
    <w:rsid w:val="08F17A92"/>
    <w:rsid w:val="0911AD90"/>
    <w:rsid w:val="0918339E"/>
    <w:rsid w:val="09213284"/>
    <w:rsid w:val="0927CE8C"/>
    <w:rsid w:val="0956CAAF"/>
    <w:rsid w:val="09A81730"/>
    <w:rsid w:val="09BD48C2"/>
    <w:rsid w:val="09C57DC4"/>
    <w:rsid w:val="09D547D0"/>
    <w:rsid w:val="09ED50A2"/>
    <w:rsid w:val="0A0C416B"/>
    <w:rsid w:val="0A28C530"/>
    <w:rsid w:val="0A2BB20D"/>
    <w:rsid w:val="0A387603"/>
    <w:rsid w:val="0A3E4A44"/>
    <w:rsid w:val="0A53916A"/>
    <w:rsid w:val="0A54677F"/>
    <w:rsid w:val="0A5BF372"/>
    <w:rsid w:val="0A683137"/>
    <w:rsid w:val="0A6E8122"/>
    <w:rsid w:val="0A78F175"/>
    <w:rsid w:val="0A958C67"/>
    <w:rsid w:val="0AA2BBA3"/>
    <w:rsid w:val="0AB11F8C"/>
    <w:rsid w:val="0ABDEF3F"/>
    <w:rsid w:val="0AC68DB5"/>
    <w:rsid w:val="0ADB7863"/>
    <w:rsid w:val="0AF93CBE"/>
    <w:rsid w:val="0B09DDA8"/>
    <w:rsid w:val="0B154C37"/>
    <w:rsid w:val="0B17FA1F"/>
    <w:rsid w:val="0B1C2BD9"/>
    <w:rsid w:val="0B41EA7C"/>
    <w:rsid w:val="0B52D553"/>
    <w:rsid w:val="0B8D4DAC"/>
    <w:rsid w:val="0B92504C"/>
    <w:rsid w:val="0BA47477"/>
    <w:rsid w:val="0BB77C94"/>
    <w:rsid w:val="0BBF2CC1"/>
    <w:rsid w:val="0BBF82B1"/>
    <w:rsid w:val="0BC64DD8"/>
    <w:rsid w:val="0BFE5517"/>
    <w:rsid w:val="0BFF7DE5"/>
    <w:rsid w:val="0C4CF91B"/>
    <w:rsid w:val="0C4F3C19"/>
    <w:rsid w:val="0C77F13A"/>
    <w:rsid w:val="0C7D270E"/>
    <w:rsid w:val="0C7D47F4"/>
    <w:rsid w:val="0C8B5215"/>
    <w:rsid w:val="0C8BF783"/>
    <w:rsid w:val="0C8C887D"/>
    <w:rsid w:val="0C961825"/>
    <w:rsid w:val="0CA55642"/>
    <w:rsid w:val="0CB06E3F"/>
    <w:rsid w:val="0CD1281F"/>
    <w:rsid w:val="0D1300B9"/>
    <w:rsid w:val="0D2690DA"/>
    <w:rsid w:val="0D2CCA63"/>
    <w:rsid w:val="0D3275BF"/>
    <w:rsid w:val="0D704AAC"/>
    <w:rsid w:val="0DA93F05"/>
    <w:rsid w:val="0DACC88C"/>
    <w:rsid w:val="0DC43EF5"/>
    <w:rsid w:val="0DCC0589"/>
    <w:rsid w:val="0DD0BD56"/>
    <w:rsid w:val="0DFA57B1"/>
    <w:rsid w:val="0E01FCD1"/>
    <w:rsid w:val="0E35D319"/>
    <w:rsid w:val="0E485AA5"/>
    <w:rsid w:val="0E6D6A07"/>
    <w:rsid w:val="0E74845A"/>
    <w:rsid w:val="0E7E1E40"/>
    <w:rsid w:val="0E93B691"/>
    <w:rsid w:val="0E96B478"/>
    <w:rsid w:val="0EB23215"/>
    <w:rsid w:val="0ECD274A"/>
    <w:rsid w:val="0F2C7178"/>
    <w:rsid w:val="0F599235"/>
    <w:rsid w:val="0F6755DD"/>
    <w:rsid w:val="0F75AE74"/>
    <w:rsid w:val="0F7704DC"/>
    <w:rsid w:val="0FA098FE"/>
    <w:rsid w:val="0FAEA578"/>
    <w:rsid w:val="0FB5F4B1"/>
    <w:rsid w:val="0FC7F16C"/>
    <w:rsid w:val="0FD0D287"/>
    <w:rsid w:val="0FD6C62D"/>
    <w:rsid w:val="0FDC5C1D"/>
    <w:rsid w:val="0FDC9FE6"/>
    <w:rsid w:val="0FDDF006"/>
    <w:rsid w:val="0FE54646"/>
    <w:rsid w:val="0FE84E8D"/>
    <w:rsid w:val="1000D452"/>
    <w:rsid w:val="1037C9C9"/>
    <w:rsid w:val="104C7441"/>
    <w:rsid w:val="1056C9D8"/>
    <w:rsid w:val="1083564E"/>
    <w:rsid w:val="10A690F6"/>
    <w:rsid w:val="10B146C7"/>
    <w:rsid w:val="10BBC654"/>
    <w:rsid w:val="10E05354"/>
    <w:rsid w:val="10FA17EC"/>
    <w:rsid w:val="110C9322"/>
    <w:rsid w:val="11369D47"/>
    <w:rsid w:val="116EEC98"/>
    <w:rsid w:val="11A20C50"/>
    <w:rsid w:val="11BDA2BD"/>
    <w:rsid w:val="11DA3220"/>
    <w:rsid w:val="11E86580"/>
    <w:rsid w:val="11FF861F"/>
    <w:rsid w:val="120EC014"/>
    <w:rsid w:val="1210001B"/>
    <w:rsid w:val="121CA888"/>
    <w:rsid w:val="12507EEA"/>
    <w:rsid w:val="1273DE5E"/>
    <w:rsid w:val="1282A65D"/>
    <w:rsid w:val="12965359"/>
    <w:rsid w:val="12A1FD4E"/>
    <w:rsid w:val="12A30F0C"/>
    <w:rsid w:val="12ACD1DB"/>
    <w:rsid w:val="12AE9D1D"/>
    <w:rsid w:val="12BAC7C8"/>
    <w:rsid w:val="12BE12C5"/>
    <w:rsid w:val="12C81C22"/>
    <w:rsid w:val="12CB984F"/>
    <w:rsid w:val="12F6A4BF"/>
    <w:rsid w:val="1307939F"/>
    <w:rsid w:val="130F8C73"/>
    <w:rsid w:val="130F8EE2"/>
    <w:rsid w:val="132D81F0"/>
    <w:rsid w:val="133BE520"/>
    <w:rsid w:val="1341CA49"/>
    <w:rsid w:val="134B46F0"/>
    <w:rsid w:val="135C0A58"/>
    <w:rsid w:val="13772139"/>
    <w:rsid w:val="138CFC9B"/>
    <w:rsid w:val="13BF892B"/>
    <w:rsid w:val="13F1FE2B"/>
    <w:rsid w:val="13F728E1"/>
    <w:rsid w:val="13FE6B3E"/>
    <w:rsid w:val="140E8025"/>
    <w:rsid w:val="1426DACC"/>
    <w:rsid w:val="1449264D"/>
    <w:rsid w:val="1463FEA1"/>
    <w:rsid w:val="147BB10A"/>
    <w:rsid w:val="14B28749"/>
    <w:rsid w:val="14E3C0F6"/>
    <w:rsid w:val="14F69EF3"/>
    <w:rsid w:val="15187B36"/>
    <w:rsid w:val="153B75D8"/>
    <w:rsid w:val="155E80CD"/>
    <w:rsid w:val="1564FB05"/>
    <w:rsid w:val="1566A478"/>
    <w:rsid w:val="157EAE4A"/>
    <w:rsid w:val="15B2B9BC"/>
    <w:rsid w:val="15C80B56"/>
    <w:rsid w:val="15CF2EFF"/>
    <w:rsid w:val="15D40C94"/>
    <w:rsid w:val="15D8211F"/>
    <w:rsid w:val="15DED95E"/>
    <w:rsid w:val="15EA675A"/>
    <w:rsid w:val="1602AA39"/>
    <w:rsid w:val="1607C682"/>
    <w:rsid w:val="16099D91"/>
    <w:rsid w:val="1611633D"/>
    <w:rsid w:val="161608D9"/>
    <w:rsid w:val="16173E85"/>
    <w:rsid w:val="165E7C60"/>
    <w:rsid w:val="166C3B73"/>
    <w:rsid w:val="166CC6C0"/>
    <w:rsid w:val="166E0C58"/>
    <w:rsid w:val="1671F968"/>
    <w:rsid w:val="16851DFA"/>
    <w:rsid w:val="16881F3A"/>
    <w:rsid w:val="16A8B690"/>
    <w:rsid w:val="16AA5172"/>
    <w:rsid w:val="16D23F51"/>
    <w:rsid w:val="16D34E60"/>
    <w:rsid w:val="16DBA0B0"/>
    <w:rsid w:val="1714FDE3"/>
    <w:rsid w:val="1722946E"/>
    <w:rsid w:val="172E4E4D"/>
    <w:rsid w:val="173127DD"/>
    <w:rsid w:val="173F3007"/>
    <w:rsid w:val="174C7C0C"/>
    <w:rsid w:val="17698774"/>
    <w:rsid w:val="17861178"/>
    <w:rsid w:val="179D62C1"/>
    <w:rsid w:val="17AE4A80"/>
    <w:rsid w:val="17CD8DE8"/>
    <w:rsid w:val="17E6E9CA"/>
    <w:rsid w:val="17FB37DA"/>
    <w:rsid w:val="1810BABA"/>
    <w:rsid w:val="182CC968"/>
    <w:rsid w:val="183A8354"/>
    <w:rsid w:val="183B480B"/>
    <w:rsid w:val="18436EAF"/>
    <w:rsid w:val="18485291"/>
    <w:rsid w:val="184F013E"/>
    <w:rsid w:val="1866210E"/>
    <w:rsid w:val="1868D4E8"/>
    <w:rsid w:val="18DD0D52"/>
    <w:rsid w:val="1900DC6C"/>
    <w:rsid w:val="191ADF72"/>
    <w:rsid w:val="19382D49"/>
    <w:rsid w:val="19394356"/>
    <w:rsid w:val="194D9DF8"/>
    <w:rsid w:val="1951627B"/>
    <w:rsid w:val="195859D1"/>
    <w:rsid w:val="19676BD5"/>
    <w:rsid w:val="196EEE70"/>
    <w:rsid w:val="198EFADF"/>
    <w:rsid w:val="19AE24DF"/>
    <w:rsid w:val="19B831E3"/>
    <w:rsid w:val="19CD9A5F"/>
    <w:rsid w:val="19D60DD4"/>
    <w:rsid w:val="19DB8D94"/>
    <w:rsid w:val="1A061AFF"/>
    <w:rsid w:val="1A62D296"/>
    <w:rsid w:val="1A9C1F80"/>
    <w:rsid w:val="1AA5F76F"/>
    <w:rsid w:val="1AABD305"/>
    <w:rsid w:val="1ABF9E43"/>
    <w:rsid w:val="1AC6423A"/>
    <w:rsid w:val="1AD6A411"/>
    <w:rsid w:val="1AD9A366"/>
    <w:rsid w:val="1B1022AC"/>
    <w:rsid w:val="1B31094A"/>
    <w:rsid w:val="1B4481F7"/>
    <w:rsid w:val="1B7FD715"/>
    <w:rsid w:val="1B889EA8"/>
    <w:rsid w:val="1B88EBF5"/>
    <w:rsid w:val="1B8BB0A7"/>
    <w:rsid w:val="1BA17AC6"/>
    <w:rsid w:val="1BC999A3"/>
    <w:rsid w:val="1C3B1226"/>
    <w:rsid w:val="1C3FDEC2"/>
    <w:rsid w:val="1C4F54DE"/>
    <w:rsid w:val="1C65903D"/>
    <w:rsid w:val="1C675FDE"/>
    <w:rsid w:val="1C680B97"/>
    <w:rsid w:val="1C6A8038"/>
    <w:rsid w:val="1C99308F"/>
    <w:rsid w:val="1CA5D7F4"/>
    <w:rsid w:val="1CD7F7CB"/>
    <w:rsid w:val="1CDC8813"/>
    <w:rsid w:val="1CE077F9"/>
    <w:rsid w:val="1CEDF1CD"/>
    <w:rsid w:val="1D1537B7"/>
    <w:rsid w:val="1D1DDE39"/>
    <w:rsid w:val="1D496FA5"/>
    <w:rsid w:val="1D88EC6C"/>
    <w:rsid w:val="1D97CFB7"/>
    <w:rsid w:val="1DA0EE3E"/>
    <w:rsid w:val="1DAAB9BD"/>
    <w:rsid w:val="1DC249C1"/>
    <w:rsid w:val="1DCCA206"/>
    <w:rsid w:val="1DD052C0"/>
    <w:rsid w:val="1DE8ECD3"/>
    <w:rsid w:val="1E0AE6E6"/>
    <w:rsid w:val="1E0DD92D"/>
    <w:rsid w:val="1E0E9A40"/>
    <w:rsid w:val="1E21A281"/>
    <w:rsid w:val="1E21B659"/>
    <w:rsid w:val="1E2E10AA"/>
    <w:rsid w:val="1E5020CD"/>
    <w:rsid w:val="1E6567F2"/>
    <w:rsid w:val="1E6D8C0D"/>
    <w:rsid w:val="1E852E37"/>
    <w:rsid w:val="1E8F5426"/>
    <w:rsid w:val="1EB6A6D5"/>
    <w:rsid w:val="1EBBC442"/>
    <w:rsid w:val="1EDC20C1"/>
    <w:rsid w:val="1EDD1D10"/>
    <w:rsid w:val="1EE25A8D"/>
    <w:rsid w:val="1F22888A"/>
    <w:rsid w:val="1F2DBF97"/>
    <w:rsid w:val="1F70B331"/>
    <w:rsid w:val="1F77DA04"/>
    <w:rsid w:val="1F795C43"/>
    <w:rsid w:val="1F8C954D"/>
    <w:rsid w:val="1FB5DD9F"/>
    <w:rsid w:val="1FB91A06"/>
    <w:rsid w:val="1FBD08AC"/>
    <w:rsid w:val="1FD44848"/>
    <w:rsid w:val="20027D37"/>
    <w:rsid w:val="200B6B90"/>
    <w:rsid w:val="20425C15"/>
    <w:rsid w:val="207CD485"/>
    <w:rsid w:val="208302CE"/>
    <w:rsid w:val="208425F4"/>
    <w:rsid w:val="20A7F62E"/>
    <w:rsid w:val="20C2B10E"/>
    <w:rsid w:val="211F87F0"/>
    <w:rsid w:val="213026B0"/>
    <w:rsid w:val="2142B5E8"/>
    <w:rsid w:val="214EB702"/>
    <w:rsid w:val="2167AEAD"/>
    <w:rsid w:val="216914C6"/>
    <w:rsid w:val="218EAA58"/>
    <w:rsid w:val="21B35D30"/>
    <w:rsid w:val="21BE73F2"/>
    <w:rsid w:val="21D84F1B"/>
    <w:rsid w:val="21F4FF4C"/>
    <w:rsid w:val="2209858E"/>
    <w:rsid w:val="22213766"/>
    <w:rsid w:val="222ABFFF"/>
    <w:rsid w:val="223C8BFA"/>
    <w:rsid w:val="2259E358"/>
    <w:rsid w:val="226F2351"/>
    <w:rsid w:val="2273BA6B"/>
    <w:rsid w:val="227815AD"/>
    <w:rsid w:val="227FFADB"/>
    <w:rsid w:val="22861EA8"/>
    <w:rsid w:val="229FA25D"/>
    <w:rsid w:val="22AB989B"/>
    <w:rsid w:val="22BA5361"/>
    <w:rsid w:val="22BDA054"/>
    <w:rsid w:val="22E597CE"/>
    <w:rsid w:val="22E8E7AE"/>
    <w:rsid w:val="22F481C4"/>
    <w:rsid w:val="22FA7200"/>
    <w:rsid w:val="2307E259"/>
    <w:rsid w:val="23099842"/>
    <w:rsid w:val="230FCF4D"/>
    <w:rsid w:val="232B5441"/>
    <w:rsid w:val="239CC7BF"/>
    <w:rsid w:val="23ADE722"/>
    <w:rsid w:val="23CAE516"/>
    <w:rsid w:val="23D5FAAF"/>
    <w:rsid w:val="23E573DF"/>
    <w:rsid w:val="2403DBEC"/>
    <w:rsid w:val="2413D9CB"/>
    <w:rsid w:val="241F23AE"/>
    <w:rsid w:val="242440B2"/>
    <w:rsid w:val="2425D242"/>
    <w:rsid w:val="244FA3E0"/>
    <w:rsid w:val="24508095"/>
    <w:rsid w:val="24596D9F"/>
    <w:rsid w:val="2464AC27"/>
    <w:rsid w:val="24672AA4"/>
    <w:rsid w:val="24856729"/>
    <w:rsid w:val="248788E8"/>
    <w:rsid w:val="248A9BB2"/>
    <w:rsid w:val="249B343C"/>
    <w:rsid w:val="24B1A06B"/>
    <w:rsid w:val="24BF670D"/>
    <w:rsid w:val="24C6B17E"/>
    <w:rsid w:val="24DBE286"/>
    <w:rsid w:val="250A0979"/>
    <w:rsid w:val="25686CB4"/>
    <w:rsid w:val="25957B6D"/>
    <w:rsid w:val="2595C52E"/>
    <w:rsid w:val="259D3E31"/>
    <w:rsid w:val="25A1EFAF"/>
    <w:rsid w:val="25AD2D62"/>
    <w:rsid w:val="25B400E0"/>
    <w:rsid w:val="25E4A790"/>
    <w:rsid w:val="25EA8C9F"/>
    <w:rsid w:val="25F121A9"/>
    <w:rsid w:val="25F8BB3D"/>
    <w:rsid w:val="25FB7D3F"/>
    <w:rsid w:val="26147C43"/>
    <w:rsid w:val="262F108C"/>
    <w:rsid w:val="26362EDC"/>
    <w:rsid w:val="264B9828"/>
    <w:rsid w:val="26568B04"/>
    <w:rsid w:val="265D11B5"/>
    <w:rsid w:val="265E3B3B"/>
    <w:rsid w:val="266632DD"/>
    <w:rsid w:val="26C28366"/>
    <w:rsid w:val="26EEA57F"/>
    <w:rsid w:val="26F9695A"/>
    <w:rsid w:val="271C7158"/>
    <w:rsid w:val="274C8B89"/>
    <w:rsid w:val="2757D0AF"/>
    <w:rsid w:val="275F72B0"/>
    <w:rsid w:val="2766655E"/>
    <w:rsid w:val="276C3C78"/>
    <w:rsid w:val="277605CD"/>
    <w:rsid w:val="27788D09"/>
    <w:rsid w:val="27956CC1"/>
    <w:rsid w:val="27B53A55"/>
    <w:rsid w:val="27B70FD5"/>
    <w:rsid w:val="27DD6389"/>
    <w:rsid w:val="281A776D"/>
    <w:rsid w:val="281FD155"/>
    <w:rsid w:val="28359F3D"/>
    <w:rsid w:val="284DAE9B"/>
    <w:rsid w:val="285A308D"/>
    <w:rsid w:val="286EE5C1"/>
    <w:rsid w:val="28903B47"/>
    <w:rsid w:val="28954287"/>
    <w:rsid w:val="28A58443"/>
    <w:rsid w:val="28B787D7"/>
    <w:rsid w:val="28C7ED07"/>
    <w:rsid w:val="28CBC07B"/>
    <w:rsid w:val="28D4D4D7"/>
    <w:rsid w:val="28D51D46"/>
    <w:rsid w:val="28D9CEC0"/>
    <w:rsid w:val="28FC566C"/>
    <w:rsid w:val="290DF7A0"/>
    <w:rsid w:val="290E46FA"/>
    <w:rsid w:val="29180231"/>
    <w:rsid w:val="29475858"/>
    <w:rsid w:val="295205FC"/>
    <w:rsid w:val="295662E4"/>
    <w:rsid w:val="295B3A4E"/>
    <w:rsid w:val="295D2F0C"/>
    <w:rsid w:val="296D0692"/>
    <w:rsid w:val="2983B373"/>
    <w:rsid w:val="2987256D"/>
    <w:rsid w:val="298F0CEA"/>
    <w:rsid w:val="29B23CB8"/>
    <w:rsid w:val="29DF1AEA"/>
    <w:rsid w:val="29F7733E"/>
    <w:rsid w:val="29FBB985"/>
    <w:rsid w:val="2A0EBA06"/>
    <w:rsid w:val="2A12CF71"/>
    <w:rsid w:val="2A61A5AE"/>
    <w:rsid w:val="2A7DDB59"/>
    <w:rsid w:val="2A981F34"/>
    <w:rsid w:val="2AE1AFC9"/>
    <w:rsid w:val="2AE4E648"/>
    <w:rsid w:val="2B0B5B22"/>
    <w:rsid w:val="2B2DA328"/>
    <w:rsid w:val="2B32A048"/>
    <w:rsid w:val="2B426B01"/>
    <w:rsid w:val="2B55F0C4"/>
    <w:rsid w:val="2B6FD20B"/>
    <w:rsid w:val="2B800B55"/>
    <w:rsid w:val="2B81FEE2"/>
    <w:rsid w:val="2B8D9533"/>
    <w:rsid w:val="2B92EFD2"/>
    <w:rsid w:val="2B9542F8"/>
    <w:rsid w:val="2B9F8CF9"/>
    <w:rsid w:val="2BC2C3D6"/>
    <w:rsid w:val="2BCCB378"/>
    <w:rsid w:val="2BD541E9"/>
    <w:rsid w:val="2BE52FDB"/>
    <w:rsid w:val="2BFF7824"/>
    <w:rsid w:val="2C0C8439"/>
    <w:rsid w:val="2C3F6670"/>
    <w:rsid w:val="2C41746A"/>
    <w:rsid w:val="2C440579"/>
    <w:rsid w:val="2C459187"/>
    <w:rsid w:val="2C54075C"/>
    <w:rsid w:val="2C82D52B"/>
    <w:rsid w:val="2C95C717"/>
    <w:rsid w:val="2C994AA5"/>
    <w:rsid w:val="2CA5616D"/>
    <w:rsid w:val="2CB8FAC5"/>
    <w:rsid w:val="2CD15440"/>
    <w:rsid w:val="2CEF7ADC"/>
    <w:rsid w:val="2CF29FAA"/>
    <w:rsid w:val="2CFDA1BD"/>
    <w:rsid w:val="2D11865D"/>
    <w:rsid w:val="2D1EC1D3"/>
    <w:rsid w:val="2D573440"/>
    <w:rsid w:val="2D574A84"/>
    <w:rsid w:val="2D6CCAC1"/>
    <w:rsid w:val="2D703955"/>
    <w:rsid w:val="2D810B0C"/>
    <w:rsid w:val="2D855393"/>
    <w:rsid w:val="2DA80648"/>
    <w:rsid w:val="2DC2680D"/>
    <w:rsid w:val="2DC361B8"/>
    <w:rsid w:val="2DF9798E"/>
    <w:rsid w:val="2E0DEFC0"/>
    <w:rsid w:val="2E21D8A7"/>
    <w:rsid w:val="2E255988"/>
    <w:rsid w:val="2E4B1A6E"/>
    <w:rsid w:val="2E65633B"/>
    <w:rsid w:val="2E7C3A09"/>
    <w:rsid w:val="2ECB34C8"/>
    <w:rsid w:val="2ED306CB"/>
    <w:rsid w:val="2F07FD5B"/>
    <w:rsid w:val="2F296617"/>
    <w:rsid w:val="2F392076"/>
    <w:rsid w:val="2F3C1103"/>
    <w:rsid w:val="2F54D269"/>
    <w:rsid w:val="2F5762A2"/>
    <w:rsid w:val="2F6B0600"/>
    <w:rsid w:val="2F8AFDBD"/>
    <w:rsid w:val="2F917AB9"/>
    <w:rsid w:val="2F946BEC"/>
    <w:rsid w:val="2FABCB1B"/>
    <w:rsid w:val="2FC8DD12"/>
    <w:rsid w:val="2FC9FF74"/>
    <w:rsid w:val="2FCB528D"/>
    <w:rsid w:val="2FDDBC4E"/>
    <w:rsid w:val="301B74EB"/>
    <w:rsid w:val="308BB3E0"/>
    <w:rsid w:val="30ADB97F"/>
    <w:rsid w:val="30C6E696"/>
    <w:rsid w:val="30CBA6E8"/>
    <w:rsid w:val="30D81E43"/>
    <w:rsid w:val="30DBB8AA"/>
    <w:rsid w:val="30E3F062"/>
    <w:rsid w:val="310B26DB"/>
    <w:rsid w:val="31157E8A"/>
    <w:rsid w:val="3124DFC6"/>
    <w:rsid w:val="31367729"/>
    <w:rsid w:val="313D976A"/>
    <w:rsid w:val="314B9B1A"/>
    <w:rsid w:val="3186040C"/>
    <w:rsid w:val="318B6FD7"/>
    <w:rsid w:val="31B76213"/>
    <w:rsid w:val="31E3BDCB"/>
    <w:rsid w:val="31EDBE43"/>
    <w:rsid w:val="31F679F1"/>
    <w:rsid w:val="320B61D4"/>
    <w:rsid w:val="323DBB56"/>
    <w:rsid w:val="324D04D2"/>
    <w:rsid w:val="32520365"/>
    <w:rsid w:val="32571A23"/>
    <w:rsid w:val="32744754"/>
    <w:rsid w:val="3283633A"/>
    <w:rsid w:val="32C5469B"/>
    <w:rsid w:val="32E0DEB9"/>
    <w:rsid w:val="32FC8696"/>
    <w:rsid w:val="33006BDC"/>
    <w:rsid w:val="3312B8DA"/>
    <w:rsid w:val="3327B20F"/>
    <w:rsid w:val="333AB7BD"/>
    <w:rsid w:val="333F7573"/>
    <w:rsid w:val="3340342E"/>
    <w:rsid w:val="33407FA0"/>
    <w:rsid w:val="33478A11"/>
    <w:rsid w:val="334AE3E8"/>
    <w:rsid w:val="3372850F"/>
    <w:rsid w:val="33741D67"/>
    <w:rsid w:val="339C66F9"/>
    <w:rsid w:val="339D860E"/>
    <w:rsid w:val="33A78479"/>
    <w:rsid w:val="33BD5C8B"/>
    <w:rsid w:val="33C0F870"/>
    <w:rsid w:val="33C400AD"/>
    <w:rsid w:val="33C8D622"/>
    <w:rsid w:val="33CD8A11"/>
    <w:rsid w:val="33DF6147"/>
    <w:rsid w:val="33EB6C6C"/>
    <w:rsid w:val="33FF720D"/>
    <w:rsid w:val="33FFD0ED"/>
    <w:rsid w:val="34209642"/>
    <w:rsid w:val="3422706D"/>
    <w:rsid w:val="3437C83B"/>
    <w:rsid w:val="34518CF0"/>
    <w:rsid w:val="34590FBA"/>
    <w:rsid w:val="345EDF78"/>
    <w:rsid w:val="34851D71"/>
    <w:rsid w:val="3486A24A"/>
    <w:rsid w:val="349AF6B2"/>
    <w:rsid w:val="349CD2CE"/>
    <w:rsid w:val="349D5610"/>
    <w:rsid w:val="34B5147B"/>
    <w:rsid w:val="34C8A2A7"/>
    <w:rsid w:val="34D6E1B2"/>
    <w:rsid w:val="34E4734E"/>
    <w:rsid w:val="34E48BB9"/>
    <w:rsid w:val="351FB6D3"/>
    <w:rsid w:val="3536B308"/>
    <w:rsid w:val="357D7538"/>
    <w:rsid w:val="357F17B5"/>
    <w:rsid w:val="35971D81"/>
    <w:rsid w:val="35C1712C"/>
    <w:rsid w:val="35C1B16F"/>
    <w:rsid w:val="35C23233"/>
    <w:rsid w:val="35D8BA29"/>
    <w:rsid w:val="35DF210C"/>
    <w:rsid w:val="35ED4F42"/>
    <w:rsid w:val="35F2D8AE"/>
    <w:rsid w:val="362183CE"/>
    <w:rsid w:val="36409A8B"/>
    <w:rsid w:val="3640EAE3"/>
    <w:rsid w:val="364566B8"/>
    <w:rsid w:val="365F183F"/>
    <w:rsid w:val="36718B31"/>
    <w:rsid w:val="367F58D1"/>
    <w:rsid w:val="36959979"/>
    <w:rsid w:val="36E74F46"/>
    <w:rsid w:val="36EEBF1D"/>
    <w:rsid w:val="36F0CACA"/>
    <w:rsid w:val="370D458D"/>
    <w:rsid w:val="371590B1"/>
    <w:rsid w:val="37180399"/>
    <w:rsid w:val="377D43D4"/>
    <w:rsid w:val="38090F9D"/>
    <w:rsid w:val="380A25CE"/>
    <w:rsid w:val="3815FB1F"/>
    <w:rsid w:val="382AA7AB"/>
    <w:rsid w:val="3836CC6C"/>
    <w:rsid w:val="383D3364"/>
    <w:rsid w:val="384EFD05"/>
    <w:rsid w:val="386031FF"/>
    <w:rsid w:val="38668207"/>
    <w:rsid w:val="3871874F"/>
    <w:rsid w:val="38A3A11B"/>
    <w:rsid w:val="38B87D8F"/>
    <w:rsid w:val="38CEC6AA"/>
    <w:rsid w:val="38FDDFCC"/>
    <w:rsid w:val="3903A552"/>
    <w:rsid w:val="3905DD92"/>
    <w:rsid w:val="3910B8CC"/>
    <w:rsid w:val="39188591"/>
    <w:rsid w:val="393F187C"/>
    <w:rsid w:val="394C2C61"/>
    <w:rsid w:val="395CD59F"/>
    <w:rsid w:val="39724BC5"/>
    <w:rsid w:val="397FA9E7"/>
    <w:rsid w:val="399B98D2"/>
    <w:rsid w:val="39B1500D"/>
    <w:rsid w:val="39B3A488"/>
    <w:rsid w:val="39BE4D05"/>
    <w:rsid w:val="39C9F28B"/>
    <w:rsid w:val="3A04B711"/>
    <w:rsid w:val="3A08C03B"/>
    <w:rsid w:val="3A0D2068"/>
    <w:rsid w:val="3A1182A2"/>
    <w:rsid w:val="3A16E33F"/>
    <w:rsid w:val="3A2FFBD5"/>
    <w:rsid w:val="3A777DE6"/>
    <w:rsid w:val="3A8F90E5"/>
    <w:rsid w:val="3AA3C46A"/>
    <w:rsid w:val="3AAFA846"/>
    <w:rsid w:val="3AB9E07D"/>
    <w:rsid w:val="3B17DE7D"/>
    <w:rsid w:val="3B184257"/>
    <w:rsid w:val="3B4E6F4A"/>
    <w:rsid w:val="3B8EC64E"/>
    <w:rsid w:val="3B90DE00"/>
    <w:rsid w:val="3BB78F68"/>
    <w:rsid w:val="3BB799B7"/>
    <w:rsid w:val="3BCD3869"/>
    <w:rsid w:val="3BDC94A1"/>
    <w:rsid w:val="3BE3D0C2"/>
    <w:rsid w:val="3BEC057A"/>
    <w:rsid w:val="3BFE7710"/>
    <w:rsid w:val="3C19DF64"/>
    <w:rsid w:val="3C2C0007"/>
    <w:rsid w:val="3C49EDFC"/>
    <w:rsid w:val="3C549F24"/>
    <w:rsid w:val="3C576805"/>
    <w:rsid w:val="3C6ED789"/>
    <w:rsid w:val="3CB66E1F"/>
    <w:rsid w:val="3CBF7ECC"/>
    <w:rsid w:val="3CDD7E71"/>
    <w:rsid w:val="3CF0A544"/>
    <w:rsid w:val="3D036652"/>
    <w:rsid w:val="3D19BDFA"/>
    <w:rsid w:val="3D5474EE"/>
    <w:rsid w:val="3D708E46"/>
    <w:rsid w:val="3D77E51E"/>
    <w:rsid w:val="3D8872F5"/>
    <w:rsid w:val="3D8B6054"/>
    <w:rsid w:val="3D8E724F"/>
    <w:rsid w:val="3DB5C29E"/>
    <w:rsid w:val="3DD2EB37"/>
    <w:rsid w:val="3DD3011E"/>
    <w:rsid w:val="3DDE60BF"/>
    <w:rsid w:val="3DE94E5F"/>
    <w:rsid w:val="3DEA707B"/>
    <w:rsid w:val="3E0FA865"/>
    <w:rsid w:val="3E1D4406"/>
    <w:rsid w:val="3E23E66C"/>
    <w:rsid w:val="3E417903"/>
    <w:rsid w:val="3E44B668"/>
    <w:rsid w:val="3E512D6C"/>
    <w:rsid w:val="3E637617"/>
    <w:rsid w:val="3E737D25"/>
    <w:rsid w:val="3E8C4EC6"/>
    <w:rsid w:val="3E9B8013"/>
    <w:rsid w:val="3EB84330"/>
    <w:rsid w:val="3EBFC04B"/>
    <w:rsid w:val="3EC94ED9"/>
    <w:rsid w:val="3EE5398A"/>
    <w:rsid w:val="3EF43750"/>
    <w:rsid w:val="3EFED5FB"/>
    <w:rsid w:val="3F061210"/>
    <w:rsid w:val="3F0F6EF3"/>
    <w:rsid w:val="3F21E7D8"/>
    <w:rsid w:val="3F5BACD1"/>
    <w:rsid w:val="3F67BA12"/>
    <w:rsid w:val="3F75C91B"/>
    <w:rsid w:val="3F79F8B9"/>
    <w:rsid w:val="3F7EF97E"/>
    <w:rsid w:val="3F9400A7"/>
    <w:rsid w:val="3FA3B3DA"/>
    <w:rsid w:val="3FBD34E3"/>
    <w:rsid w:val="3FC1F48D"/>
    <w:rsid w:val="3FC5470B"/>
    <w:rsid w:val="3FDB2FB1"/>
    <w:rsid w:val="4004A292"/>
    <w:rsid w:val="400A3B42"/>
    <w:rsid w:val="4017A66C"/>
    <w:rsid w:val="401D4907"/>
    <w:rsid w:val="4041254F"/>
    <w:rsid w:val="404678FF"/>
    <w:rsid w:val="4047AFFB"/>
    <w:rsid w:val="4065C4C9"/>
    <w:rsid w:val="40AF529C"/>
    <w:rsid w:val="40AF5B6C"/>
    <w:rsid w:val="40B055FC"/>
    <w:rsid w:val="40DC850F"/>
    <w:rsid w:val="40E8C3EC"/>
    <w:rsid w:val="4111A4EF"/>
    <w:rsid w:val="411B3905"/>
    <w:rsid w:val="411BE889"/>
    <w:rsid w:val="411D2A98"/>
    <w:rsid w:val="412DE5ED"/>
    <w:rsid w:val="413F6B15"/>
    <w:rsid w:val="414AF5D9"/>
    <w:rsid w:val="415F146D"/>
    <w:rsid w:val="41605101"/>
    <w:rsid w:val="416603DA"/>
    <w:rsid w:val="41697E82"/>
    <w:rsid w:val="4170A31B"/>
    <w:rsid w:val="4176394A"/>
    <w:rsid w:val="41A22937"/>
    <w:rsid w:val="41A88685"/>
    <w:rsid w:val="41BAE24B"/>
    <w:rsid w:val="41BECECF"/>
    <w:rsid w:val="41F13B7B"/>
    <w:rsid w:val="41F6B3B6"/>
    <w:rsid w:val="42053221"/>
    <w:rsid w:val="421D8EEC"/>
    <w:rsid w:val="42242669"/>
    <w:rsid w:val="4262B07E"/>
    <w:rsid w:val="426CE7E0"/>
    <w:rsid w:val="427C9130"/>
    <w:rsid w:val="427F870D"/>
    <w:rsid w:val="4294B011"/>
    <w:rsid w:val="42AA2770"/>
    <w:rsid w:val="42D1D891"/>
    <w:rsid w:val="430BB9B2"/>
    <w:rsid w:val="433510DB"/>
    <w:rsid w:val="43386E39"/>
    <w:rsid w:val="4346709B"/>
    <w:rsid w:val="43864115"/>
    <w:rsid w:val="43A82998"/>
    <w:rsid w:val="43C9ADC4"/>
    <w:rsid w:val="43CD332F"/>
    <w:rsid w:val="43E09301"/>
    <w:rsid w:val="43E3A58D"/>
    <w:rsid w:val="43EFD90B"/>
    <w:rsid w:val="43F005F2"/>
    <w:rsid w:val="43FFA6F1"/>
    <w:rsid w:val="440FCECA"/>
    <w:rsid w:val="44134648"/>
    <w:rsid w:val="4421EF03"/>
    <w:rsid w:val="443DC9CA"/>
    <w:rsid w:val="444B1B13"/>
    <w:rsid w:val="446ED3F7"/>
    <w:rsid w:val="44B34035"/>
    <w:rsid w:val="44E0CD2C"/>
    <w:rsid w:val="44E9000E"/>
    <w:rsid w:val="44FA57B4"/>
    <w:rsid w:val="450DC91B"/>
    <w:rsid w:val="4531CE24"/>
    <w:rsid w:val="45530627"/>
    <w:rsid w:val="4559EB2C"/>
    <w:rsid w:val="4564C7B4"/>
    <w:rsid w:val="459C04BA"/>
    <w:rsid w:val="45A94AA0"/>
    <w:rsid w:val="45DB1C66"/>
    <w:rsid w:val="45E9EFEC"/>
    <w:rsid w:val="45FD2DFD"/>
    <w:rsid w:val="46251E7C"/>
    <w:rsid w:val="4634E93A"/>
    <w:rsid w:val="46602CE2"/>
    <w:rsid w:val="4667A949"/>
    <w:rsid w:val="4687ECB7"/>
    <w:rsid w:val="468866BB"/>
    <w:rsid w:val="468CB4C0"/>
    <w:rsid w:val="469B1DBA"/>
    <w:rsid w:val="46C64D4C"/>
    <w:rsid w:val="46DE66C9"/>
    <w:rsid w:val="46EC1B24"/>
    <w:rsid w:val="46F91DE5"/>
    <w:rsid w:val="470C41D4"/>
    <w:rsid w:val="47167D8D"/>
    <w:rsid w:val="472226BE"/>
    <w:rsid w:val="4723A6D6"/>
    <w:rsid w:val="47385F49"/>
    <w:rsid w:val="47412588"/>
    <w:rsid w:val="474BCE8C"/>
    <w:rsid w:val="476CE4BB"/>
    <w:rsid w:val="476D417B"/>
    <w:rsid w:val="4782F761"/>
    <w:rsid w:val="47AFC60B"/>
    <w:rsid w:val="480AB504"/>
    <w:rsid w:val="48118B46"/>
    <w:rsid w:val="4812731B"/>
    <w:rsid w:val="482CD51B"/>
    <w:rsid w:val="48327431"/>
    <w:rsid w:val="48344216"/>
    <w:rsid w:val="4864C184"/>
    <w:rsid w:val="487D6F22"/>
    <w:rsid w:val="48B62A71"/>
    <w:rsid w:val="48C05BEA"/>
    <w:rsid w:val="48F75DCC"/>
    <w:rsid w:val="490A35E1"/>
    <w:rsid w:val="490BA499"/>
    <w:rsid w:val="4921273B"/>
    <w:rsid w:val="493057CF"/>
    <w:rsid w:val="493AC2D3"/>
    <w:rsid w:val="495CD1A5"/>
    <w:rsid w:val="498095E8"/>
    <w:rsid w:val="49B06F2A"/>
    <w:rsid w:val="49B4FBD6"/>
    <w:rsid w:val="49C5B7CE"/>
    <w:rsid w:val="49C967A7"/>
    <w:rsid w:val="49DB0AED"/>
    <w:rsid w:val="4A0CBC10"/>
    <w:rsid w:val="4A11B3B3"/>
    <w:rsid w:val="4A1E04D0"/>
    <w:rsid w:val="4A442DE7"/>
    <w:rsid w:val="4A5EA86E"/>
    <w:rsid w:val="4A738B0E"/>
    <w:rsid w:val="4A767913"/>
    <w:rsid w:val="4A76F7D9"/>
    <w:rsid w:val="4AD49B4F"/>
    <w:rsid w:val="4ADDFD89"/>
    <w:rsid w:val="4AE10AE4"/>
    <w:rsid w:val="4B105328"/>
    <w:rsid w:val="4B1BCB3E"/>
    <w:rsid w:val="4B1FD18D"/>
    <w:rsid w:val="4B210FB2"/>
    <w:rsid w:val="4B2615B2"/>
    <w:rsid w:val="4B2EBACA"/>
    <w:rsid w:val="4B3C08CC"/>
    <w:rsid w:val="4B67A308"/>
    <w:rsid w:val="4B6903BA"/>
    <w:rsid w:val="4B6CD162"/>
    <w:rsid w:val="4B8CFA4B"/>
    <w:rsid w:val="4B927663"/>
    <w:rsid w:val="4BAE8E32"/>
    <w:rsid w:val="4BAEA3FE"/>
    <w:rsid w:val="4BB087EA"/>
    <w:rsid w:val="4BCEC95B"/>
    <w:rsid w:val="4C042EBF"/>
    <w:rsid w:val="4C0CFD59"/>
    <w:rsid w:val="4C30BC14"/>
    <w:rsid w:val="4C36000C"/>
    <w:rsid w:val="4C7C5E39"/>
    <w:rsid w:val="4C84EB62"/>
    <w:rsid w:val="4C96000F"/>
    <w:rsid w:val="4CA67AE6"/>
    <w:rsid w:val="4CBDA632"/>
    <w:rsid w:val="4CCD6F7D"/>
    <w:rsid w:val="4CD82FC7"/>
    <w:rsid w:val="4CE0F85A"/>
    <w:rsid w:val="4CED9BB4"/>
    <w:rsid w:val="4CEEC2BC"/>
    <w:rsid w:val="4CF5FD1D"/>
    <w:rsid w:val="4D60777B"/>
    <w:rsid w:val="4D658E99"/>
    <w:rsid w:val="4D8C31C4"/>
    <w:rsid w:val="4D9E0104"/>
    <w:rsid w:val="4DAE8D1A"/>
    <w:rsid w:val="4DC1A5CD"/>
    <w:rsid w:val="4DD31726"/>
    <w:rsid w:val="4DD88ABB"/>
    <w:rsid w:val="4DE1082C"/>
    <w:rsid w:val="4DEE1F47"/>
    <w:rsid w:val="4DF20DCC"/>
    <w:rsid w:val="4DF53782"/>
    <w:rsid w:val="4E01979F"/>
    <w:rsid w:val="4E057A39"/>
    <w:rsid w:val="4E06D2F0"/>
    <w:rsid w:val="4E274707"/>
    <w:rsid w:val="4E33C58E"/>
    <w:rsid w:val="4E41699E"/>
    <w:rsid w:val="4E5DDD23"/>
    <w:rsid w:val="4E61F2D0"/>
    <w:rsid w:val="4E735288"/>
    <w:rsid w:val="4E7E8D85"/>
    <w:rsid w:val="4E7F09A2"/>
    <w:rsid w:val="4EB7C24E"/>
    <w:rsid w:val="4EBA62C1"/>
    <w:rsid w:val="4EC2D370"/>
    <w:rsid w:val="4EC2D778"/>
    <w:rsid w:val="4EDB8F57"/>
    <w:rsid w:val="4EE59DC0"/>
    <w:rsid w:val="4EF7471B"/>
    <w:rsid w:val="4F3307A0"/>
    <w:rsid w:val="4F447D4E"/>
    <w:rsid w:val="4F48B968"/>
    <w:rsid w:val="4F557571"/>
    <w:rsid w:val="4F6708DB"/>
    <w:rsid w:val="4F8BF6BC"/>
    <w:rsid w:val="4FA172D0"/>
    <w:rsid w:val="4FC725DB"/>
    <w:rsid w:val="4FD301B6"/>
    <w:rsid w:val="4FECEB9F"/>
    <w:rsid w:val="5003A906"/>
    <w:rsid w:val="50148FE4"/>
    <w:rsid w:val="501B46CF"/>
    <w:rsid w:val="5043FD04"/>
    <w:rsid w:val="504F2A41"/>
    <w:rsid w:val="50516890"/>
    <w:rsid w:val="5080039E"/>
    <w:rsid w:val="50A26BBD"/>
    <w:rsid w:val="50A2FA5C"/>
    <w:rsid w:val="50BB994F"/>
    <w:rsid w:val="50D94FA7"/>
    <w:rsid w:val="50DC6939"/>
    <w:rsid w:val="515B80A1"/>
    <w:rsid w:val="5162C898"/>
    <w:rsid w:val="51867F3E"/>
    <w:rsid w:val="51873161"/>
    <w:rsid w:val="51F45858"/>
    <w:rsid w:val="5205D551"/>
    <w:rsid w:val="521C49E7"/>
    <w:rsid w:val="521F2259"/>
    <w:rsid w:val="522CC53C"/>
    <w:rsid w:val="52528709"/>
    <w:rsid w:val="52C0E0DD"/>
    <w:rsid w:val="52E289EF"/>
    <w:rsid w:val="52FBBE74"/>
    <w:rsid w:val="53033D21"/>
    <w:rsid w:val="531D2A70"/>
    <w:rsid w:val="5345D2E0"/>
    <w:rsid w:val="536B40E0"/>
    <w:rsid w:val="53773B91"/>
    <w:rsid w:val="537A8524"/>
    <w:rsid w:val="537F5544"/>
    <w:rsid w:val="5396F4DE"/>
    <w:rsid w:val="53AEEFAD"/>
    <w:rsid w:val="53CB074A"/>
    <w:rsid w:val="53F4D5A2"/>
    <w:rsid w:val="53F620CD"/>
    <w:rsid w:val="53FBDEB6"/>
    <w:rsid w:val="5425E4F7"/>
    <w:rsid w:val="54336A45"/>
    <w:rsid w:val="5468E60A"/>
    <w:rsid w:val="5487E84F"/>
    <w:rsid w:val="549C62A5"/>
    <w:rsid w:val="54A3E798"/>
    <w:rsid w:val="54A7CDAA"/>
    <w:rsid w:val="54B0C455"/>
    <w:rsid w:val="54CC6E9C"/>
    <w:rsid w:val="54CE69A9"/>
    <w:rsid w:val="54F1B66F"/>
    <w:rsid w:val="55112D86"/>
    <w:rsid w:val="552F6ED9"/>
    <w:rsid w:val="5565E922"/>
    <w:rsid w:val="55AA80CF"/>
    <w:rsid w:val="55C2E659"/>
    <w:rsid w:val="55CF6960"/>
    <w:rsid w:val="55DD8375"/>
    <w:rsid w:val="55F0F66C"/>
    <w:rsid w:val="560B2CE4"/>
    <w:rsid w:val="56195FB0"/>
    <w:rsid w:val="5626C439"/>
    <w:rsid w:val="5639176B"/>
    <w:rsid w:val="563A389A"/>
    <w:rsid w:val="565B1107"/>
    <w:rsid w:val="567B3EBD"/>
    <w:rsid w:val="56B1889D"/>
    <w:rsid w:val="56CAE0DF"/>
    <w:rsid w:val="56CF5C9A"/>
    <w:rsid w:val="56DA4747"/>
    <w:rsid w:val="56EEF87E"/>
    <w:rsid w:val="56F35953"/>
    <w:rsid w:val="57007202"/>
    <w:rsid w:val="570597CF"/>
    <w:rsid w:val="571F27FA"/>
    <w:rsid w:val="572BA3B0"/>
    <w:rsid w:val="5732E473"/>
    <w:rsid w:val="57531E2C"/>
    <w:rsid w:val="5763E4A1"/>
    <w:rsid w:val="57676A1C"/>
    <w:rsid w:val="578039C4"/>
    <w:rsid w:val="5782A35C"/>
    <w:rsid w:val="578CB228"/>
    <w:rsid w:val="579A014F"/>
    <w:rsid w:val="579B9C38"/>
    <w:rsid w:val="57B07378"/>
    <w:rsid w:val="57BE5F01"/>
    <w:rsid w:val="57C08E6C"/>
    <w:rsid w:val="580E4725"/>
    <w:rsid w:val="5863B435"/>
    <w:rsid w:val="5871A380"/>
    <w:rsid w:val="58960FAD"/>
    <w:rsid w:val="589759CE"/>
    <w:rsid w:val="58AF671A"/>
    <w:rsid w:val="58B6E84A"/>
    <w:rsid w:val="58BD3A5E"/>
    <w:rsid w:val="58CBE591"/>
    <w:rsid w:val="58CDC79C"/>
    <w:rsid w:val="58F7E505"/>
    <w:rsid w:val="59013FB0"/>
    <w:rsid w:val="590AE2E1"/>
    <w:rsid w:val="590FB982"/>
    <w:rsid w:val="5917FBA1"/>
    <w:rsid w:val="5918F2EE"/>
    <w:rsid w:val="5929DEC4"/>
    <w:rsid w:val="592BCBCB"/>
    <w:rsid w:val="594BBBB3"/>
    <w:rsid w:val="59538B20"/>
    <w:rsid w:val="59736037"/>
    <w:rsid w:val="597DA836"/>
    <w:rsid w:val="599147FF"/>
    <w:rsid w:val="59D4BDB7"/>
    <w:rsid w:val="59DD5CBD"/>
    <w:rsid w:val="59E2DAB0"/>
    <w:rsid w:val="59EE6436"/>
    <w:rsid w:val="5A05784E"/>
    <w:rsid w:val="5A146CD3"/>
    <w:rsid w:val="5A45F9AC"/>
    <w:rsid w:val="5A481B4A"/>
    <w:rsid w:val="5A48A686"/>
    <w:rsid w:val="5A71197F"/>
    <w:rsid w:val="5A88E308"/>
    <w:rsid w:val="5A95132F"/>
    <w:rsid w:val="5A951CF5"/>
    <w:rsid w:val="5AA08D06"/>
    <w:rsid w:val="5AC1ECB0"/>
    <w:rsid w:val="5AE32C8B"/>
    <w:rsid w:val="5AFA361D"/>
    <w:rsid w:val="5B001B36"/>
    <w:rsid w:val="5B07E744"/>
    <w:rsid w:val="5B299408"/>
    <w:rsid w:val="5B626D6D"/>
    <w:rsid w:val="5B83AF80"/>
    <w:rsid w:val="5B8912EE"/>
    <w:rsid w:val="5B8D3C9F"/>
    <w:rsid w:val="5BAAB86F"/>
    <w:rsid w:val="5BB52DC4"/>
    <w:rsid w:val="5BD0C4AE"/>
    <w:rsid w:val="5BD534A5"/>
    <w:rsid w:val="5BD6D77C"/>
    <w:rsid w:val="5BE80EB8"/>
    <w:rsid w:val="5BF2C720"/>
    <w:rsid w:val="5BFF1A90"/>
    <w:rsid w:val="5C0DFD37"/>
    <w:rsid w:val="5C1714EB"/>
    <w:rsid w:val="5C4579AA"/>
    <w:rsid w:val="5C724FE9"/>
    <w:rsid w:val="5C7D4703"/>
    <w:rsid w:val="5CBB98D8"/>
    <w:rsid w:val="5CBD3D1D"/>
    <w:rsid w:val="5CC3F68E"/>
    <w:rsid w:val="5CC64173"/>
    <w:rsid w:val="5CCB95F7"/>
    <w:rsid w:val="5CDE219A"/>
    <w:rsid w:val="5CDF5C84"/>
    <w:rsid w:val="5D07CA8D"/>
    <w:rsid w:val="5D1FDDAC"/>
    <w:rsid w:val="5D6D21DA"/>
    <w:rsid w:val="5D70136A"/>
    <w:rsid w:val="5D78814E"/>
    <w:rsid w:val="5D8CDD48"/>
    <w:rsid w:val="5D9847C6"/>
    <w:rsid w:val="5D9F95B0"/>
    <w:rsid w:val="5DA9665A"/>
    <w:rsid w:val="5DB47462"/>
    <w:rsid w:val="5DC06C77"/>
    <w:rsid w:val="5DC37191"/>
    <w:rsid w:val="5DC625D0"/>
    <w:rsid w:val="5DCDCE0B"/>
    <w:rsid w:val="5DD7B013"/>
    <w:rsid w:val="5DD823F3"/>
    <w:rsid w:val="5DEFBD78"/>
    <w:rsid w:val="5DF5E439"/>
    <w:rsid w:val="5E172866"/>
    <w:rsid w:val="5EA30CCC"/>
    <w:rsid w:val="5EB76004"/>
    <w:rsid w:val="5EC469D7"/>
    <w:rsid w:val="5EC55433"/>
    <w:rsid w:val="5EDBAA42"/>
    <w:rsid w:val="5EE43B41"/>
    <w:rsid w:val="5EFD408C"/>
    <w:rsid w:val="5F1BB4E2"/>
    <w:rsid w:val="5F268F79"/>
    <w:rsid w:val="5F381EA3"/>
    <w:rsid w:val="5F8F79A1"/>
    <w:rsid w:val="5F93A488"/>
    <w:rsid w:val="5FA85340"/>
    <w:rsid w:val="5FB5DABA"/>
    <w:rsid w:val="5FC9C2CC"/>
    <w:rsid w:val="60903A51"/>
    <w:rsid w:val="60AD1BF8"/>
    <w:rsid w:val="61065204"/>
    <w:rsid w:val="6108E2A2"/>
    <w:rsid w:val="6109DD7F"/>
    <w:rsid w:val="610CF75A"/>
    <w:rsid w:val="611022D2"/>
    <w:rsid w:val="61198057"/>
    <w:rsid w:val="6126E97A"/>
    <w:rsid w:val="61366CF2"/>
    <w:rsid w:val="613A69D5"/>
    <w:rsid w:val="613E7485"/>
    <w:rsid w:val="6158CCF5"/>
    <w:rsid w:val="615DC2C9"/>
    <w:rsid w:val="6175A124"/>
    <w:rsid w:val="6195584B"/>
    <w:rsid w:val="619A4622"/>
    <w:rsid w:val="61A3F321"/>
    <w:rsid w:val="61A5F3F5"/>
    <w:rsid w:val="61AB4D6D"/>
    <w:rsid w:val="61C84FA5"/>
    <w:rsid w:val="61D08C35"/>
    <w:rsid w:val="61D5F3F8"/>
    <w:rsid w:val="61E6626C"/>
    <w:rsid w:val="61F05EA5"/>
    <w:rsid w:val="61F75CB4"/>
    <w:rsid w:val="62030DAF"/>
    <w:rsid w:val="620E1320"/>
    <w:rsid w:val="62182F2D"/>
    <w:rsid w:val="6220BC63"/>
    <w:rsid w:val="6225EBDE"/>
    <w:rsid w:val="627EA75B"/>
    <w:rsid w:val="62819A25"/>
    <w:rsid w:val="62CA5149"/>
    <w:rsid w:val="62E204C1"/>
    <w:rsid w:val="63123707"/>
    <w:rsid w:val="6319FF99"/>
    <w:rsid w:val="63264191"/>
    <w:rsid w:val="632C2BB2"/>
    <w:rsid w:val="6346FDF7"/>
    <w:rsid w:val="635802DE"/>
    <w:rsid w:val="635A513F"/>
    <w:rsid w:val="6382AEED"/>
    <w:rsid w:val="63E9BE24"/>
    <w:rsid w:val="63F8777F"/>
    <w:rsid w:val="63FAF45B"/>
    <w:rsid w:val="63FFCEB6"/>
    <w:rsid w:val="6414E198"/>
    <w:rsid w:val="6433C368"/>
    <w:rsid w:val="64399897"/>
    <w:rsid w:val="643FD382"/>
    <w:rsid w:val="64401E77"/>
    <w:rsid w:val="6460E543"/>
    <w:rsid w:val="64709D86"/>
    <w:rsid w:val="647C32FF"/>
    <w:rsid w:val="649082CC"/>
    <w:rsid w:val="64BAAFEC"/>
    <w:rsid w:val="64FF2FF7"/>
    <w:rsid w:val="650562F8"/>
    <w:rsid w:val="6507A13A"/>
    <w:rsid w:val="65200957"/>
    <w:rsid w:val="65663F7A"/>
    <w:rsid w:val="656D8F34"/>
    <w:rsid w:val="657E9720"/>
    <w:rsid w:val="6582E2F7"/>
    <w:rsid w:val="658BA4D6"/>
    <w:rsid w:val="65A57EAA"/>
    <w:rsid w:val="65D8BD7A"/>
    <w:rsid w:val="65DF0E01"/>
    <w:rsid w:val="65F856DF"/>
    <w:rsid w:val="65FB3786"/>
    <w:rsid w:val="660D083E"/>
    <w:rsid w:val="660E144C"/>
    <w:rsid w:val="661FD621"/>
    <w:rsid w:val="662A79D1"/>
    <w:rsid w:val="6630ED3B"/>
    <w:rsid w:val="663640CF"/>
    <w:rsid w:val="663A01F4"/>
    <w:rsid w:val="663B4ECE"/>
    <w:rsid w:val="66513813"/>
    <w:rsid w:val="665B06E4"/>
    <w:rsid w:val="665B26A4"/>
    <w:rsid w:val="66621068"/>
    <w:rsid w:val="6671C1BE"/>
    <w:rsid w:val="668F7775"/>
    <w:rsid w:val="66965417"/>
    <w:rsid w:val="669BD1C1"/>
    <w:rsid w:val="66DA4133"/>
    <w:rsid w:val="67023FAB"/>
    <w:rsid w:val="670E1E74"/>
    <w:rsid w:val="6712D0E5"/>
    <w:rsid w:val="675D876B"/>
    <w:rsid w:val="676C0ACA"/>
    <w:rsid w:val="677ED165"/>
    <w:rsid w:val="677FE0A9"/>
    <w:rsid w:val="6784BE64"/>
    <w:rsid w:val="678625AC"/>
    <w:rsid w:val="6786F3CF"/>
    <w:rsid w:val="6792BA2C"/>
    <w:rsid w:val="679FDD81"/>
    <w:rsid w:val="67B6AFD6"/>
    <w:rsid w:val="67D6702D"/>
    <w:rsid w:val="680D460A"/>
    <w:rsid w:val="681CDEA4"/>
    <w:rsid w:val="681DF8CD"/>
    <w:rsid w:val="6820BB08"/>
    <w:rsid w:val="68246413"/>
    <w:rsid w:val="6825D034"/>
    <w:rsid w:val="682FECCA"/>
    <w:rsid w:val="683E585F"/>
    <w:rsid w:val="6841BA48"/>
    <w:rsid w:val="6847E172"/>
    <w:rsid w:val="6858966E"/>
    <w:rsid w:val="6864CA3E"/>
    <w:rsid w:val="686A89E7"/>
    <w:rsid w:val="6885FCAF"/>
    <w:rsid w:val="68A62EA8"/>
    <w:rsid w:val="68AA174E"/>
    <w:rsid w:val="68BD3A94"/>
    <w:rsid w:val="68D1113E"/>
    <w:rsid w:val="6915F118"/>
    <w:rsid w:val="6931B83F"/>
    <w:rsid w:val="695BC9A6"/>
    <w:rsid w:val="695FA307"/>
    <w:rsid w:val="6963E119"/>
    <w:rsid w:val="696D0705"/>
    <w:rsid w:val="6971729E"/>
    <w:rsid w:val="697357E1"/>
    <w:rsid w:val="6975E123"/>
    <w:rsid w:val="69772DCB"/>
    <w:rsid w:val="6983F6D0"/>
    <w:rsid w:val="69863D1C"/>
    <w:rsid w:val="6990D688"/>
    <w:rsid w:val="699B66B6"/>
    <w:rsid w:val="699B7EBA"/>
    <w:rsid w:val="699C9B97"/>
    <w:rsid w:val="69A47369"/>
    <w:rsid w:val="69A71295"/>
    <w:rsid w:val="69BDBC93"/>
    <w:rsid w:val="69D6AB26"/>
    <w:rsid w:val="69DDE08A"/>
    <w:rsid w:val="69EFEAED"/>
    <w:rsid w:val="6A19ABCC"/>
    <w:rsid w:val="6A378B6C"/>
    <w:rsid w:val="6A46CB90"/>
    <w:rsid w:val="6A69E0FE"/>
    <w:rsid w:val="6A6A4559"/>
    <w:rsid w:val="6A934A8D"/>
    <w:rsid w:val="6A9635A8"/>
    <w:rsid w:val="6AAEA139"/>
    <w:rsid w:val="6AC049AC"/>
    <w:rsid w:val="6AD19379"/>
    <w:rsid w:val="6ADABC37"/>
    <w:rsid w:val="6AED9824"/>
    <w:rsid w:val="6AFAC138"/>
    <w:rsid w:val="6B24F1BF"/>
    <w:rsid w:val="6B35FB5B"/>
    <w:rsid w:val="6B390C40"/>
    <w:rsid w:val="6B405FEB"/>
    <w:rsid w:val="6B689E36"/>
    <w:rsid w:val="6B8DE9AD"/>
    <w:rsid w:val="6BCB0D0A"/>
    <w:rsid w:val="6BCE3903"/>
    <w:rsid w:val="6BD38727"/>
    <w:rsid w:val="6BD84BB3"/>
    <w:rsid w:val="6BECC34A"/>
    <w:rsid w:val="6BFA9348"/>
    <w:rsid w:val="6BFE05B2"/>
    <w:rsid w:val="6C07D0CC"/>
    <w:rsid w:val="6C101115"/>
    <w:rsid w:val="6C2C8822"/>
    <w:rsid w:val="6C3A1EEF"/>
    <w:rsid w:val="6C451BF8"/>
    <w:rsid w:val="6C55EA60"/>
    <w:rsid w:val="6C663BD7"/>
    <w:rsid w:val="6C7C36E8"/>
    <w:rsid w:val="6C939612"/>
    <w:rsid w:val="6C9A96C9"/>
    <w:rsid w:val="6CB03B1C"/>
    <w:rsid w:val="6CD5C723"/>
    <w:rsid w:val="6CDBCD72"/>
    <w:rsid w:val="6D0E9880"/>
    <w:rsid w:val="6D2A1D04"/>
    <w:rsid w:val="6D45A716"/>
    <w:rsid w:val="6D66C0E8"/>
    <w:rsid w:val="6D71AE48"/>
    <w:rsid w:val="6D7DAE6D"/>
    <w:rsid w:val="6D8A30CF"/>
    <w:rsid w:val="6DA9EB0D"/>
    <w:rsid w:val="6DB94C0B"/>
    <w:rsid w:val="6DD28CF2"/>
    <w:rsid w:val="6DE3064E"/>
    <w:rsid w:val="6DFA812C"/>
    <w:rsid w:val="6E5149F0"/>
    <w:rsid w:val="6E606007"/>
    <w:rsid w:val="6E66E991"/>
    <w:rsid w:val="6E678D76"/>
    <w:rsid w:val="6E9BDE00"/>
    <w:rsid w:val="6EA44401"/>
    <w:rsid w:val="6EA451BF"/>
    <w:rsid w:val="6EB742B1"/>
    <w:rsid w:val="6EDA5CF3"/>
    <w:rsid w:val="6EF960FD"/>
    <w:rsid w:val="6F0AACAB"/>
    <w:rsid w:val="6F13E59E"/>
    <w:rsid w:val="6F1A1FCE"/>
    <w:rsid w:val="6F1C3760"/>
    <w:rsid w:val="6F38FDD6"/>
    <w:rsid w:val="6F743F3A"/>
    <w:rsid w:val="6FAB5E7F"/>
    <w:rsid w:val="6FB16EB1"/>
    <w:rsid w:val="6FBB62F6"/>
    <w:rsid w:val="6FC715D3"/>
    <w:rsid w:val="6FCC4E3C"/>
    <w:rsid w:val="6FE65183"/>
    <w:rsid w:val="6FF4246E"/>
    <w:rsid w:val="6FF72E38"/>
    <w:rsid w:val="70159779"/>
    <w:rsid w:val="70185719"/>
    <w:rsid w:val="7042E959"/>
    <w:rsid w:val="70481196"/>
    <w:rsid w:val="706992DA"/>
    <w:rsid w:val="706D8301"/>
    <w:rsid w:val="708CEF47"/>
    <w:rsid w:val="709A483E"/>
    <w:rsid w:val="70A77997"/>
    <w:rsid w:val="70C7C043"/>
    <w:rsid w:val="70DB6B71"/>
    <w:rsid w:val="70F73B89"/>
    <w:rsid w:val="70FF6352"/>
    <w:rsid w:val="7106A5ED"/>
    <w:rsid w:val="71101404"/>
    <w:rsid w:val="711DE120"/>
    <w:rsid w:val="7148341A"/>
    <w:rsid w:val="7152F0BD"/>
    <w:rsid w:val="7156CEC2"/>
    <w:rsid w:val="7158C2DE"/>
    <w:rsid w:val="71595A47"/>
    <w:rsid w:val="715C94FD"/>
    <w:rsid w:val="71751CA7"/>
    <w:rsid w:val="717EBA5C"/>
    <w:rsid w:val="7189C477"/>
    <w:rsid w:val="7190F27C"/>
    <w:rsid w:val="719EA205"/>
    <w:rsid w:val="71A286C0"/>
    <w:rsid w:val="71B3BD2B"/>
    <w:rsid w:val="71B5FB40"/>
    <w:rsid w:val="71D5F212"/>
    <w:rsid w:val="71D66F8B"/>
    <w:rsid w:val="71E33564"/>
    <w:rsid w:val="71EB8044"/>
    <w:rsid w:val="71FD2313"/>
    <w:rsid w:val="71FD836F"/>
    <w:rsid w:val="726FDD85"/>
    <w:rsid w:val="72866477"/>
    <w:rsid w:val="7296B0D5"/>
    <w:rsid w:val="72B3681C"/>
    <w:rsid w:val="72BF8AAE"/>
    <w:rsid w:val="72CAC888"/>
    <w:rsid w:val="7310417C"/>
    <w:rsid w:val="73274AF2"/>
    <w:rsid w:val="733FFE4B"/>
    <w:rsid w:val="73517B93"/>
    <w:rsid w:val="73523EDC"/>
    <w:rsid w:val="73AEE908"/>
    <w:rsid w:val="73B5D52A"/>
    <w:rsid w:val="73BA032C"/>
    <w:rsid w:val="73DBF126"/>
    <w:rsid w:val="73F7FC54"/>
    <w:rsid w:val="7402D530"/>
    <w:rsid w:val="74206304"/>
    <w:rsid w:val="74265968"/>
    <w:rsid w:val="743F7666"/>
    <w:rsid w:val="74563787"/>
    <w:rsid w:val="74718305"/>
    <w:rsid w:val="7499D154"/>
    <w:rsid w:val="74A9867F"/>
    <w:rsid w:val="74AB3E3B"/>
    <w:rsid w:val="74B113A3"/>
    <w:rsid w:val="74BF901E"/>
    <w:rsid w:val="74D08107"/>
    <w:rsid w:val="74E0C707"/>
    <w:rsid w:val="74FBA809"/>
    <w:rsid w:val="74FC0C89"/>
    <w:rsid w:val="750F5A8E"/>
    <w:rsid w:val="75503914"/>
    <w:rsid w:val="7558E2BE"/>
    <w:rsid w:val="755BF9E2"/>
    <w:rsid w:val="7562056E"/>
    <w:rsid w:val="756BA8A3"/>
    <w:rsid w:val="75A9ECB0"/>
    <w:rsid w:val="75B54682"/>
    <w:rsid w:val="75B5DF37"/>
    <w:rsid w:val="75BF6E95"/>
    <w:rsid w:val="75E17D54"/>
    <w:rsid w:val="760A266D"/>
    <w:rsid w:val="762DDC0C"/>
    <w:rsid w:val="7652B74A"/>
    <w:rsid w:val="766D5360"/>
    <w:rsid w:val="7677E962"/>
    <w:rsid w:val="767E9BBF"/>
    <w:rsid w:val="768BE582"/>
    <w:rsid w:val="769F89EC"/>
    <w:rsid w:val="76A19C54"/>
    <w:rsid w:val="76ACA6D0"/>
    <w:rsid w:val="76B26B61"/>
    <w:rsid w:val="76BCE8F8"/>
    <w:rsid w:val="76EBF171"/>
    <w:rsid w:val="76EE5138"/>
    <w:rsid w:val="76F498EF"/>
    <w:rsid w:val="76F9DB48"/>
    <w:rsid w:val="77052F44"/>
    <w:rsid w:val="770CE381"/>
    <w:rsid w:val="772C6562"/>
    <w:rsid w:val="7759AB41"/>
    <w:rsid w:val="77922B03"/>
    <w:rsid w:val="77933C55"/>
    <w:rsid w:val="779A8FFF"/>
    <w:rsid w:val="779CB399"/>
    <w:rsid w:val="77AFB921"/>
    <w:rsid w:val="77B435E1"/>
    <w:rsid w:val="77E72941"/>
    <w:rsid w:val="77E89849"/>
    <w:rsid w:val="77ED61DC"/>
    <w:rsid w:val="7800ED35"/>
    <w:rsid w:val="7834086C"/>
    <w:rsid w:val="787779BC"/>
    <w:rsid w:val="78778E37"/>
    <w:rsid w:val="787C6D00"/>
    <w:rsid w:val="788B749C"/>
    <w:rsid w:val="788EBE29"/>
    <w:rsid w:val="7892608A"/>
    <w:rsid w:val="78949AE2"/>
    <w:rsid w:val="78B7A6F6"/>
    <w:rsid w:val="78B9A257"/>
    <w:rsid w:val="78C2F4B5"/>
    <w:rsid w:val="78D4726E"/>
    <w:rsid w:val="78E82FBF"/>
    <w:rsid w:val="792171DD"/>
    <w:rsid w:val="793EA283"/>
    <w:rsid w:val="795071F6"/>
    <w:rsid w:val="79546ECA"/>
    <w:rsid w:val="795F99A5"/>
    <w:rsid w:val="79662C26"/>
    <w:rsid w:val="7969B3C3"/>
    <w:rsid w:val="799050E4"/>
    <w:rsid w:val="799EF001"/>
    <w:rsid w:val="79C19CFC"/>
    <w:rsid w:val="79C6A9A7"/>
    <w:rsid w:val="79E6B581"/>
    <w:rsid w:val="7A267EF6"/>
    <w:rsid w:val="7A31F11F"/>
    <w:rsid w:val="7A53AD45"/>
    <w:rsid w:val="7A6676C3"/>
    <w:rsid w:val="7A68AEA1"/>
    <w:rsid w:val="7A6C5286"/>
    <w:rsid w:val="7A8AE74D"/>
    <w:rsid w:val="7A92C3A2"/>
    <w:rsid w:val="7A9AD5A2"/>
    <w:rsid w:val="7AB1E6F8"/>
    <w:rsid w:val="7AB25326"/>
    <w:rsid w:val="7AE973CE"/>
    <w:rsid w:val="7AFB56EC"/>
    <w:rsid w:val="7B3555A9"/>
    <w:rsid w:val="7B3853E8"/>
    <w:rsid w:val="7B3E3475"/>
    <w:rsid w:val="7B45C152"/>
    <w:rsid w:val="7B4F6334"/>
    <w:rsid w:val="7B6FF187"/>
    <w:rsid w:val="7B73843D"/>
    <w:rsid w:val="7B91F55C"/>
    <w:rsid w:val="7BE346D4"/>
    <w:rsid w:val="7BEB1A69"/>
    <w:rsid w:val="7BF50630"/>
    <w:rsid w:val="7C9D9C3B"/>
    <w:rsid w:val="7CAD769F"/>
    <w:rsid w:val="7CC13AAD"/>
    <w:rsid w:val="7CD32260"/>
    <w:rsid w:val="7CEDB61D"/>
    <w:rsid w:val="7CFD5466"/>
    <w:rsid w:val="7D0C1F72"/>
    <w:rsid w:val="7D12907B"/>
    <w:rsid w:val="7D1DB0B2"/>
    <w:rsid w:val="7D22F2CA"/>
    <w:rsid w:val="7D62E5B6"/>
    <w:rsid w:val="7D651D8F"/>
    <w:rsid w:val="7DA74E22"/>
    <w:rsid w:val="7DC01A1E"/>
    <w:rsid w:val="7DFE7C18"/>
    <w:rsid w:val="7DFF9D2E"/>
    <w:rsid w:val="7E042569"/>
    <w:rsid w:val="7E1A1A20"/>
    <w:rsid w:val="7E1B6990"/>
    <w:rsid w:val="7E1FC9C4"/>
    <w:rsid w:val="7E2A34A4"/>
    <w:rsid w:val="7E2E3ABA"/>
    <w:rsid w:val="7E3560AF"/>
    <w:rsid w:val="7E6F52D7"/>
    <w:rsid w:val="7E78B83D"/>
    <w:rsid w:val="7E7B98AD"/>
    <w:rsid w:val="7E99F3E2"/>
    <w:rsid w:val="7E9DEEC1"/>
    <w:rsid w:val="7EA2C38A"/>
    <w:rsid w:val="7EA63BCC"/>
    <w:rsid w:val="7EACDFC8"/>
    <w:rsid w:val="7EC178A0"/>
    <w:rsid w:val="7EDDA4C4"/>
    <w:rsid w:val="7F00CFCF"/>
    <w:rsid w:val="7F06659F"/>
    <w:rsid w:val="7F1C0C77"/>
    <w:rsid w:val="7F28B5FE"/>
    <w:rsid w:val="7F382ABD"/>
    <w:rsid w:val="7F6081B3"/>
    <w:rsid w:val="7F8D45BD"/>
    <w:rsid w:val="7F911B5F"/>
    <w:rsid w:val="7F938DC7"/>
    <w:rsid w:val="7FC5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C8AA6726-8736-47CB-8578-F15F1206F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A5BDC"/>
    <w:pPr>
      <w:spacing w:after="180"/>
    </w:pPr>
    <w:rPr>
      <w:rFonts w:ascii="Calibri" w:hAnsi="Calibri" w:eastAsia="Calibri" w:cs="Calibri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03D2"/>
    <w:pPr>
      <w:spacing w:before="160" w:after="80"/>
      <w:outlineLvl w:val="0"/>
    </w:pPr>
    <w:rPr>
      <w:rFonts w:eastAsiaTheme="minorEastAsia" w:cstheme="minorBidi"/>
      <w:b/>
      <w:bCs/>
      <w:color w:val="000000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03D2"/>
    <w:pPr>
      <w:spacing w:before="360" w:after="60"/>
      <w:outlineLvl w:val="1"/>
    </w:pPr>
    <w:rPr>
      <w:b/>
      <w:bCs/>
      <w:color w:val="000000" w:themeColor="text1"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87FBE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623C"/>
    <w:pPr>
      <w:keepNext/>
      <w:keepLines/>
      <w:spacing w:before="360" w:after="60"/>
      <w:outlineLvl w:val="3"/>
    </w:pPr>
    <w:rPr>
      <w:rFonts w:asciiTheme="majorHAnsi" w:hAnsiTheme="majorHAnsi" w:eastAsiaTheme="majorEastAsia" w:cstheme="majorBidi"/>
      <w:b/>
      <w:bCs/>
      <w:i/>
      <w:iCs/>
      <w:color w:val="000000" w:themeColor="text1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A5BF372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A5BF372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A5BF372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A5BF372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A5BF372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A5BF37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NoSpacing">
    <w:name w:val="No Spacing"/>
    <w:uiPriority w:val="1"/>
    <w:qFormat/>
    <w:rsid w:val="0A5BF372"/>
    <w:pPr>
      <w:tabs>
        <w:tab w:val="right" w:pos="9360"/>
      </w:tabs>
      <w:spacing w:after="0"/>
    </w:pPr>
  </w:style>
  <w:style w:type="character" w:styleId="Heading1Char" w:customStyle="1">
    <w:name w:val="Heading 1 Char"/>
    <w:link w:val="Heading1"/>
    <w:uiPriority w:val="9"/>
    <w:rsid w:val="009003D2"/>
    <w:rPr>
      <w:rFonts w:ascii="Calibri" w:hAnsi="Calibri"/>
      <w:b/>
      <w:bCs/>
      <w:color w:val="000000" w:themeColor="text1"/>
      <w:sz w:val="40"/>
      <w:szCs w:val="40"/>
    </w:rPr>
  </w:style>
  <w:style w:type="character" w:styleId="Heading2Char" w:customStyle="1">
    <w:name w:val="Heading 2 Char"/>
    <w:link w:val="Heading2"/>
    <w:uiPriority w:val="9"/>
    <w:rsid w:val="009003D2"/>
    <w:rPr>
      <w:rFonts w:ascii="Calibri" w:hAnsi="Calibri" w:eastAsia="Calibri" w:cs="Calibri"/>
      <w:b/>
      <w:bCs/>
      <w:color w:val="000000" w:themeColor="text1"/>
      <w:sz w:val="28"/>
      <w:szCs w:val="28"/>
    </w:rPr>
  </w:style>
  <w:style w:type="character" w:styleId="Heading3Char" w:customStyle="1">
    <w:name w:val="Heading 3 Char"/>
    <w:link w:val="Heading3"/>
    <w:uiPriority w:val="9"/>
    <w:rsid w:val="0019623C"/>
    <w:rPr>
      <w:rFonts w:ascii="Calibri" w:hAnsi="Calibri" w:eastAsia="Calibri" w:cs="Calibri"/>
      <w:b/>
      <w:bCs/>
      <w:color w:val="000000" w:themeColor="text1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A5BF372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A5BF372"/>
    <w:rPr>
      <w:rFonts w:asciiTheme="majorHAnsi" w:hAnsiTheme="majorHAnsi" w:eastAsiaTheme="majorEastAsia" w:cstheme="majorBidi"/>
      <w:i/>
      <w:iCs/>
      <w:color w:val="4F81BD" w:themeColor="accent1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A5BF372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A5BF372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A5BF372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A5BF372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A5BF372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A5BF372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A5BF372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A5BF372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unhideWhenUsed/>
    <w:rsid w:val="0A5BF372"/>
    <w:pPr>
      <w:numPr>
        <w:numId w:val="6"/>
      </w:numPr>
      <w:tabs>
        <w:tab w:val="clear" w:pos="720"/>
      </w:tabs>
      <w:ind w:left="360"/>
      <w:contextualSpacing/>
    </w:pPr>
  </w:style>
  <w:style w:type="paragraph" w:styleId="ListBullet3">
    <w:name w:val="List Bullet 3"/>
    <w:basedOn w:val="Normal"/>
    <w:uiPriority w:val="99"/>
    <w:unhideWhenUsed/>
    <w:rsid w:val="0A5BF372"/>
    <w:pPr>
      <w:numPr>
        <w:numId w:val="7"/>
      </w:numPr>
      <w:tabs>
        <w:tab w:val="clear" w:pos="1080"/>
      </w:tabs>
      <w:ind w:left="360"/>
      <w:contextualSpacing/>
    </w:pPr>
  </w:style>
  <w:style w:type="paragraph" w:styleId="ListNumber">
    <w:name w:val="List Number"/>
    <w:basedOn w:val="Normal"/>
    <w:uiPriority w:val="99"/>
    <w:unhideWhenUsed/>
    <w:rsid w:val="0A5BF372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A5BF372"/>
    <w:pPr>
      <w:numPr>
        <w:numId w:val="9"/>
      </w:numPr>
      <w:tabs>
        <w:tab w:val="clear" w:pos="720"/>
      </w:tabs>
      <w:contextualSpacing/>
    </w:pPr>
  </w:style>
  <w:style w:type="paragraph" w:styleId="ListNumber3">
    <w:name w:val="List Number 3"/>
    <w:basedOn w:val="Normal"/>
    <w:uiPriority w:val="99"/>
    <w:unhideWhenUsed/>
    <w:rsid w:val="0A5BF372"/>
    <w:pPr>
      <w:numPr>
        <w:numId w:val="10"/>
      </w:numPr>
      <w:tabs>
        <w:tab w:val="clear" w:pos="1080"/>
      </w:tabs>
      <w:ind w:left="720"/>
      <w:contextualSpacing/>
    </w:pPr>
  </w:style>
  <w:style w:type="paragraph" w:styleId="ListContinue">
    <w:name w:val="List Continue"/>
    <w:basedOn w:val="Normal"/>
    <w:uiPriority w:val="99"/>
    <w:unhideWhenUsed/>
    <w:rsid w:val="0A5BF37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A5BF37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A5BF372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alibri" w:hAnsi="Calibri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alibri" w:hAnsi="Calibri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A5BF372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rsid w:val="0019623C"/>
    <w:rPr>
      <w:rFonts w:asciiTheme="majorHAnsi" w:hAnsiTheme="majorHAnsi" w:eastAsiaTheme="majorEastAsia" w:cstheme="majorBidi"/>
      <w:b/>
      <w:bCs/>
      <w:i/>
      <w:iCs/>
      <w:color w:val="000000" w:themeColor="tex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A5BF372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A5BF372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595959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A5BF372"/>
  </w:style>
  <w:style w:type="table" w:styleId="TableGrid">
    <w:name w:val="Table Grid"/>
    <w:basedOn w:val="TableNormal"/>
    <w:uiPriority w:val="3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uiPriority w:val="99"/>
    <w:semiHidden/>
    <w:rsid w:val="00D02B7F"/>
    <w:rPr>
      <w:color w:val="595959"/>
    </w:rPr>
  </w:style>
  <w:style w:type="character" w:styleId="Style3" w:customStyle="1">
    <w:name w:val="Style3"/>
    <w:basedOn w:val="DefaultParagraphFont"/>
    <w:uiPriority w:val="1"/>
    <w:qFormat/>
    <w:rsid w:val="00182CC5"/>
    <w:rPr>
      <w:rFonts w:ascii="Calibri" w:hAnsi="Calibri"/>
      <w:sz w:val="22"/>
    </w:rPr>
  </w:style>
  <w:style w:type="character" w:styleId="Style6" w:customStyle="1">
    <w:name w:val="Style6"/>
    <w:basedOn w:val="DefaultParagraphFont"/>
    <w:uiPriority w:val="1"/>
    <w:qFormat/>
    <w:rsid w:val="00366048"/>
    <w:rPr>
      <w:rFonts w:ascii="Calibri" w:hAnsi="Calibri"/>
      <w:b w:val="0"/>
      <w:sz w:val="24"/>
    </w:rPr>
  </w:style>
  <w:style w:type="character" w:styleId="Hyperlink">
    <w:name w:val="Hyperlink"/>
    <w:basedOn w:val="DefaultParagraphFont"/>
    <w:uiPriority w:val="99"/>
    <w:unhideWhenUsed/>
    <w:rsid w:val="001D2C41"/>
    <w:rPr>
      <w:color w:val="2E5F7F"/>
      <w:u w:val="single"/>
    </w:rPr>
  </w:style>
  <w:style w:type="paragraph" w:styleId="TOC1">
    <w:name w:val="toc 1"/>
    <w:basedOn w:val="Normal"/>
    <w:next w:val="Normal"/>
    <w:uiPriority w:val="39"/>
    <w:unhideWhenUsed/>
    <w:rsid w:val="0A5BF372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A5BF372"/>
    <w:pPr>
      <w:spacing w:after="100"/>
      <w:ind w:left="220"/>
    </w:pPr>
  </w:style>
  <w:style w:type="paragraph" w:styleId="BodycopySmall" w:customStyle="1">
    <w:name w:val="Bodycopy Small"/>
    <w:basedOn w:val="Normal"/>
    <w:link w:val="BodycopySmallChar"/>
    <w:qFormat/>
    <w:rsid w:val="0019623C"/>
    <w:pPr>
      <w:spacing w:after="60"/>
    </w:pPr>
    <w:rPr>
      <w:sz w:val="16"/>
      <w:szCs w:val="16"/>
    </w:rPr>
  </w:style>
  <w:style w:type="character" w:styleId="BodycopySmallChar" w:customStyle="1">
    <w:name w:val="Bodycopy Small Char"/>
    <w:basedOn w:val="DefaultParagraphFont"/>
    <w:link w:val="BodycopySmall"/>
    <w:rsid w:val="0019623C"/>
    <w:rPr>
      <w:rFonts w:ascii="Calibri" w:hAnsi="Calibri" w:eastAsia="Calibri" w:cs="Calibri"/>
      <w:sz w:val="16"/>
      <w:szCs w:val="16"/>
    </w:rPr>
  </w:style>
  <w:style w:type="paragraph" w:styleId="StatuteQuote" w:customStyle="1">
    <w:name w:val="Statute Quote"/>
    <w:basedOn w:val="Normal"/>
    <w:link w:val="StatuteQuoteChar"/>
    <w:qFormat/>
    <w:rsid w:val="0019623C"/>
    <w:rPr>
      <w:rFonts w:eastAsia="Georgia"/>
      <w:i/>
      <w:iCs/>
      <w:color w:val="467886"/>
    </w:rPr>
  </w:style>
  <w:style w:type="character" w:styleId="StatuteQuoteChar" w:customStyle="1">
    <w:name w:val="Statute Quote Char"/>
    <w:basedOn w:val="DefaultParagraphFont"/>
    <w:link w:val="StatuteQuote"/>
    <w:rsid w:val="0019623C"/>
    <w:rPr>
      <w:rFonts w:ascii="Calibri" w:hAnsi="Calibri" w:eastAsia="Georgia" w:cs="Calibri"/>
      <w:i/>
      <w:iCs/>
      <w:color w:val="467886"/>
      <w:sz w:val="20"/>
      <w:szCs w:val="20"/>
    </w:rPr>
  </w:style>
  <w:style w:type="paragraph" w:styleId="Subheader" w:customStyle="1">
    <w:name w:val="Subheader"/>
    <w:basedOn w:val="Normal"/>
    <w:link w:val="SubheaderChar"/>
    <w:uiPriority w:val="1"/>
    <w:qFormat/>
    <w:rsid w:val="0A5BF372"/>
    <w:pPr>
      <w:spacing w:after="120"/>
    </w:pPr>
    <w:rPr>
      <w:b/>
      <w:bCs/>
      <w:sz w:val="18"/>
      <w:szCs w:val="18"/>
    </w:rPr>
  </w:style>
  <w:style w:type="character" w:styleId="SubheaderChar" w:customStyle="1">
    <w:name w:val="Subheader Char"/>
    <w:basedOn w:val="DefaultParagraphFont"/>
    <w:link w:val="Subheader"/>
    <w:rsid w:val="0A5BF372"/>
    <w:rPr>
      <w:rFonts w:asciiTheme="minorHAnsi" w:hAnsiTheme="minorHAnsi" w:eastAsiaTheme="minorEastAsia" w:cstheme="minorBidi"/>
      <w:b/>
      <w:bCs/>
      <w:noProof w:val="0"/>
      <w:sz w:val="18"/>
      <w:szCs w:val="18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Calibri" w:hAnsi="Calibri" w:eastAsia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D8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66D85"/>
    <w:rPr>
      <w:rFonts w:ascii="Calibri" w:hAnsi="Calibri" w:eastAsia="Calibri" w:cs="Calibri"/>
      <w:b/>
      <w:bCs/>
      <w:sz w:val="20"/>
      <w:szCs w:val="20"/>
    </w:rPr>
  </w:style>
  <w:style w:type="paragraph" w:styleId="SUBHEADER0" w:customStyle="1">
    <w:name w:val="SUBHEADER"/>
    <w:basedOn w:val="Bodycopy"/>
    <w:qFormat/>
    <w:rsid w:val="0019623C"/>
    <w:pPr>
      <w:spacing w:after="120"/>
    </w:pPr>
    <w:rPr>
      <w:b/>
      <w:bCs/>
      <w:sz w:val="18"/>
      <w:szCs w:val="18"/>
    </w:rPr>
  </w:style>
  <w:style w:type="paragraph" w:styleId="Bodycopy" w:customStyle="1">
    <w:name w:val="Bodycopy"/>
    <w:basedOn w:val="Normal"/>
    <w:qFormat/>
    <w:rsid w:val="0019623C"/>
    <w:pPr>
      <w:spacing w:line="240" w:lineRule="auto"/>
    </w:pPr>
    <w:rPr>
      <w:rFonts w:eastAsia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19623C"/>
    <w:rPr>
      <w:color w:val="800080" w:themeColor="followedHyperlink"/>
      <w:u w:val="single"/>
    </w:rPr>
  </w:style>
  <w:style w:type="character" w:styleId="contentcontrolboundarysink" w:customStyle="1">
    <w:name w:val="contentcontrolboundarysink"/>
    <w:basedOn w:val="DefaultParagraphFont"/>
    <w:rsid w:val="0064431B"/>
  </w:style>
  <w:style w:type="character" w:styleId="UnresolvedMention">
    <w:name w:val="Unresolved Mention"/>
    <w:basedOn w:val="DefaultParagraphFont"/>
    <w:uiPriority w:val="99"/>
    <w:semiHidden/>
    <w:unhideWhenUsed/>
    <w:rsid w:val="00CD7361"/>
    <w:rPr>
      <w:color w:val="605E5C"/>
      <w:shd w:val="clear" w:color="auto" w:fill="E1DFDD"/>
    </w:rPr>
  </w:style>
  <w:style w:type="character" w:styleId="tabchar" w:customStyle="1">
    <w:name w:val="tabchar"/>
    <w:basedOn w:val="DefaultParagraphFont"/>
    <w:rsid w:val="00491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>IDHS: Illinois Department of Human Services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Forensic Clinical Resources (IL DHS/DBHR Forensic Handbook)</dc:title>
  <dc:subject/>
  <dc:creator>python-docx</dc:creator>
  <keywords/>
  <dc:description>generated by python-docx</dc:description>
  <lastModifiedBy>Morgan, Mary</lastModifiedBy>
  <revision>25</revision>
  <dcterms:created xsi:type="dcterms:W3CDTF">2026-06-30T01:34:00.0000000Z</dcterms:created>
  <dcterms:modified xsi:type="dcterms:W3CDTF">2026-07-14T01:09:25.6508187Z</dcterms:modified>
  <category/>
</coreProperties>
</file>