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mc:Ignorable="w14 w15 w16se w16cid w16 w16cex w16sdtdh w16sdtfl w16du wp14">
  <w:body>
    <w:p w:rsidR="00782660" w:rsidP="00782660" w:rsidRDefault="00782660" w14:paraId="6B98F4F9" w14:textId="77777777">
      <w:pPr>
        <w:pStyle w:val="Heading1"/>
      </w:pPr>
      <w:bookmarkStart w:name="_90-Day_Progress_and_1" w:id="0"/>
      <w:bookmarkStart w:name="_Toc2100741239" w:id="1"/>
      <w:bookmarkStart w:name="_90-Day_Progress_and" w:id="2"/>
      <w:bookmarkEnd w:id="0"/>
      <w:r>
        <w:t>90-Day Progress and Treatment Plan | Illustrative Example</w:t>
      </w:r>
      <w:bookmarkEnd w:id="1"/>
      <w:bookmarkEnd w:id="2"/>
    </w:p>
    <w:p w:rsidR="00782660" w:rsidP="00782660" w:rsidRDefault="00782660" w14:paraId="65FAF46F" w14:textId="77777777">
      <w:r>
        <w:rPr>
          <w:noProof/>
        </w:rPr>
        <w:drawing>
          <wp:inline distT="0" distB="0" distL="0" distR="0" wp14:anchorId="6C9E1A4A" wp14:editId="08638591">
            <wp:extent cx="5523791" cy="7148437"/>
            <wp:effectExtent l="114300" t="88900" r="115570" b="128905"/>
            <wp:docPr id="1106470165" name="Picture 1" descr="Scan of blank Illinois DHS form IL462-4575 (R-10-21), 90-Day NGRI Progress Report and Treatment Plan, page 1 of 2. Sections: Identifying Information, Confidentiality, Treatment Plan with items A through 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tem_16-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3791" cy="71484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Pr="00782660" w:rsidR="00A17151" w:rsidP="00782660" w:rsidRDefault="00782660" w14:paraId="66204FF1" w14:textId="4E7A4331">
      <w:r>
        <w:rPr>
          <w:noProof/>
        </w:rPr>
        <w:lastRenderedPageBreak/>
        <w:drawing>
          <wp:inline distT="0" distB="0" distL="0" distR="0" wp14:anchorId="6D07C8BD" wp14:editId="5EACFC49">
            <wp:extent cx="5641633" cy="7300937"/>
            <wp:effectExtent l="114300" t="88900" r="124460" b="128905"/>
            <wp:docPr id="1846428585" name="Picture 2" descr="Scan of page 2 of 2 of Illinois DHS form IL462-4575, 90-Day NGRI Progress Report and Treatment Plan. Sections: Clinical Progress (Participation in Treatment, Medications, Current Mental Status, Diagnosis), Privilege Status, Statement of Opinion, and three signature row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tem_16-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1633" cy="73009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Pr="00782660" w:rsidR="00A17151" w:rsidSect="00817D8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 w:orient="portrait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054AC9" w:rsidRDefault="00054AC9" w14:paraId="2FCECD20" w14:textId="77777777">
      <w:pPr>
        <w:spacing w:after="0" w:line="240" w:lineRule="auto"/>
      </w:pPr>
      <w:r>
        <w:separator/>
      </w:r>
    </w:p>
  </w:endnote>
  <w:endnote w:type="continuationSeparator" w:id="0">
    <w:p w:rsidR="00054AC9" w:rsidRDefault="00054AC9" w14:paraId="3437210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192" w:type="dxa"/>
      <w:tblLook w:val="06A0" w:firstRow="1" w:lastRow="0" w:firstColumn="1" w:lastColumn="0" w:noHBand="1" w:noVBand="1"/>
    </w:tblPr>
    <w:tblGrid>
      <w:gridCol w:w="3120"/>
      <w:gridCol w:w="3120"/>
      <w:gridCol w:w="3952"/>
    </w:tblGrid>
    <w:tr w:rsidR="1083564E" w:rsidTr="34532F31" w14:paraId="7E0E07A9" w14:textId="77777777">
      <w:trPr>
        <w:trHeight w:val="300"/>
      </w:trPr>
      <w:tc>
        <w:tcPr>
          <w:tcW w:w="3120" w:type="dxa"/>
          <w:tcMar/>
        </w:tcPr>
        <w:p w:rsidR="1083564E" w:rsidP="34532F31" w:rsidRDefault="1083564E" w14:paraId="0262C1B9" w14:textId="63507FDC">
          <w:pPr>
            <w:pStyle w:val="BodycopySmall"/>
            <w:spacing w:after="60"/>
            <w:ind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</w:p>
      </w:tc>
      <w:tc>
        <w:tcPr>
          <w:tcW w:w="3120" w:type="dxa"/>
          <w:tcMar/>
        </w:tcPr>
        <w:p w:rsidR="1083564E" w:rsidP="1083564E" w:rsidRDefault="1083564E" w14:paraId="06383F6D" w14:textId="44E12F4F">
          <w:pPr>
            <w:pStyle w:val="Header"/>
            <w:jc w:val="center"/>
          </w:pPr>
        </w:p>
      </w:tc>
      <w:tc>
        <w:tcPr>
          <w:tcW w:w="3952" w:type="dxa"/>
          <w:tcMar/>
        </w:tcPr>
        <w:p w:rsidR="1083564E" w:rsidP="34532F31" w:rsidRDefault="1083564E" w14:paraId="7A3C4A06" w14:textId="555907DA">
          <w:pPr>
            <w:pStyle w:val="BodycopySmall"/>
            <w:spacing w:after="60"/>
            <w:ind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</w:p>
        <w:p w:rsidR="1083564E" w:rsidP="34532F31" w:rsidRDefault="1083564E" w14:paraId="10E68FF1" w14:textId="44F85072">
          <w:pPr>
            <w:pStyle w:val="BodycopySmall"/>
            <w:spacing w:after="60"/>
            <w:ind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  <w:r w:rsidRPr="34532F31" w:rsidR="34532F31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  <w:t>VERSION DATE: 2026-07-17</w:t>
          </w:r>
        </w:p>
      </w:tc>
    </w:tr>
  </w:tbl>
  <w:p w:rsidR="1083564E" w:rsidP="1083564E" w:rsidRDefault="1083564E" w14:paraId="3ED0EB34" w14:textId="435CC3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1E6A0E3D" w14:textId="77777777">
      <w:trPr>
        <w:trHeight w:val="300"/>
      </w:trPr>
      <w:tc>
        <w:tcPr>
          <w:tcW w:w="3120" w:type="dxa"/>
        </w:tcPr>
        <w:p w:rsidR="1083564E" w:rsidP="1083564E" w:rsidRDefault="1083564E" w14:paraId="16DF2887" w14:textId="46FEC8E3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4E255687" w14:textId="2197A4B5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78FEA576" w14:textId="2C88EC4D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0BBA3B13" w14:textId="02540C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054AC9" w:rsidRDefault="00054AC9" w14:paraId="3B4B464B" w14:textId="77777777">
      <w:pPr>
        <w:spacing w:after="0" w:line="240" w:lineRule="auto"/>
      </w:pPr>
      <w:r>
        <w:separator/>
      </w:r>
    </w:p>
  </w:footnote>
  <w:footnote w:type="continuationSeparator" w:id="0">
    <w:p w:rsidR="00054AC9" w:rsidRDefault="00054AC9" w14:paraId="609253B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774855DA" w14:textId="77777777">
      <w:trPr>
        <w:trHeight w:val="300"/>
      </w:trPr>
      <w:tc>
        <w:tcPr>
          <w:tcW w:w="3120" w:type="dxa"/>
        </w:tcPr>
        <w:p w:rsidR="1083564E" w:rsidP="1083564E" w:rsidRDefault="1083564E" w14:paraId="74A129ED" w14:textId="3E7E6F64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6FE3A126" w14:textId="705ACC8F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4D88AA84" w14:textId="515AEECB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483EF875" w14:textId="0E432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7EABCA0D" w14:textId="77777777">
      <w:trPr>
        <w:trHeight w:val="300"/>
      </w:trPr>
      <w:tc>
        <w:tcPr>
          <w:tcW w:w="3120" w:type="dxa"/>
        </w:tcPr>
        <w:p w:rsidR="1083564E" w:rsidP="1083564E" w:rsidRDefault="1083564E" w14:paraId="4F921BF4" w14:textId="5A03F700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06434AE9" w14:textId="64756B6F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0BEE0329" w14:textId="4397BBE8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4DD4B3B9" w14:textId="12363A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2760CC2"/>
    <w:multiLevelType w:val="hybridMultilevel"/>
    <w:tmpl w:val="207698D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08A70E80"/>
    <w:multiLevelType w:val="hybridMultilevel"/>
    <w:tmpl w:val="E63E557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D26B5"/>
    <w:multiLevelType w:val="hybridMultilevel"/>
    <w:tmpl w:val="3FFE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093037CF"/>
    <w:multiLevelType w:val="hybridMultilevel"/>
    <w:tmpl w:val="8A56AF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9385BC1"/>
    <w:multiLevelType w:val="hybridMultilevel"/>
    <w:tmpl w:val="EF728A98"/>
    <w:lvl w:ilvl="0" w:tplc="E7FC5A0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09BE7C4A"/>
    <w:multiLevelType w:val="hybridMultilevel"/>
    <w:tmpl w:val="FB50C3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C165F84"/>
    <w:multiLevelType w:val="hybridMultilevel"/>
    <w:tmpl w:val="072C7F98"/>
    <w:lvl w:ilvl="0" w:tplc="04090001">
      <w:start w:val="1"/>
      <w:numFmt w:val="bullet"/>
      <w:lvlText w:val=""/>
      <w:lvlJc w:val="left"/>
      <w:pPr>
        <w:ind w:left="9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13" w15:restartNumberingAfterBreak="0">
    <w:nsid w:val="0E836D45"/>
    <w:multiLevelType w:val="hybridMultilevel"/>
    <w:tmpl w:val="95345A7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0F47384A"/>
    <w:multiLevelType w:val="hybridMultilevel"/>
    <w:tmpl w:val="5860EB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7103E2"/>
    <w:multiLevelType w:val="hybridMultilevel"/>
    <w:tmpl w:val="5AC8175E"/>
    <w:lvl w:ilvl="0" w:tplc="E7FC5A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63F3373"/>
    <w:multiLevelType w:val="hybridMultilevel"/>
    <w:tmpl w:val="39C0F2E0"/>
    <w:lvl w:ilvl="0" w:tplc="07AA6DB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DC0E7B"/>
    <w:multiLevelType w:val="hybridMultilevel"/>
    <w:tmpl w:val="83F25AF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19463999"/>
    <w:multiLevelType w:val="singleLevel"/>
    <w:tmpl w:val="E640B500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9" w15:restartNumberingAfterBreak="0">
    <w:nsid w:val="20190998"/>
    <w:multiLevelType w:val="hybridMultilevel"/>
    <w:tmpl w:val="6276CF8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216B5072"/>
    <w:multiLevelType w:val="hybridMultilevel"/>
    <w:tmpl w:val="3196C7D0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C84C07"/>
    <w:multiLevelType w:val="hybridMultilevel"/>
    <w:tmpl w:val="C194F38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2A496EFB"/>
    <w:multiLevelType w:val="hybridMultilevel"/>
    <w:tmpl w:val="9F6C952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2AA5263E"/>
    <w:multiLevelType w:val="hybridMultilevel"/>
    <w:tmpl w:val="569E76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9D3CE3"/>
    <w:multiLevelType w:val="hybridMultilevel"/>
    <w:tmpl w:val="32AC71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C13409"/>
    <w:multiLevelType w:val="hybridMultilevel"/>
    <w:tmpl w:val="F75C246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2FE03874"/>
    <w:multiLevelType w:val="hybridMultilevel"/>
    <w:tmpl w:val="28468498"/>
    <w:lvl w:ilvl="0" w:tplc="33C09E7C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8F5AFDE0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33443E50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F5B2732C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E1CE3328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DA743DFC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6C1CEE4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82D6E980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50DC64B0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0574508"/>
    <w:multiLevelType w:val="hybridMultilevel"/>
    <w:tmpl w:val="1B0AA4B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317F2FF8"/>
    <w:multiLevelType w:val="hybridMultilevel"/>
    <w:tmpl w:val="ACB426BE"/>
    <w:lvl w:ilvl="0" w:tplc="CB8C5D04">
      <w:start w:val="1"/>
      <w:numFmt w:val="lowerLetter"/>
      <w:lvlText w:val="%1."/>
      <w:lvlJc w:val="left"/>
      <w:pPr>
        <w:ind w:left="720" w:hanging="360"/>
      </w:pPr>
    </w:lvl>
    <w:lvl w:ilvl="1" w:tplc="C80277AC">
      <w:start w:val="1"/>
      <w:numFmt w:val="lowerLetter"/>
      <w:lvlText w:val="%2."/>
      <w:lvlJc w:val="left"/>
      <w:pPr>
        <w:ind w:left="1440" w:hanging="360"/>
      </w:pPr>
    </w:lvl>
    <w:lvl w:ilvl="2" w:tplc="7F9644FE">
      <w:start w:val="1"/>
      <w:numFmt w:val="lowerRoman"/>
      <w:lvlText w:val="%3."/>
      <w:lvlJc w:val="right"/>
      <w:pPr>
        <w:ind w:left="2160" w:hanging="180"/>
      </w:pPr>
    </w:lvl>
    <w:lvl w:ilvl="3" w:tplc="36E8C2E4">
      <w:start w:val="1"/>
      <w:numFmt w:val="decimal"/>
      <w:lvlText w:val="%4."/>
      <w:lvlJc w:val="left"/>
      <w:pPr>
        <w:ind w:left="2880" w:hanging="360"/>
      </w:pPr>
    </w:lvl>
    <w:lvl w:ilvl="4" w:tplc="1F94E478">
      <w:start w:val="1"/>
      <w:numFmt w:val="lowerLetter"/>
      <w:lvlText w:val="%5."/>
      <w:lvlJc w:val="left"/>
      <w:pPr>
        <w:ind w:left="3600" w:hanging="360"/>
      </w:pPr>
    </w:lvl>
    <w:lvl w:ilvl="5" w:tplc="4B36E8D8">
      <w:start w:val="1"/>
      <w:numFmt w:val="lowerRoman"/>
      <w:lvlText w:val="%6."/>
      <w:lvlJc w:val="right"/>
      <w:pPr>
        <w:ind w:left="4320" w:hanging="180"/>
      </w:pPr>
    </w:lvl>
    <w:lvl w:ilvl="6" w:tplc="46C67938">
      <w:start w:val="1"/>
      <w:numFmt w:val="decimal"/>
      <w:lvlText w:val="%7."/>
      <w:lvlJc w:val="left"/>
      <w:pPr>
        <w:ind w:left="5040" w:hanging="360"/>
      </w:pPr>
    </w:lvl>
    <w:lvl w:ilvl="7" w:tplc="F96096B8">
      <w:start w:val="1"/>
      <w:numFmt w:val="lowerLetter"/>
      <w:lvlText w:val="%8."/>
      <w:lvlJc w:val="left"/>
      <w:pPr>
        <w:ind w:left="5760" w:hanging="360"/>
      </w:pPr>
    </w:lvl>
    <w:lvl w:ilvl="8" w:tplc="B1AC8C0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BD69BE"/>
    <w:multiLevelType w:val="hybridMultilevel"/>
    <w:tmpl w:val="F5627A8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34235185"/>
    <w:multiLevelType w:val="hybridMultilevel"/>
    <w:tmpl w:val="796A7CB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34DA47C3"/>
    <w:multiLevelType w:val="hybridMultilevel"/>
    <w:tmpl w:val="A29EF50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38DF153C"/>
    <w:multiLevelType w:val="hybridMultilevel"/>
    <w:tmpl w:val="C58C39E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397B598B"/>
    <w:multiLevelType w:val="hybridMultilevel"/>
    <w:tmpl w:val="B678CE70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701AEE"/>
    <w:multiLevelType w:val="hybridMultilevel"/>
    <w:tmpl w:val="1D72FD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5A312C"/>
    <w:multiLevelType w:val="hybridMultilevel"/>
    <w:tmpl w:val="998E7B04"/>
    <w:lvl w:ilvl="0" w:tplc="83C227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F9295F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0F366E"/>
    <w:multiLevelType w:val="hybridMultilevel"/>
    <w:tmpl w:val="B06A5A5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3F696E9D"/>
    <w:multiLevelType w:val="hybridMultilevel"/>
    <w:tmpl w:val="ABAA47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40786AD5"/>
    <w:multiLevelType w:val="hybridMultilevel"/>
    <w:tmpl w:val="6DB095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431F3E6C"/>
    <w:multiLevelType w:val="hybridMultilevel"/>
    <w:tmpl w:val="E7CAF41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0" w15:restartNumberingAfterBreak="0">
    <w:nsid w:val="43CC205A"/>
    <w:multiLevelType w:val="hybridMultilevel"/>
    <w:tmpl w:val="9F5648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1" w15:restartNumberingAfterBreak="0">
    <w:nsid w:val="45730F78"/>
    <w:multiLevelType w:val="hybridMultilevel"/>
    <w:tmpl w:val="310626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47850AA0"/>
    <w:multiLevelType w:val="hybridMultilevel"/>
    <w:tmpl w:val="23DAC656"/>
    <w:lvl w:ilvl="0" w:tplc="2B6AD4BC">
      <w:start w:val="1"/>
      <w:numFmt w:val="lowerRoman"/>
      <w:lvlText w:val="%1."/>
      <w:lvlJc w:val="right"/>
      <w:pPr>
        <w:ind w:left="288" w:hanging="216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6358B57E">
      <w:start w:val="10"/>
      <w:numFmt w:val="bullet"/>
      <w:lvlText w:val="-"/>
      <w:lvlJc w:val="left"/>
      <w:pPr>
        <w:ind w:left="2520" w:hanging="360"/>
      </w:pPr>
      <w:rPr>
        <w:rFonts w:hint="default" w:ascii="Calibri" w:hAnsi="Calibri" w:eastAsia="Calibri" w:cs="Calibri"/>
        <w:sz w:val="20"/>
      </w:rPr>
    </w:lvl>
    <w:lvl w:ilvl="4" w:tplc="FA4A9C8E">
      <w:start w:val="1"/>
      <w:numFmt w:val="upperRoman"/>
      <w:lvlText w:val="%5."/>
      <w:lvlJc w:val="left"/>
      <w:pPr>
        <w:ind w:left="3600" w:hanging="720"/>
      </w:pPr>
      <w:rPr>
        <w:rFonts w:hint="default"/>
        <w:sz w:val="20"/>
      </w:rPr>
    </w:lvl>
    <w:lvl w:ilvl="5" w:tplc="8722B556">
      <w:start w:val="8"/>
      <w:numFmt w:val="lowerLetter"/>
      <w:lvlText w:val="%6."/>
      <w:lvlJc w:val="left"/>
      <w:pPr>
        <w:ind w:left="4140" w:hanging="360"/>
      </w:pPr>
      <w:rPr>
        <w:rFonts w:hint="default"/>
        <w:sz w:val="20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B478AD"/>
    <w:multiLevelType w:val="hybridMultilevel"/>
    <w:tmpl w:val="9298763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48DF632D"/>
    <w:multiLevelType w:val="hybridMultilevel"/>
    <w:tmpl w:val="09B4B9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5" w15:restartNumberingAfterBreak="0">
    <w:nsid w:val="48F35C3F"/>
    <w:multiLevelType w:val="hybridMultilevel"/>
    <w:tmpl w:val="4CEEA9C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6" w15:restartNumberingAfterBreak="0">
    <w:nsid w:val="490920EB"/>
    <w:multiLevelType w:val="hybridMultilevel"/>
    <w:tmpl w:val="13EEF8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C436FF1"/>
    <w:multiLevelType w:val="hybridMultilevel"/>
    <w:tmpl w:val="9D78B0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8" w15:restartNumberingAfterBreak="0">
    <w:nsid w:val="4F485110"/>
    <w:multiLevelType w:val="hybridMultilevel"/>
    <w:tmpl w:val="53CADFD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9" w15:restartNumberingAfterBreak="0">
    <w:nsid w:val="50965637"/>
    <w:multiLevelType w:val="hybridMultilevel"/>
    <w:tmpl w:val="9F448CB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0" w15:restartNumberingAfterBreak="0">
    <w:nsid w:val="50EE7A44"/>
    <w:multiLevelType w:val="hybridMultilevel"/>
    <w:tmpl w:val="C23289C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1" w15:restartNumberingAfterBreak="0">
    <w:nsid w:val="51156470"/>
    <w:multiLevelType w:val="hybridMultilevel"/>
    <w:tmpl w:val="B0647AA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2" w15:restartNumberingAfterBreak="0">
    <w:nsid w:val="57846B85"/>
    <w:multiLevelType w:val="hybridMultilevel"/>
    <w:tmpl w:val="483A3B52"/>
    <w:lvl w:ilvl="0" w:tplc="1CB46D58">
      <w:start w:val="1"/>
      <w:numFmt w:val="lowerLetter"/>
      <w:lvlText w:val="%1."/>
      <w:lvlJc w:val="left"/>
      <w:pPr>
        <w:ind w:left="720" w:hanging="360"/>
      </w:pPr>
    </w:lvl>
    <w:lvl w:ilvl="1" w:tplc="40406D08">
      <w:start w:val="1"/>
      <w:numFmt w:val="lowerLetter"/>
      <w:lvlText w:val="%2."/>
      <w:lvlJc w:val="left"/>
      <w:pPr>
        <w:ind w:left="1440" w:hanging="360"/>
      </w:pPr>
    </w:lvl>
    <w:lvl w:ilvl="2" w:tplc="56E4FA1E">
      <w:start w:val="1"/>
      <w:numFmt w:val="lowerRoman"/>
      <w:lvlText w:val="%3."/>
      <w:lvlJc w:val="right"/>
      <w:pPr>
        <w:ind w:left="2160" w:hanging="180"/>
      </w:pPr>
    </w:lvl>
    <w:lvl w:ilvl="3" w:tplc="D382D11A">
      <w:start w:val="1"/>
      <w:numFmt w:val="decimal"/>
      <w:lvlText w:val="%4."/>
      <w:lvlJc w:val="left"/>
      <w:pPr>
        <w:ind w:left="2880" w:hanging="360"/>
      </w:pPr>
    </w:lvl>
    <w:lvl w:ilvl="4" w:tplc="7004E8EE">
      <w:start w:val="1"/>
      <w:numFmt w:val="lowerLetter"/>
      <w:lvlText w:val="%5."/>
      <w:lvlJc w:val="left"/>
      <w:pPr>
        <w:ind w:left="3600" w:hanging="360"/>
      </w:pPr>
    </w:lvl>
    <w:lvl w:ilvl="5" w:tplc="77FEAF7E">
      <w:start w:val="1"/>
      <w:numFmt w:val="lowerRoman"/>
      <w:lvlText w:val="%6."/>
      <w:lvlJc w:val="right"/>
      <w:pPr>
        <w:ind w:left="4320" w:hanging="180"/>
      </w:pPr>
    </w:lvl>
    <w:lvl w:ilvl="6" w:tplc="F80C6D0A">
      <w:start w:val="1"/>
      <w:numFmt w:val="decimal"/>
      <w:lvlText w:val="%7."/>
      <w:lvlJc w:val="left"/>
      <w:pPr>
        <w:ind w:left="5040" w:hanging="360"/>
      </w:pPr>
    </w:lvl>
    <w:lvl w:ilvl="7" w:tplc="8826A088">
      <w:start w:val="1"/>
      <w:numFmt w:val="lowerLetter"/>
      <w:lvlText w:val="%8."/>
      <w:lvlJc w:val="left"/>
      <w:pPr>
        <w:ind w:left="5760" w:hanging="360"/>
      </w:pPr>
    </w:lvl>
    <w:lvl w:ilvl="8" w:tplc="277ACBB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263FB3"/>
    <w:multiLevelType w:val="hybridMultilevel"/>
    <w:tmpl w:val="CCDCAD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4" w15:restartNumberingAfterBreak="0">
    <w:nsid w:val="5D943674"/>
    <w:multiLevelType w:val="hybridMultilevel"/>
    <w:tmpl w:val="6AAE01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5" w15:restartNumberingAfterBreak="0">
    <w:nsid w:val="5EBD3C19"/>
    <w:multiLevelType w:val="hybridMultilevel"/>
    <w:tmpl w:val="A9A6CD9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6" w15:restartNumberingAfterBreak="0">
    <w:nsid w:val="5EF07225"/>
    <w:multiLevelType w:val="hybridMultilevel"/>
    <w:tmpl w:val="83DAAB9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7" w15:restartNumberingAfterBreak="0">
    <w:nsid w:val="691C1BE2"/>
    <w:multiLevelType w:val="hybridMultilevel"/>
    <w:tmpl w:val="B09CE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6A701D46"/>
    <w:multiLevelType w:val="hybridMultilevel"/>
    <w:tmpl w:val="527A7020"/>
    <w:lvl w:ilvl="0" w:tplc="B8726E7E">
      <w:start w:val="1"/>
      <w:numFmt w:val="decimal"/>
      <w:lvlText w:val="%1."/>
      <w:lvlJc w:val="left"/>
      <w:pPr>
        <w:ind w:left="576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E3EA5"/>
    <w:multiLevelType w:val="hybridMultilevel"/>
    <w:tmpl w:val="F89E4B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0" w15:restartNumberingAfterBreak="0">
    <w:nsid w:val="6DE25696"/>
    <w:multiLevelType w:val="hybridMultilevel"/>
    <w:tmpl w:val="A0C2D0EE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4821E1"/>
    <w:multiLevelType w:val="hybridMultilevel"/>
    <w:tmpl w:val="ACD4C3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2F44F54"/>
    <w:multiLevelType w:val="hybridMultilevel"/>
    <w:tmpl w:val="0FE873E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3" w15:restartNumberingAfterBreak="0">
    <w:nsid w:val="737D6237"/>
    <w:multiLevelType w:val="hybridMultilevel"/>
    <w:tmpl w:val="414C7EF8"/>
    <w:lvl w:ilvl="0" w:tplc="04090001">
      <w:start w:val="1"/>
      <w:numFmt w:val="bullet"/>
      <w:lvlText w:val=""/>
      <w:lvlJc w:val="left"/>
      <w:pPr>
        <w:ind w:left="115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64" w15:restartNumberingAfterBreak="0">
    <w:nsid w:val="74675227"/>
    <w:multiLevelType w:val="hybridMultilevel"/>
    <w:tmpl w:val="95B60DD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5" w15:restartNumberingAfterBreak="0">
    <w:nsid w:val="7B471A6D"/>
    <w:multiLevelType w:val="hybridMultilevel"/>
    <w:tmpl w:val="1EB43284"/>
    <w:lvl w:ilvl="0" w:tplc="47B8E6A2">
      <w:start w:val="1"/>
      <w:numFmt w:val="decimal"/>
      <w:lvlText w:val="%1."/>
      <w:lvlJc w:val="left"/>
      <w:pPr>
        <w:ind w:left="432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D237C0A"/>
    <w:multiLevelType w:val="hybridMultilevel"/>
    <w:tmpl w:val="BC8CFED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7" w15:restartNumberingAfterBreak="0">
    <w:nsid w:val="7D92E161"/>
    <w:multiLevelType w:val="hybridMultilevel"/>
    <w:tmpl w:val="023E6974"/>
    <w:lvl w:ilvl="0" w:tplc="152450DC">
      <w:start w:val="1"/>
      <w:numFmt w:val="lowerLetter"/>
      <w:lvlText w:val="%1."/>
      <w:lvlJc w:val="left"/>
      <w:pPr>
        <w:ind w:left="720" w:hanging="360"/>
      </w:pPr>
    </w:lvl>
    <w:lvl w:ilvl="1" w:tplc="82A09DD0">
      <w:start w:val="1"/>
      <w:numFmt w:val="lowerLetter"/>
      <w:lvlText w:val="%2."/>
      <w:lvlJc w:val="left"/>
      <w:pPr>
        <w:ind w:left="1440" w:hanging="360"/>
      </w:pPr>
    </w:lvl>
    <w:lvl w:ilvl="2" w:tplc="C4CC67AC">
      <w:start w:val="1"/>
      <w:numFmt w:val="lowerRoman"/>
      <w:lvlText w:val="%3."/>
      <w:lvlJc w:val="right"/>
      <w:pPr>
        <w:ind w:left="2160" w:hanging="180"/>
      </w:pPr>
    </w:lvl>
    <w:lvl w:ilvl="3" w:tplc="A214477A">
      <w:start w:val="1"/>
      <w:numFmt w:val="decimal"/>
      <w:lvlText w:val="%4."/>
      <w:lvlJc w:val="left"/>
      <w:pPr>
        <w:ind w:left="2880" w:hanging="360"/>
      </w:pPr>
    </w:lvl>
    <w:lvl w:ilvl="4" w:tplc="923214C0">
      <w:start w:val="1"/>
      <w:numFmt w:val="lowerLetter"/>
      <w:lvlText w:val="%5."/>
      <w:lvlJc w:val="left"/>
      <w:pPr>
        <w:ind w:left="3600" w:hanging="360"/>
      </w:pPr>
    </w:lvl>
    <w:lvl w:ilvl="5" w:tplc="8494BB7C">
      <w:start w:val="1"/>
      <w:numFmt w:val="lowerRoman"/>
      <w:lvlText w:val="%6."/>
      <w:lvlJc w:val="right"/>
      <w:pPr>
        <w:ind w:left="4320" w:hanging="180"/>
      </w:pPr>
    </w:lvl>
    <w:lvl w:ilvl="6" w:tplc="26C83682">
      <w:start w:val="1"/>
      <w:numFmt w:val="decimal"/>
      <w:lvlText w:val="%7."/>
      <w:lvlJc w:val="left"/>
      <w:pPr>
        <w:ind w:left="5040" w:hanging="360"/>
      </w:pPr>
    </w:lvl>
    <w:lvl w:ilvl="7" w:tplc="86DAF382">
      <w:start w:val="1"/>
      <w:numFmt w:val="lowerLetter"/>
      <w:lvlText w:val="%8."/>
      <w:lvlJc w:val="left"/>
      <w:pPr>
        <w:ind w:left="5760" w:hanging="360"/>
      </w:pPr>
    </w:lvl>
    <w:lvl w:ilvl="8" w:tplc="8514EE4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933178"/>
    <w:multiLevelType w:val="hybridMultilevel"/>
    <w:tmpl w:val="F61AD9D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341540381">
    <w:abstractNumId w:val="26"/>
  </w:num>
  <w:num w:numId="2" w16cid:durableId="1205874402">
    <w:abstractNumId w:val="67"/>
  </w:num>
  <w:num w:numId="3" w16cid:durableId="2084838654">
    <w:abstractNumId w:val="28"/>
  </w:num>
  <w:num w:numId="4" w16cid:durableId="1513453011">
    <w:abstractNumId w:val="52"/>
  </w:num>
  <w:num w:numId="5" w16cid:durableId="2088921991">
    <w:abstractNumId w:val="5"/>
  </w:num>
  <w:num w:numId="6" w16cid:durableId="388504024">
    <w:abstractNumId w:val="3"/>
  </w:num>
  <w:num w:numId="7" w16cid:durableId="851918121">
    <w:abstractNumId w:val="2"/>
  </w:num>
  <w:num w:numId="8" w16cid:durableId="1443186974">
    <w:abstractNumId w:val="4"/>
  </w:num>
  <w:num w:numId="9" w16cid:durableId="2049991089">
    <w:abstractNumId w:val="1"/>
  </w:num>
  <w:num w:numId="10" w16cid:durableId="1730960705">
    <w:abstractNumId w:val="0"/>
  </w:num>
  <w:num w:numId="11" w16cid:durableId="668483045">
    <w:abstractNumId w:val="18"/>
    <w:lvlOverride w:ilvl="0">
      <w:startOverride w:val="1"/>
    </w:lvlOverride>
  </w:num>
  <w:num w:numId="12" w16cid:durableId="969823437">
    <w:abstractNumId w:val="18"/>
    <w:lvlOverride w:ilvl="0">
      <w:startOverride w:val="1"/>
    </w:lvlOverride>
  </w:num>
  <w:num w:numId="13" w16cid:durableId="2084989184">
    <w:abstractNumId w:val="18"/>
    <w:lvlOverride w:ilvl="0">
      <w:startOverride w:val="1"/>
    </w:lvlOverride>
  </w:num>
  <w:num w:numId="14" w16cid:durableId="1968508436">
    <w:abstractNumId w:val="49"/>
  </w:num>
  <w:num w:numId="15" w16cid:durableId="199821547">
    <w:abstractNumId w:val="55"/>
  </w:num>
  <w:num w:numId="16" w16cid:durableId="1050810158">
    <w:abstractNumId w:val="6"/>
  </w:num>
  <w:num w:numId="17" w16cid:durableId="1291672510">
    <w:abstractNumId w:val="44"/>
  </w:num>
  <w:num w:numId="18" w16cid:durableId="1542286370">
    <w:abstractNumId w:val="31"/>
  </w:num>
  <w:num w:numId="19" w16cid:durableId="382142442">
    <w:abstractNumId w:val="40"/>
  </w:num>
  <w:num w:numId="20" w16cid:durableId="382103042">
    <w:abstractNumId w:val="34"/>
  </w:num>
  <w:num w:numId="21" w16cid:durableId="1105736517">
    <w:abstractNumId w:val="23"/>
  </w:num>
  <w:num w:numId="22" w16cid:durableId="872546625">
    <w:abstractNumId w:val="35"/>
  </w:num>
  <w:num w:numId="23" w16cid:durableId="180555961">
    <w:abstractNumId w:val="42"/>
  </w:num>
  <w:num w:numId="24" w16cid:durableId="1570655040">
    <w:abstractNumId w:val="10"/>
  </w:num>
  <w:num w:numId="25" w16cid:durableId="1714575699">
    <w:abstractNumId w:val="15"/>
  </w:num>
  <w:num w:numId="26" w16cid:durableId="265313124">
    <w:abstractNumId w:val="41"/>
  </w:num>
  <w:num w:numId="27" w16cid:durableId="893396463">
    <w:abstractNumId w:val="57"/>
  </w:num>
  <w:num w:numId="28" w16cid:durableId="790829892">
    <w:abstractNumId w:val="46"/>
  </w:num>
  <w:num w:numId="29" w16cid:durableId="1928729810">
    <w:abstractNumId w:val="59"/>
  </w:num>
  <w:num w:numId="30" w16cid:durableId="2027704335">
    <w:abstractNumId w:val="17"/>
  </w:num>
  <w:num w:numId="31" w16cid:durableId="1759325669">
    <w:abstractNumId w:val="62"/>
  </w:num>
  <w:num w:numId="32" w16cid:durableId="1052539046">
    <w:abstractNumId w:val="51"/>
  </w:num>
  <w:num w:numId="33" w16cid:durableId="866017870">
    <w:abstractNumId w:val="12"/>
  </w:num>
  <w:num w:numId="34" w16cid:durableId="192115419">
    <w:abstractNumId w:val="8"/>
  </w:num>
  <w:num w:numId="35" w16cid:durableId="1656645417">
    <w:abstractNumId w:val="50"/>
  </w:num>
  <w:num w:numId="36" w16cid:durableId="1570919922">
    <w:abstractNumId w:val="66"/>
  </w:num>
  <w:num w:numId="37" w16cid:durableId="1500387942">
    <w:abstractNumId w:val="64"/>
  </w:num>
  <w:num w:numId="38" w16cid:durableId="1217014665">
    <w:abstractNumId w:val="56"/>
  </w:num>
  <w:num w:numId="39" w16cid:durableId="2001033577">
    <w:abstractNumId w:val="54"/>
  </w:num>
  <w:num w:numId="40" w16cid:durableId="1926524850">
    <w:abstractNumId w:val="38"/>
  </w:num>
  <w:num w:numId="41" w16cid:durableId="256059251">
    <w:abstractNumId w:val="25"/>
  </w:num>
  <w:num w:numId="42" w16cid:durableId="1942712728">
    <w:abstractNumId w:val="29"/>
  </w:num>
  <w:num w:numId="43" w16cid:durableId="25570865">
    <w:abstractNumId w:val="36"/>
  </w:num>
  <w:num w:numId="44" w16cid:durableId="1770543818">
    <w:abstractNumId w:val="43"/>
  </w:num>
  <w:num w:numId="45" w16cid:durableId="1283226854">
    <w:abstractNumId w:val="45"/>
  </w:num>
  <w:num w:numId="46" w16cid:durableId="1601982439">
    <w:abstractNumId w:val="19"/>
  </w:num>
  <w:num w:numId="47" w16cid:durableId="1802651847">
    <w:abstractNumId w:val="47"/>
  </w:num>
  <w:num w:numId="48" w16cid:durableId="1535116201">
    <w:abstractNumId w:val="22"/>
  </w:num>
  <w:num w:numId="49" w16cid:durableId="1970044023">
    <w:abstractNumId w:val="39"/>
  </w:num>
  <w:num w:numId="50" w16cid:durableId="1040712203">
    <w:abstractNumId w:val="13"/>
  </w:num>
  <w:num w:numId="51" w16cid:durableId="1019701218">
    <w:abstractNumId w:val="21"/>
  </w:num>
  <w:num w:numId="52" w16cid:durableId="1395448">
    <w:abstractNumId w:val="61"/>
  </w:num>
  <w:num w:numId="53" w16cid:durableId="582178438">
    <w:abstractNumId w:val="24"/>
  </w:num>
  <w:num w:numId="54" w16cid:durableId="2129078633">
    <w:abstractNumId w:val="33"/>
  </w:num>
  <w:num w:numId="55" w16cid:durableId="1009673903">
    <w:abstractNumId w:val="11"/>
  </w:num>
  <w:num w:numId="56" w16cid:durableId="64618659">
    <w:abstractNumId w:val="9"/>
  </w:num>
  <w:num w:numId="57" w16cid:durableId="265649924">
    <w:abstractNumId w:val="20"/>
  </w:num>
  <w:num w:numId="58" w16cid:durableId="1109620131">
    <w:abstractNumId w:val="48"/>
  </w:num>
  <w:num w:numId="59" w16cid:durableId="2039771903">
    <w:abstractNumId w:val="68"/>
  </w:num>
  <w:num w:numId="60" w16cid:durableId="1902135001">
    <w:abstractNumId w:val="37"/>
  </w:num>
  <w:num w:numId="61" w16cid:durableId="1775050503">
    <w:abstractNumId w:val="7"/>
  </w:num>
  <w:num w:numId="62" w16cid:durableId="2036074839">
    <w:abstractNumId w:val="63"/>
  </w:num>
  <w:num w:numId="63" w16cid:durableId="2117402941">
    <w:abstractNumId w:val="30"/>
  </w:num>
  <w:num w:numId="64" w16cid:durableId="1516841784">
    <w:abstractNumId w:val="27"/>
  </w:num>
  <w:num w:numId="65" w16cid:durableId="1128664323">
    <w:abstractNumId w:val="53"/>
  </w:num>
  <w:num w:numId="66" w16cid:durableId="1708487412">
    <w:abstractNumId w:val="32"/>
  </w:num>
  <w:num w:numId="67" w16cid:durableId="1948653771">
    <w:abstractNumId w:val="65"/>
  </w:num>
  <w:num w:numId="68" w16cid:durableId="131867472">
    <w:abstractNumId w:val="58"/>
  </w:num>
  <w:num w:numId="69" w16cid:durableId="1854805119">
    <w:abstractNumId w:val="60"/>
  </w:num>
  <w:num w:numId="70" w16cid:durableId="923342905">
    <w:abstractNumId w:val="14"/>
  </w:num>
  <w:num w:numId="71" w16cid:durableId="2136751914">
    <w:abstractNumId w:val="16"/>
  </w:num>
  <w:numIdMacAtCleanup w:val="6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73F"/>
    <w:rsid w:val="0000300B"/>
    <w:rsid w:val="00007969"/>
    <w:rsid w:val="00016E61"/>
    <w:rsid w:val="00016EFB"/>
    <w:rsid w:val="0002042D"/>
    <w:rsid w:val="00030286"/>
    <w:rsid w:val="00030E78"/>
    <w:rsid w:val="00031282"/>
    <w:rsid w:val="000313F6"/>
    <w:rsid w:val="00031AD9"/>
    <w:rsid w:val="00034616"/>
    <w:rsid w:val="00037504"/>
    <w:rsid w:val="00041093"/>
    <w:rsid w:val="00047E2B"/>
    <w:rsid w:val="0005287E"/>
    <w:rsid w:val="00054AC9"/>
    <w:rsid w:val="00054C43"/>
    <w:rsid w:val="0006063C"/>
    <w:rsid w:val="00063AC6"/>
    <w:rsid w:val="00064E9B"/>
    <w:rsid w:val="00066AAC"/>
    <w:rsid w:val="00066E66"/>
    <w:rsid w:val="00067DC5"/>
    <w:rsid w:val="0007239C"/>
    <w:rsid w:val="00072F7E"/>
    <w:rsid w:val="000733CF"/>
    <w:rsid w:val="000774F7"/>
    <w:rsid w:val="00077B59"/>
    <w:rsid w:val="00080B39"/>
    <w:rsid w:val="00081E9D"/>
    <w:rsid w:val="00082F0D"/>
    <w:rsid w:val="00083C9F"/>
    <w:rsid w:val="00085FFD"/>
    <w:rsid w:val="00086390"/>
    <w:rsid w:val="00090A3C"/>
    <w:rsid w:val="00095A74"/>
    <w:rsid w:val="00095FCC"/>
    <w:rsid w:val="000A0295"/>
    <w:rsid w:val="000A19D5"/>
    <w:rsid w:val="000A1BFA"/>
    <w:rsid w:val="000A784F"/>
    <w:rsid w:val="000B5E02"/>
    <w:rsid w:val="000B5EEB"/>
    <w:rsid w:val="000B680D"/>
    <w:rsid w:val="000C05FF"/>
    <w:rsid w:val="000C06D0"/>
    <w:rsid w:val="000C0B08"/>
    <w:rsid w:val="000C1E56"/>
    <w:rsid w:val="000C1F22"/>
    <w:rsid w:val="000C2E5E"/>
    <w:rsid w:val="000C34DF"/>
    <w:rsid w:val="000C447C"/>
    <w:rsid w:val="000C6ECC"/>
    <w:rsid w:val="000D1FAB"/>
    <w:rsid w:val="000D27E9"/>
    <w:rsid w:val="000D39A0"/>
    <w:rsid w:val="000D71E8"/>
    <w:rsid w:val="000E31AD"/>
    <w:rsid w:val="000E38BD"/>
    <w:rsid w:val="000E631A"/>
    <w:rsid w:val="000F0F95"/>
    <w:rsid w:val="000F7BD3"/>
    <w:rsid w:val="001001BC"/>
    <w:rsid w:val="00121803"/>
    <w:rsid w:val="00123B3D"/>
    <w:rsid w:val="00126733"/>
    <w:rsid w:val="0012681D"/>
    <w:rsid w:val="00127157"/>
    <w:rsid w:val="00130DD0"/>
    <w:rsid w:val="00134A4A"/>
    <w:rsid w:val="00137741"/>
    <w:rsid w:val="00140583"/>
    <w:rsid w:val="0014193E"/>
    <w:rsid w:val="00143BF3"/>
    <w:rsid w:val="00143C33"/>
    <w:rsid w:val="0015074B"/>
    <w:rsid w:val="00150C4A"/>
    <w:rsid w:val="00153040"/>
    <w:rsid w:val="00153EF0"/>
    <w:rsid w:val="00163300"/>
    <w:rsid w:val="00165BB1"/>
    <w:rsid w:val="001721AC"/>
    <w:rsid w:val="0017255B"/>
    <w:rsid w:val="00173441"/>
    <w:rsid w:val="00174E36"/>
    <w:rsid w:val="001752F6"/>
    <w:rsid w:val="00175786"/>
    <w:rsid w:val="00177D72"/>
    <w:rsid w:val="00185DD6"/>
    <w:rsid w:val="00186D97"/>
    <w:rsid w:val="00192213"/>
    <w:rsid w:val="0019623C"/>
    <w:rsid w:val="001964CE"/>
    <w:rsid w:val="001967A6"/>
    <w:rsid w:val="001A0E02"/>
    <w:rsid w:val="001A12C8"/>
    <w:rsid w:val="001A19E6"/>
    <w:rsid w:val="001A1AA0"/>
    <w:rsid w:val="001A4DFC"/>
    <w:rsid w:val="001A5BDC"/>
    <w:rsid w:val="001A5DE0"/>
    <w:rsid w:val="001B1876"/>
    <w:rsid w:val="001B1B23"/>
    <w:rsid w:val="001B6542"/>
    <w:rsid w:val="001B697E"/>
    <w:rsid w:val="001C2CE6"/>
    <w:rsid w:val="001C2EB9"/>
    <w:rsid w:val="001C72BF"/>
    <w:rsid w:val="001D0505"/>
    <w:rsid w:val="001D2C41"/>
    <w:rsid w:val="001D3ABF"/>
    <w:rsid w:val="001D3D57"/>
    <w:rsid w:val="001D6D6A"/>
    <w:rsid w:val="001E201D"/>
    <w:rsid w:val="001E260F"/>
    <w:rsid w:val="001E3E3A"/>
    <w:rsid w:val="001E4A69"/>
    <w:rsid w:val="001E789D"/>
    <w:rsid w:val="001F5F3F"/>
    <w:rsid w:val="00203A9B"/>
    <w:rsid w:val="00206F56"/>
    <w:rsid w:val="002134CB"/>
    <w:rsid w:val="00213B46"/>
    <w:rsid w:val="00213BF6"/>
    <w:rsid w:val="0021683B"/>
    <w:rsid w:val="00217925"/>
    <w:rsid w:val="00217C82"/>
    <w:rsid w:val="0021E4E1"/>
    <w:rsid w:val="002231DB"/>
    <w:rsid w:val="00236DED"/>
    <w:rsid w:val="0024074C"/>
    <w:rsid w:val="00240C7C"/>
    <w:rsid w:val="00242E50"/>
    <w:rsid w:val="002547C1"/>
    <w:rsid w:val="002578B9"/>
    <w:rsid w:val="00257AD2"/>
    <w:rsid w:val="002642C5"/>
    <w:rsid w:val="002662E1"/>
    <w:rsid w:val="00266D85"/>
    <w:rsid w:val="0027130C"/>
    <w:rsid w:val="00271E44"/>
    <w:rsid w:val="002750C1"/>
    <w:rsid w:val="00280F84"/>
    <w:rsid w:val="002810F3"/>
    <w:rsid w:val="00283114"/>
    <w:rsid w:val="0028627F"/>
    <w:rsid w:val="002862DC"/>
    <w:rsid w:val="00287045"/>
    <w:rsid w:val="002870F8"/>
    <w:rsid w:val="0029278D"/>
    <w:rsid w:val="00294BF2"/>
    <w:rsid w:val="00294C09"/>
    <w:rsid w:val="00295AB0"/>
    <w:rsid w:val="0029639D"/>
    <w:rsid w:val="002A25EE"/>
    <w:rsid w:val="002A3103"/>
    <w:rsid w:val="002A6408"/>
    <w:rsid w:val="002A7950"/>
    <w:rsid w:val="002B3F2B"/>
    <w:rsid w:val="002B4B57"/>
    <w:rsid w:val="002B5508"/>
    <w:rsid w:val="002B6308"/>
    <w:rsid w:val="002C1BDD"/>
    <w:rsid w:val="002C60B0"/>
    <w:rsid w:val="002E506B"/>
    <w:rsid w:val="002E535A"/>
    <w:rsid w:val="002E79A8"/>
    <w:rsid w:val="0030138A"/>
    <w:rsid w:val="00301E3F"/>
    <w:rsid w:val="00303558"/>
    <w:rsid w:val="00303A3B"/>
    <w:rsid w:val="00305605"/>
    <w:rsid w:val="003076E3"/>
    <w:rsid w:val="00307AAE"/>
    <w:rsid w:val="00310619"/>
    <w:rsid w:val="0031467C"/>
    <w:rsid w:val="00321CC7"/>
    <w:rsid w:val="0032258D"/>
    <w:rsid w:val="003250DD"/>
    <w:rsid w:val="00326518"/>
    <w:rsid w:val="00326E8B"/>
    <w:rsid w:val="00326F90"/>
    <w:rsid w:val="00327D8A"/>
    <w:rsid w:val="0032F290"/>
    <w:rsid w:val="00334B84"/>
    <w:rsid w:val="00334DC8"/>
    <w:rsid w:val="00336B4F"/>
    <w:rsid w:val="003401CD"/>
    <w:rsid w:val="00340EF2"/>
    <w:rsid w:val="003423B5"/>
    <w:rsid w:val="003447E5"/>
    <w:rsid w:val="00345B19"/>
    <w:rsid w:val="003510FB"/>
    <w:rsid w:val="00357E24"/>
    <w:rsid w:val="00363462"/>
    <w:rsid w:val="0037054D"/>
    <w:rsid w:val="00370D6F"/>
    <w:rsid w:val="00371AD6"/>
    <w:rsid w:val="00371E90"/>
    <w:rsid w:val="00377DBC"/>
    <w:rsid w:val="0038045A"/>
    <w:rsid w:val="00381CB3"/>
    <w:rsid w:val="0038253D"/>
    <w:rsid w:val="00382D04"/>
    <w:rsid w:val="00384BEB"/>
    <w:rsid w:val="003870C8"/>
    <w:rsid w:val="00397E5A"/>
    <w:rsid w:val="003A0EE6"/>
    <w:rsid w:val="003A1BF2"/>
    <w:rsid w:val="003A742C"/>
    <w:rsid w:val="003B11A0"/>
    <w:rsid w:val="003B3C00"/>
    <w:rsid w:val="003B49DD"/>
    <w:rsid w:val="003B5DD3"/>
    <w:rsid w:val="003B6B88"/>
    <w:rsid w:val="003C1DE4"/>
    <w:rsid w:val="003C2858"/>
    <w:rsid w:val="003C4846"/>
    <w:rsid w:val="003C59CC"/>
    <w:rsid w:val="003D5485"/>
    <w:rsid w:val="003E04F7"/>
    <w:rsid w:val="003E40FD"/>
    <w:rsid w:val="003E489F"/>
    <w:rsid w:val="003E4F8D"/>
    <w:rsid w:val="003E7390"/>
    <w:rsid w:val="003F14F7"/>
    <w:rsid w:val="003F67C2"/>
    <w:rsid w:val="00400C84"/>
    <w:rsid w:val="00401EC7"/>
    <w:rsid w:val="004038D7"/>
    <w:rsid w:val="0040551B"/>
    <w:rsid w:val="00406B81"/>
    <w:rsid w:val="00410315"/>
    <w:rsid w:val="0041173D"/>
    <w:rsid w:val="00411DE3"/>
    <w:rsid w:val="004135ED"/>
    <w:rsid w:val="00414F80"/>
    <w:rsid w:val="00417502"/>
    <w:rsid w:val="0041F3F8"/>
    <w:rsid w:val="00424357"/>
    <w:rsid w:val="004301E7"/>
    <w:rsid w:val="00435928"/>
    <w:rsid w:val="00444638"/>
    <w:rsid w:val="0045049C"/>
    <w:rsid w:val="00452528"/>
    <w:rsid w:val="00455856"/>
    <w:rsid w:val="004566F9"/>
    <w:rsid w:val="004572C2"/>
    <w:rsid w:val="00461705"/>
    <w:rsid w:val="004672C7"/>
    <w:rsid w:val="00470921"/>
    <w:rsid w:val="00473DDD"/>
    <w:rsid w:val="00476A58"/>
    <w:rsid w:val="00481577"/>
    <w:rsid w:val="004848C8"/>
    <w:rsid w:val="00485827"/>
    <w:rsid w:val="004910A7"/>
    <w:rsid w:val="004916B6"/>
    <w:rsid w:val="00491ADA"/>
    <w:rsid w:val="0049451E"/>
    <w:rsid w:val="004A620F"/>
    <w:rsid w:val="004A79EF"/>
    <w:rsid w:val="004B7B77"/>
    <w:rsid w:val="004C3774"/>
    <w:rsid w:val="004C693E"/>
    <w:rsid w:val="004D01DD"/>
    <w:rsid w:val="004D032C"/>
    <w:rsid w:val="004D0749"/>
    <w:rsid w:val="004D3139"/>
    <w:rsid w:val="004D6A85"/>
    <w:rsid w:val="004E09CA"/>
    <w:rsid w:val="004E197E"/>
    <w:rsid w:val="004E375B"/>
    <w:rsid w:val="004E3D97"/>
    <w:rsid w:val="004E724F"/>
    <w:rsid w:val="004F118F"/>
    <w:rsid w:val="004F1786"/>
    <w:rsid w:val="004F519F"/>
    <w:rsid w:val="005037EC"/>
    <w:rsid w:val="005046B0"/>
    <w:rsid w:val="005121D4"/>
    <w:rsid w:val="005131C2"/>
    <w:rsid w:val="00515D00"/>
    <w:rsid w:val="00516B64"/>
    <w:rsid w:val="00523BE9"/>
    <w:rsid w:val="005274BF"/>
    <w:rsid w:val="00536FC8"/>
    <w:rsid w:val="00537AE9"/>
    <w:rsid w:val="00540726"/>
    <w:rsid w:val="0054096D"/>
    <w:rsid w:val="00543349"/>
    <w:rsid w:val="005519E0"/>
    <w:rsid w:val="00551BE6"/>
    <w:rsid w:val="00554C5F"/>
    <w:rsid w:val="00556797"/>
    <w:rsid w:val="00557557"/>
    <w:rsid w:val="00565006"/>
    <w:rsid w:val="00567FA3"/>
    <w:rsid w:val="005712D7"/>
    <w:rsid w:val="0057295B"/>
    <w:rsid w:val="0057720F"/>
    <w:rsid w:val="00577403"/>
    <w:rsid w:val="005777EF"/>
    <w:rsid w:val="0058473A"/>
    <w:rsid w:val="00584D49"/>
    <w:rsid w:val="005A095A"/>
    <w:rsid w:val="005A219E"/>
    <w:rsid w:val="005A4FD7"/>
    <w:rsid w:val="005A5554"/>
    <w:rsid w:val="005A6560"/>
    <w:rsid w:val="005B0B75"/>
    <w:rsid w:val="005B6A16"/>
    <w:rsid w:val="005B7FB2"/>
    <w:rsid w:val="005C534B"/>
    <w:rsid w:val="005C558E"/>
    <w:rsid w:val="005C5EF4"/>
    <w:rsid w:val="005D2CA0"/>
    <w:rsid w:val="005D507D"/>
    <w:rsid w:val="005D723A"/>
    <w:rsid w:val="005E1C33"/>
    <w:rsid w:val="005E7044"/>
    <w:rsid w:val="005F0954"/>
    <w:rsid w:val="005F185B"/>
    <w:rsid w:val="005F2E6F"/>
    <w:rsid w:val="006010B9"/>
    <w:rsid w:val="00602C37"/>
    <w:rsid w:val="006045DA"/>
    <w:rsid w:val="00605B22"/>
    <w:rsid w:val="00606F45"/>
    <w:rsid w:val="00611666"/>
    <w:rsid w:val="00611FC1"/>
    <w:rsid w:val="0061325D"/>
    <w:rsid w:val="00613568"/>
    <w:rsid w:val="006153CF"/>
    <w:rsid w:val="00616411"/>
    <w:rsid w:val="006253AB"/>
    <w:rsid w:val="00625DB3"/>
    <w:rsid w:val="00627C2B"/>
    <w:rsid w:val="00631AC5"/>
    <w:rsid w:val="00633263"/>
    <w:rsid w:val="00640537"/>
    <w:rsid w:val="0064431B"/>
    <w:rsid w:val="0064505D"/>
    <w:rsid w:val="00646650"/>
    <w:rsid w:val="00653F1B"/>
    <w:rsid w:val="00655807"/>
    <w:rsid w:val="00657E1D"/>
    <w:rsid w:val="00660D37"/>
    <w:rsid w:val="00664465"/>
    <w:rsid w:val="00667DDB"/>
    <w:rsid w:val="006724D5"/>
    <w:rsid w:val="00672D4F"/>
    <w:rsid w:val="0067454F"/>
    <w:rsid w:val="00674BC6"/>
    <w:rsid w:val="0067502A"/>
    <w:rsid w:val="00675ED8"/>
    <w:rsid w:val="00680323"/>
    <w:rsid w:val="00684FA0"/>
    <w:rsid w:val="006858B3"/>
    <w:rsid w:val="00690C31"/>
    <w:rsid w:val="006923BD"/>
    <w:rsid w:val="006928EB"/>
    <w:rsid w:val="0069529C"/>
    <w:rsid w:val="00695763"/>
    <w:rsid w:val="006965F7"/>
    <w:rsid w:val="006A2596"/>
    <w:rsid w:val="006A7A8B"/>
    <w:rsid w:val="006C0169"/>
    <w:rsid w:val="006C311A"/>
    <w:rsid w:val="006C4A6B"/>
    <w:rsid w:val="006C7B20"/>
    <w:rsid w:val="006D056D"/>
    <w:rsid w:val="006D4011"/>
    <w:rsid w:val="006D600F"/>
    <w:rsid w:val="006D6D13"/>
    <w:rsid w:val="006E169D"/>
    <w:rsid w:val="006E2673"/>
    <w:rsid w:val="006E3473"/>
    <w:rsid w:val="006E3B9E"/>
    <w:rsid w:val="006E4E7B"/>
    <w:rsid w:val="006F31B8"/>
    <w:rsid w:val="006F3FA1"/>
    <w:rsid w:val="006F4FE2"/>
    <w:rsid w:val="006F618D"/>
    <w:rsid w:val="0070438A"/>
    <w:rsid w:val="0070481D"/>
    <w:rsid w:val="00705341"/>
    <w:rsid w:val="007078B2"/>
    <w:rsid w:val="007107E9"/>
    <w:rsid w:val="00713B91"/>
    <w:rsid w:val="0071408C"/>
    <w:rsid w:val="00714D95"/>
    <w:rsid w:val="00714F63"/>
    <w:rsid w:val="0071602B"/>
    <w:rsid w:val="00721F5A"/>
    <w:rsid w:val="007228EF"/>
    <w:rsid w:val="007232F3"/>
    <w:rsid w:val="00725AA5"/>
    <w:rsid w:val="00726B9A"/>
    <w:rsid w:val="007311A0"/>
    <w:rsid w:val="00731486"/>
    <w:rsid w:val="00731D75"/>
    <w:rsid w:val="007323EA"/>
    <w:rsid w:val="007333F1"/>
    <w:rsid w:val="00734AE8"/>
    <w:rsid w:val="00734BD9"/>
    <w:rsid w:val="007360BC"/>
    <w:rsid w:val="00736563"/>
    <w:rsid w:val="00743D98"/>
    <w:rsid w:val="007469FA"/>
    <w:rsid w:val="0074733B"/>
    <w:rsid w:val="00751F01"/>
    <w:rsid w:val="007556FE"/>
    <w:rsid w:val="007559D0"/>
    <w:rsid w:val="00757612"/>
    <w:rsid w:val="00763FD6"/>
    <w:rsid w:val="00764780"/>
    <w:rsid w:val="00767641"/>
    <w:rsid w:val="00767785"/>
    <w:rsid w:val="00770882"/>
    <w:rsid w:val="00770DE9"/>
    <w:rsid w:val="00771089"/>
    <w:rsid w:val="0077316B"/>
    <w:rsid w:val="0078158A"/>
    <w:rsid w:val="00781A2D"/>
    <w:rsid w:val="007822E7"/>
    <w:rsid w:val="00782660"/>
    <w:rsid w:val="00783620"/>
    <w:rsid w:val="00786D28"/>
    <w:rsid w:val="00787686"/>
    <w:rsid w:val="007900E0"/>
    <w:rsid w:val="00794E18"/>
    <w:rsid w:val="00796597"/>
    <w:rsid w:val="007A0948"/>
    <w:rsid w:val="007A3D1B"/>
    <w:rsid w:val="007A42A2"/>
    <w:rsid w:val="007A43C9"/>
    <w:rsid w:val="007A56E7"/>
    <w:rsid w:val="007A5EBA"/>
    <w:rsid w:val="007B0C03"/>
    <w:rsid w:val="007C048A"/>
    <w:rsid w:val="007C1088"/>
    <w:rsid w:val="007C1A76"/>
    <w:rsid w:val="007C462A"/>
    <w:rsid w:val="007C5259"/>
    <w:rsid w:val="007C6F27"/>
    <w:rsid w:val="007D1CEB"/>
    <w:rsid w:val="007D2A51"/>
    <w:rsid w:val="007D2F30"/>
    <w:rsid w:val="007D3A0D"/>
    <w:rsid w:val="007D4BFD"/>
    <w:rsid w:val="007E1E29"/>
    <w:rsid w:val="007E4EF3"/>
    <w:rsid w:val="007E5077"/>
    <w:rsid w:val="007F116D"/>
    <w:rsid w:val="007F1AC3"/>
    <w:rsid w:val="007F4079"/>
    <w:rsid w:val="007F4279"/>
    <w:rsid w:val="00801ED2"/>
    <w:rsid w:val="0081273C"/>
    <w:rsid w:val="00817D88"/>
    <w:rsid w:val="0082065B"/>
    <w:rsid w:val="00826B84"/>
    <w:rsid w:val="0083190F"/>
    <w:rsid w:val="00834549"/>
    <w:rsid w:val="0083695A"/>
    <w:rsid w:val="00840EFF"/>
    <w:rsid w:val="00841DF6"/>
    <w:rsid w:val="008422C5"/>
    <w:rsid w:val="008426D7"/>
    <w:rsid w:val="00845B75"/>
    <w:rsid w:val="00847469"/>
    <w:rsid w:val="0085529B"/>
    <w:rsid w:val="008614B0"/>
    <w:rsid w:val="00861977"/>
    <w:rsid w:val="00864011"/>
    <w:rsid w:val="0086594A"/>
    <w:rsid w:val="00867E3E"/>
    <w:rsid w:val="00877C56"/>
    <w:rsid w:val="00886515"/>
    <w:rsid w:val="00894E51"/>
    <w:rsid w:val="008963CC"/>
    <w:rsid w:val="008A33D7"/>
    <w:rsid w:val="008A40E9"/>
    <w:rsid w:val="008A47D4"/>
    <w:rsid w:val="008A52F3"/>
    <w:rsid w:val="008A6E7A"/>
    <w:rsid w:val="008B0622"/>
    <w:rsid w:val="008B0746"/>
    <w:rsid w:val="008B1DE3"/>
    <w:rsid w:val="008B4614"/>
    <w:rsid w:val="008B4DD1"/>
    <w:rsid w:val="008B595E"/>
    <w:rsid w:val="008C10F2"/>
    <w:rsid w:val="008C3643"/>
    <w:rsid w:val="008C4043"/>
    <w:rsid w:val="008D2E23"/>
    <w:rsid w:val="008D4F5D"/>
    <w:rsid w:val="008D58C3"/>
    <w:rsid w:val="008D5909"/>
    <w:rsid w:val="008D7CC0"/>
    <w:rsid w:val="008E575A"/>
    <w:rsid w:val="008E63EF"/>
    <w:rsid w:val="008F029A"/>
    <w:rsid w:val="008F1D6B"/>
    <w:rsid w:val="009003D2"/>
    <w:rsid w:val="00900DAA"/>
    <w:rsid w:val="00901C33"/>
    <w:rsid w:val="00902CBD"/>
    <w:rsid w:val="00904B8E"/>
    <w:rsid w:val="00905E8D"/>
    <w:rsid w:val="009076F4"/>
    <w:rsid w:val="0091049B"/>
    <w:rsid w:val="009149D1"/>
    <w:rsid w:val="00917C28"/>
    <w:rsid w:val="00927DF3"/>
    <w:rsid w:val="00931E83"/>
    <w:rsid w:val="009336C1"/>
    <w:rsid w:val="0093723C"/>
    <w:rsid w:val="00942256"/>
    <w:rsid w:val="0094274B"/>
    <w:rsid w:val="009430E2"/>
    <w:rsid w:val="00946EE9"/>
    <w:rsid w:val="00947552"/>
    <w:rsid w:val="0095449B"/>
    <w:rsid w:val="00954796"/>
    <w:rsid w:val="00957D2C"/>
    <w:rsid w:val="0096063D"/>
    <w:rsid w:val="009635C3"/>
    <w:rsid w:val="009645F9"/>
    <w:rsid w:val="00966D1B"/>
    <w:rsid w:val="0097139E"/>
    <w:rsid w:val="00973E53"/>
    <w:rsid w:val="00981C08"/>
    <w:rsid w:val="0098453C"/>
    <w:rsid w:val="009862BB"/>
    <w:rsid w:val="00987FBE"/>
    <w:rsid w:val="009903DB"/>
    <w:rsid w:val="00992FA8"/>
    <w:rsid w:val="00994D0B"/>
    <w:rsid w:val="009A500F"/>
    <w:rsid w:val="009B0B7A"/>
    <w:rsid w:val="009B3B1A"/>
    <w:rsid w:val="009B5E28"/>
    <w:rsid w:val="009B5FAD"/>
    <w:rsid w:val="009B7AD9"/>
    <w:rsid w:val="009C5EF0"/>
    <w:rsid w:val="009C65D9"/>
    <w:rsid w:val="009D0BE4"/>
    <w:rsid w:val="009D2275"/>
    <w:rsid w:val="009D7579"/>
    <w:rsid w:val="009F0D53"/>
    <w:rsid w:val="009F0FD5"/>
    <w:rsid w:val="009F2529"/>
    <w:rsid w:val="009F3A3E"/>
    <w:rsid w:val="009F3EAA"/>
    <w:rsid w:val="009F5E5C"/>
    <w:rsid w:val="00A01492"/>
    <w:rsid w:val="00A067E4"/>
    <w:rsid w:val="00A06DEB"/>
    <w:rsid w:val="00A123D0"/>
    <w:rsid w:val="00A17151"/>
    <w:rsid w:val="00A17F3B"/>
    <w:rsid w:val="00A20D41"/>
    <w:rsid w:val="00A26241"/>
    <w:rsid w:val="00A27B13"/>
    <w:rsid w:val="00A32742"/>
    <w:rsid w:val="00A35998"/>
    <w:rsid w:val="00A3783C"/>
    <w:rsid w:val="00A41E7E"/>
    <w:rsid w:val="00A42195"/>
    <w:rsid w:val="00A43C7D"/>
    <w:rsid w:val="00A462A0"/>
    <w:rsid w:val="00A46CF8"/>
    <w:rsid w:val="00A50895"/>
    <w:rsid w:val="00A51666"/>
    <w:rsid w:val="00A5323A"/>
    <w:rsid w:val="00A567E7"/>
    <w:rsid w:val="00A60D70"/>
    <w:rsid w:val="00A6128C"/>
    <w:rsid w:val="00A63C31"/>
    <w:rsid w:val="00A64201"/>
    <w:rsid w:val="00A65C15"/>
    <w:rsid w:val="00A666D8"/>
    <w:rsid w:val="00A73933"/>
    <w:rsid w:val="00A73B78"/>
    <w:rsid w:val="00A760EC"/>
    <w:rsid w:val="00A76B39"/>
    <w:rsid w:val="00A77064"/>
    <w:rsid w:val="00A83861"/>
    <w:rsid w:val="00A8458E"/>
    <w:rsid w:val="00A84870"/>
    <w:rsid w:val="00A85E60"/>
    <w:rsid w:val="00A869AC"/>
    <w:rsid w:val="00A912C4"/>
    <w:rsid w:val="00A9370C"/>
    <w:rsid w:val="00A95130"/>
    <w:rsid w:val="00A95A40"/>
    <w:rsid w:val="00A962F5"/>
    <w:rsid w:val="00A97826"/>
    <w:rsid w:val="00AA0152"/>
    <w:rsid w:val="00AA0B6C"/>
    <w:rsid w:val="00AA1D8D"/>
    <w:rsid w:val="00AA262A"/>
    <w:rsid w:val="00AA6043"/>
    <w:rsid w:val="00AA6F13"/>
    <w:rsid w:val="00AA7C40"/>
    <w:rsid w:val="00AB5A1E"/>
    <w:rsid w:val="00AB69A8"/>
    <w:rsid w:val="00AC35FF"/>
    <w:rsid w:val="00AC7005"/>
    <w:rsid w:val="00AD6C78"/>
    <w:rsid w:val="00AE57BD"/>
    <w:rsid w:val="00B052D6"/>
    <w:rsid w:val="00B0571B"/>
    <w:rsid w:val="00B070D0"/>
    <w:rsid w:val="00B11A42"/>
    <w:rsid w:val="00B162F9"/>
    <w:rsid w:val="00B2195B"/>
    <w:rsid w:val="00B22804"/>
    <w:rsid w:val="00B233C2"/>
    <w:rsid w:val="00B251C7"/>
    <w:rsid w:val="00B26374"/>
    <w:rsid w:val="00B3144D"/>
    <w:rsid w:val="00B319CC"/>
    <w:rsid w:val="00B34E79"/>
    <w:rsid w:val="00B40A44"/>
    <w:rsid w:val="00B47730"/>
    <w:rsid w:val="00B502F0"/>
    <w:rsid w:val="00B513DA"/>
    <w:rsid w:val="00B53CDC"/>
    <w:rsid w:val="00B549F4"/>
    <w:rsid w:val="00B56A6D"/>
    <w:rsid w:val="00B61DBF"/>
    <w:rsid w:val="00B626CE"/>
    <w:rsid w:val="00B64AFE"/>
    <w:rsid w:val="00B66F05"/>
    <w:rsid w:val="00B6FDDC"/>
    <w:rsid w:val="00B7290D"/>
    <w:rsid w:val="00B72EB2"/>
    <w:rsid w:val="00B73EE2"/>
    <w:rsid w:val="00B74768"/>
    <w:rsid w:val="00B75D54"/>
    <w:rsid w:val="00B80447"/>
    <w:rsid w:val="00B81B88"/>
    <w:rsid w:val="00B93862"/>
    <w:rsid w:val="00B93C04"/>
    <w:rsid w:val="00BA6992"/>
    <w:rsid w:val="00BA7FC2"/>
    <w:rsid w:val="00BB004D"/>
    <w:rsid w:val="00BB0438"/>
    <w:rsid w:val="00BB1CAC"/>
    <w:rsid w:val="00BB2D6D"/>
    <w:rsid w:val="00BB63D5"/>
    <w:rsid w:val="00BB6D5A"/>
    <w:rsid w:val="00BC02E2"/>
    <w:rsid w:val="00BC3959"/>
    <w:rsid w:val="00BC4239"/>
    <w:rsid w:val="00BCA7EE"/>
    <w:rsid w:val="00BD0BFA"/>
    <w:rsid w:val="00BE04DF"/>
    <w:rsid w:val="00BE2546"/>
    <w:rsid w:val="00BE2ED5"/>
    <w:rsid w:val="00BE326B"/>
    <w:rsid w:val="00BE393F"/>
    <w:rsid w:val="00BE688C"/>
    <w:rsid w:val="00C01258"/>
    <w:rsid w:val="00C02F91"/>
    <w:rsid w:val="00C07681"/>
    <w:rsid w:val="00C13129"/>
    <w:rsid w:val="00C1364D"/>
    <w:rsid w:val="00C159B3"/>
    <w:rsid w:val="00C15F9D"/>
    <w:rsid w:val="00C23830"/>
    <w:rsid w:val="00C23A10"/>
    <w:rsid w:val="00C24000"/>
    <w:rsid w:val="00C25129"/>
    <w:rsid w:val="00C303E3"/>
    <w:rsid w:val="00C315BD"/>
    <w:rsid w:val="00C343DF"/>
    <w:rsid w:val="00C349EA"/>
    <w:rsid w:val="00C42382"/>
    <w:rsid w:val="00C42732"/>
    <w:rsid w:val="00C44C87"/>
    <w:rsid w:val="00C50EDA"/>
    <w:rsid w:val="00C515A8"/>
    <w:rsid w:val="00C52BFB"/>
    <w:rsid w:val="00C53434"/>
    <w:rsid w:val="00C53B0D"/>
    <w:rsid w:val="00C55A73"/>
    <w:rsid w:val="00C60AFA"/>
    <w:rsid w:val="00C65446"/>
    <w:rsid w:val="00C70824"/>
    <w:rsid w:val="00C763F4"/>
    <w:rsid w:val="00C76CB5"/>
    <w:rsid w:val="00C77715"/>
    <w:rsid w:val="00C80328"/>
    <w:rsid w:val="00C8034B"/>
    <w:rsid w:val="00C822BB"/>
    <w:rsid w:val="00C82767"/>
    <w:rsid w:val="00C87485"/>
    <w:rsid w:val="00C87C14"/>
    <w:rsid w:val="00C94EDC"/>
    <w:rsid w:val="00C95C74"/>
    <w:rsid w:val="00C95FBF"/>
    <w:rsid w:val="00CA28C4"/>
    <w:rsid w:val="00CA29CB"/>
    <w:rsid w:val="00CA2CFA"/>
    <w:rsid w:val="00CA37CE"/>
    <w:rsid w:val="00CA3B3A"/>
    <w:rsid w:val="00CA4E02"/>
    <w:rsid w:val="00CA7F8D"/>
    <w:rsid w:val="00CB0664"/>
    <w:rsid w:val="00CB0DDC"/>
    <w:rsid w:val="00CB13B6"/>
    <w:rsid w:val="00CB515D"/>
    <w:rsid w:val="00CB6B9D"/>
    <w:rsid w:val="00CB76F6"/>
    <w:rsid w:val="00CC001F"/>
    <w:rsid w:val="00CC0C4D"/>
    <w:rsid w:val="00CC1809"/>
    <w:rsid w:val="00CC42BF"/>
    <w:rsid w:val="00CCFA83"/>
    <w:rsid w:val="00CD0E3E"/>
    <w:rsid w:val="00CD0ED4"/>
    <w:rsid w:val="00CD12AC"/>
    <w:rsid w:val="00CD2E92"/>
    <w:rsid w:val="00CD7361"/>
    <w:rsid w:val="00CD74E6"/>
    <w:rsid w:val="00CDA8D7"/>
    <w:rsid w:val="00CE23E2"/>
    <w:rsid w:val="00CE62AA"/>
    <w:rsid w:val="00CF01E0"/>
    <w:rsid w:val="00CF39C2"/>
    <w:rsid w:val="00CF39CC"/>
    <w:rsid w:val="00D02B5B"/>
    <w:rsid w:val="00D0336F"/>
    <w:rsid w:val="00D05171"/>
    <w:rsid w:val="00D11FA8"/>
    <w:rsid w:val="00D20163"/>
    <w:rsid w:val="00D23B68"/>
    <w:rsid w:val="00D2401C"/>
    <w:rsid w:val="00D256D0"/>
    <w:rsid w:val="00D26458"/>
    <w:rsid w:val="00D27F44"/>
    <w:rsid w:val="00D3483B"/>
    <w:rsid w:val="00D37B10"/>
    <w:rsid w:val="00D41A8D"/>
    <w:rsid w:val="00D466F2"/>
    <w:rsid w:val="00D519A9"/>
    <w:rsid w:val="00D55CA9"/>
    <w:rsid w:val="00D60A09"/>
    <w:rsid w:val="00D62B19"/>
    <w:rsid w:val="00D66AAE"/>
    <w:rsid w:val="00D771DA"/>
    <w:rsid w:val="00D82247"/>
    <w:rsid w:val="00D843E1"/>
    <w:rsid w:val="00D845E9"/>
    <w:rsid w:val="00D85267"/>
    <w:rsid w:val="00D855D1"/>
    <w:rsid w:val="00D87CC5"/>
    <w:rsid w:val="00D9255D"/>
    <w:rsid w:val="00D93432"/>
    <w:rsid w:val="00D934B4"/>
    <w:rsid w:val="00DA099A"/>
    <w:rsid w:val="00DA35FE"/>
    <w:rsid w:val="00DA7C91"/>
    <w:rsid w:val="00DB07DE"/>
    <w:rsid w:val="00DB1AD6"/>
    <w:rsid w:val="00DB2F4B"/>
    <w:rsid w:val="00DB56B3"/>
    <w:rsid w:val="00DD0648"/>
    <w:rsid w:val="00DD092D"/>
    <w:rsid w:val="00DD1173"/>
    <w:rsid w:val="00DD1FB6"/>
    <w:rsid w:val="00DD4219"/>
    <w:rsid w:val="00DD5407"/>
    <w:rsid w:val="00DD66CD"/>
    <w:rsid w:val="00DE1820"/>
    <w:rsid w:val="00DE1B70"/>
    <w:rsid w:val="00DE1BC3"/>
    <w:rsid w:val="00DE2DAD"/>
    <w:rsid w:val="00DE33C4"/>
    <w:rsid w:val="00DE3BD2"/>
    <w:rsid w:val="00DE4923"/>
    <w:rsid w:val="00DF05FD"/>
    <w:rsid w:val="00DF25FF"/>
    <w:rsid w:val="00DF325F"/>
    <w:rsid w:val="00DF4979"/>
    <w:rsid w:val="00DF49C1"/>
    <w:rsid w:val="00DF648D"/>
    <w:rsid w:val="00E00AEB"/>
    <w:rsid w:val="00E00CA3"/>
    <w:rsid w:val="00E04954"/>
    <w:rsid w:val="00E06CFC"/>
    <w:rsid w:val="00E1460C"/>
    <w:rsid w:val="00E2309C"/>
    <w:rsid w:val="00E2588E"/>
    <w:rsid w:val="00E26B9F"/>
    <w:rsid w:val="00E26BD1"/>
    <w:rsid w:val="00E2768E"/>
    <w:rsid w:val="00E3029D"/>
    <w:rsid w:val="00E30CDD"/>
    <w:rsid w:val="00E322C2"/>
    <w:rsid w:val="00E3729B"/>
    <w:rsid w:val="00E4147C"/>
    <w:rsid w:val="00E41A94"/>
    <w:rsid w:val="00E42B87"/>
    <w:rsid w:val="00E43521"/>
    <w:rsid w:val="00E47A6C"/>
    <w:rsid w:val="00E520F8"/>
    <w:rsid w:val="00E52C4E"/>
    <w:rsid w:val="00E54F55"/>
    <w:rsid w:val="00E55329"/>
    <w:rsid w:val="00E64198"/>
    <w:rsid w:val="00E6529D"/>
    <w:rsid w:val="00E674E5"/>
    <w:rsid w:val="00E8214A"/>
    <w:rsid w:val="00E8701D"/>
    <w:rsid w:val="00E90092"/>
    <w:rsid w:val="00E92397"/>
    <w:rsid w:val="00E932DB"/>
    <w:rsid w:val="00E95910"/>
    <w:rsid w:val="00EA0B47"/>
    <w:rsid w:val="00EA1649"/>
    <w:rsid w:val="00EA18B2"/>
    <w:rsid w:val="00EA3024"/>
    <w:rsid w:val="00EA388F"/>
    <w:rsid w:val="00EB200C"/>
    <w:rsid w:val="00EB3C93"/>
    <w:rsid w:val="00EB41EB"/>
    <w:rsid w:val="00EB7DAE"/>
    <w:rsid w:val="00EC0D9E"/>
    <w:rsid w:val="00EC2E1F"/>
    <w:rsid w:val="00EC7295"/>
    <w:rsid w:val="00ED07F3"/>
    <w:rsid w:val="00ED0C6F"/>
    <w:rsid w:val="00ED13E4"/>
    <w:rsid w:val="00ED6AC6"/>
    <w:rsid w:val="00ED78D6"/>
    <w:rsid w:val="00ED7D8A"/>
    <w:rsid w:val="00EE4053"/>
    <w:rsid w:val="00EE43E6"/>
    <w:rsid w:val="00EE4C6B"/>
    <w:rsid w:val="00EE5D2E"/>
    <w:rsid w:val="00EE6E30"/>
    <w:rsid w:val="00EF035F"/>
    <w:rsid w:val="00EF3EC4"/>
    <w:rsid w:val="00F000C3"/>
    <w:rsid w:val="00F00356"/>
    <w:rsid w:val="00F02405"/>
    <w:rsid w:val="00F051FD"/>
    <w:rsid w:val="00F06804"/>
    <w:rsid w:val="00F10567"/>
    <w:rsid w:val="00F120E9"/>
    <w:rsid w:val="00F16601"/>
    <w:rsid w:val="00F17098"/>
    <w:rsid w:val="00F246EC"/>
    <w:rsid w:val="00F24919"/>
    <w:rsid w:val="00F24A66"/>
    <w:rsid w:val="00F257A0"/>
    <w:rsid w:val="00F37535"/>
    <w:rsid w:val="00F40233"/>
    <w:rsid w:val="00F42E16"/>
    <w:rsid w:val="00F44B1C"/>
    <w:rsid w:val="00F45A34"/>
    <w:rsid w:val="00F4731C"/>
    <w:rsid w:val="00F503CA"/>
    <w:rsid w:val="00F52CAA"/>
    <w:rsid w:val="00F62551"/>
    <w:rsid w:val="00F64ED3"/>
    <w:rsid w:val="00F66631"/>
    <w:rsid w:val="00F76872"/>
    <w:rsid w:val="00F76F67"/>
    <w:rsid w:val="00F84A7B"/>
    <w:rsid w:val="00F84F83"/>
    <w:rsid w:val="00F8693C"/>
    <w:rsid w:val="00F87E75"/>
    <w:rsid w:val="00F90969"/>
    <w:rsid w:val="00F90A93"/>
    <w:rsid w:val="00FA1955"/>
    <w:rsid w:val="00FA203B"/>
    <w:rsid w:val="00FA44FC"/>
    <w:rsid w:val="00FB07CF"/>
    <w:rsid w:val="00FB320F"/>
    <w:rsid w:val="00FB41D0"/>
    <w:rsid w:val="00FB4C1F"/>
    <w:rsid w:val="00FB69CD"/>
    <w:rsid w:val="00FB735D"/>
    <w:rsid w:val="00FB7A4A"/>
    <w:rsid w:val="00FC37A3"/>
    <w:rsid w:val="00FC693F"/>
    <w:rsid w:val="00FD07EB"/>
    <w:rsid w:val="00FD2D42"/>
    <w:rsid w:val="00FD7502"/>
    <w:rsid w:val="00FE0DBD"/>
    <w:rsid w:val="00FE5B22"/>
    <w:rsid w:val="00FF642A"/>
    <w:rsid w:val="00FF7466"/>
    <w:rsid w:val="01090F6C"/>
    <w:rsid w:val="012D56FB"/>
    <w:rsid w:val="01408959"/>
    <w:rsid w:val="01596257"/>
    <w:rsid w:val="0191FD50"/>
    <w:rsid w:val="01C5667D"/>
    <w:rsid w:val="01D8DBE8"/>
    <w:rsid w:val="01F5246D"/>
    <w:rsid w:val="01F70E43"/>
    <w:rsid w:val="02270BE5"/>
    <w:rsid w:val="022CE22A"/>
    <w:rsid w:val="0239C39C"/>
    <w:rsid w:val="023A9058"/>
    <w:rsid w:val="0273B6A9"/>
    <w:rsid w:val="0288CE92"/>
    <w:rsid w:val="029012EA"/>
    <w:rsid w:val="02AA8D00"/>
    <w:rsid w:val="02B23553"/>
    <w:rsid w:val="02BE0F49"/>
    <w:rsid w:val="02C582DE"/>
    <w:rsid w:val="02E33FEF"/>
    <w:rsid w:val="02FC95C8"/>
    <w:rsid w:val="0302A8AB"/>
    <w:rsid w:val="030831BF"/>
    <w:rsid w:val="034BC60F"/>
    <w:rsid w:val="03558375"/>
    <w:rsid w:val="0359D64B"/>
    <w:rsid w:val="036DCAFC"/>
    <w:rsid w:val="03716E38"/>
    <w:rsid w:val="039AD079"/>
    <w:rsid w:val="039F8B06"/>
    <w:rsid w:val="03E825CD"/>
    <w:rsid w:val="041E5A62"/>
    <w:rsid w:val="0430BABF"/>
    <w:rsid w:val="04349BA4"/>
    <w:rsid w:val="045A2D54"/>
    <w:rsid w:val="0462DAAD"/>
    <w:rsid w:val="046D2479"/>
    <w:rsid w:val="0473079B"/>
    <w:rsid w:val="04734E43"/>
    <w:rsid w:val="047C45C4"/>
    <w:rsid w:val="047C9E36"/>
    <w:rsid w:val="048CD742"/>
    <w:rsid w:val="04A478BF"/>
    <w:rsid w:val="04A8871B"/>
    <w:rsid w:val="04BFD49E"/>
    <w:rsid w:val="04CAD92A"/>
    <w:rsid w:val="04D8D33A"/>
    <w:rsid w:val="04D91FCF"/>
    <w:rsid w:val="04DC3873"/>
    <w:rsid w:val="04E8E2F7"/>
    <w:rsid w:val="0500F09D"/>
    <w:rsid w:val="051630C9"/>
    <w:rsid w:val="0542DAFC"/>
    <w:rsid w:val="05504D53"/>
    <w:rsid w:val="055F03C5"/>
    <w:rsid w:val="056E2541"/>
    <w:rsid w:val="0575021F"/>
    <w:rsid w:val="057E0E17"/>
    <w:rsid w:val="05961253"/>
    <w:rsid w:val="05C3D4CF"/>
    <w:rsid w:val="05FCB268"/>
    <w:rsid w:val="06326BC3"/>
    <w:rsid w:val="06344CF2"/>
    <w:rsid w:val="06363E38"/>
    <w:rsid w:val="0645B87D"/>
    <w:rsid w:val="064D2170"/>
    <w:rsid w:val="065F695B"/>
    <w:rsid w:val="0676A84B"/>
    <w:rsid w:val="067AF78A"/>
    <w:rsid w:val="069F9546"/>
    <w:rsid w:val="06BFA5F8"/>
    <w:rsid w:val="06E575E7"/>
    <w:rsid w:val="06ED0A41"/>
    <w:rsid w:val="06F3F831"/>
    <w:rsid w:val="07089234"/>
    <w:rsid w:val="070ED2E6"/>
    <w:rsid w:val="07240F28"/>
    <w:rsid w:val="072762F7"/>
    <w:rsid w:val="073FF41B"/>
    <w:rsid w:val="074297E7"/>
    <w:rsid w:val="074CC669"/>
    <w:rsid w:val="0754B794"/>
    <w:rsid w:val="077BF8CF"/>
    <w:rsid w:val="07AFBC5E"/>
    <w:rsid w:val="07DEDA0B"/>
    <w:rsid w:val="07F0A2ED"/>
    <w:rsid w:val="07F73967"/>
    <w:rsid w:val="081DCA8A"/>
    <w:rsid w:val="08433A34"/>
    <w:rsid w:val="0853D376"/>
    <w:rsid w:val="08627CED"/>
    <w:rsid w:val="08759FF3"/>
    <w:rsid w:val="0883565A"/>
    <w:rsid w:val="088483CE"/>
    <w:rsid w:val="08A0B078"/>
    <w:rsid w:val="08CB5920"/>
    <w:rsid w:val="08F17A92"/>
    <w:rsid w:val="0911AD90"/>
    <w:rsid w:val="0918339E"/>
    <w:rsid w:val="09213284"/>
    <w:rsid w:val="0927CE8C"/>
    <w:rsid w:val="0956CAAF"/>
    <w:rsid w:val="09A81730"/>
    <w:rsid w:val="09BD48C2"/>
    <w:rsid w:val="09C57DC4"/>
    <w:rsid w:val="09D547D0"/>
    <w:rsid w:val="09ED50A2"/>
    <w:rsid w:val="0A0C416B"/>
    <w:rsid w:val="0A28C530"/>
    <w:rsid w:val="0A2BB20D"/>
    <w:rsid w:val="0A387603"/>
    <w:rsid w:val="0A3E4A44"/>
    <w:rsid w:val="0A53916A"/>
    <w:rsid w:val="0A54677F"/>
    <w:rsid w:val="0A5BF372"/>
    <w:rsid w:val="0A683137"/>
    <w:rsid w:val="0A6E8122"/>
    <w:rsid w:val="0A78F175"/>
    <w:rsid w:val="0A958C67"/>
    <w:rsid w:val="0AA2BBA3"/>
    <w:rsid w:val="0AB11F8C"/>
    <w:rsid w:val="0ABDEF3F"/>
    <w:rsid w:val="0AC68DB5"/>
    <w:rsid w:val="0ADB7863"/>
    <w:rsid w:val="0AF93CBE"/>
    <w:rsid w:val="0B09DDA8"/>
    <w:rsid w:val="0B154C37"/>
    <w:rsid w:val="0B17FA1F"/>
    <w:rsid w:val="0B1C2BD9"/>
    <w:rsid w:val="0B41EA7C"/>
    <w:rsid w:val="0B52D553"/>
    <w:rsid w:val="0B8D4DAC"/>
    <w:rsid w:val="0B92504C"/>
    <w:rsid w:val="0BA47477"/>
    <w:rsid w:val="0BB77C94"/>
    <w:rsid w:val="0BBF2CC1"/>
    <w:rsid w:val="0BBF82B1"/>
    <w:rsid w:val="0BC64DD8"/>
    <w:rsid w:val="0BFE5517"/>
    <w:rsid w:val="0BFF7DE5"/>
    <w:rsid w:val="0C4CF91B"/>
    <w:rsid w:val="0C4F3C19"/>
    <w:rsid w:val="0C77F13A"/>
    <w:rsid w:val="0C7D270E"/>
    <w:rsid w:val="0C7D47F4"/>
    <w:rsid w:val="0C8B5215"/>
    <w:rsid w:val="0C8BF783"/>
    <w:rsid w:val="0C8C887D"/>
    <w:rsid w:val="0C961825"/>
    <w:rsid w:val="0CA55642"/>
    <w:rsid w:val="0CB06E3F"/>
    <w:rsid w:val="0CD1281F"/>
    <w:rsid w:val="0D1300B9"/>
    <w:rsid w:val="0D2690DA"/>
    <w:rsid w:val="0D2CCA63"/>
    <w:rsid w:val="0D3275BF"/>
    <w:rsid w:val="0D704AAC"/>
    <w:rsid w:val="0DA93F05"/>
    <w:rsid w:val="0DACC88C"/>
    <w:rsid w:val="0DC43EF5"/>
    <w:rsid w:val="0DCC0589"/>
    <w:rsid w:val="0DD0BD56"/>
    <w:rsid w:val="0DFA57B1"/>
    <w:rsid w:val="0E01FCD1"/>
    <w:rsid w:val="0E35D319"/>
    <w:rsid w:val="0E485AA5"/>
    <w:rsid w:val="0E6D6A07"/>
    <w:rsid w:val="0E74845A"/>
    <w:rsid w:val="0E7E1E40"/>
    <w:rsid w:val="0E93B691"/>
    <w:rsid w:val="0E96B478"/>
    <w:rsid w:val="0EB23215"/>
    <w:rsid w:val="0ECD274A"/>
    <w:rsid w:val="0F2C7178"/>
    <w:rsid w:val="0F599235"/>
    <w:rsid w:val="0F6755DD"/>
    <w:rsid w:val="0F75AE74"/>
    <w:rsid w:val="0F7704DC"/>
    <w:rsid w:val="0FA098FE"/>
    <w:rsid w:val="0FAEA578"/>
    <w:rsid w:val="0FB5F4B1"/>
    <w:rsid w:val="0FC7F16C"/>
    <w:rsid w:val="0FD0D287"/>
    <w:rsid w:val="0FD6C62D"/>
    <w:rsid w:val="0FDC5C1D"/>
    <w:rsid w:val="0FDC9FE6"/>
    <w:rsid w:val="0FDDF006"/>
    <w:rsid w:val="0FE54646"/>
    <w:rsid w:val="0FE84E8D"/>
    <w:rsid w:val="1000D452"/>
    <w:rsid w:val="1037C9C9"/>
    <w:rsid w:val="104C7441"/>
    <w:rsid w:val="1056C9D8"/>
    <w:rsid w:val="1083564E"/>
    <w:rsid w:val="10A690F6"/>
    <w:rsid w:val="10B146C7"/>
    <w:rsid w:val="10BBC654"/>
    <w:rsid w:val="10E05354"/>
    <w:rsid w:val="10FA17EC"/>
    <w:rsid w:val="110C9322"/>
    <w:rsid w:val="11369D47"/>
    <w:rsid w:val="116EEC98"/>
    <w:rsid w:val="11BDA2BD"/>
    <w:rsid w:val="11DA3220"/>
    <w:rsid w:val="11E86580"/>
    <w:rsid w:val="11FF861F"/>
    <w:rsid w:val="120EC014"/>
    <w:rsid w:val="1210001B"/>
    <w:rsid w:val="121CA888"/>
    <w:rsid w:val="12507EEA"/>
    <w:rsid w:val="1273DE5E"/>
    <w:rsid w:val="1282A65D"/>
    <w:rsid w:val="12965359"/>
    <w:rsid w:val="12A1FD4E"/>
    <w:rsid w:val="12A30F0C"/>
    <w:rsid w:val="12ACD1DB"/>
    <w:rsid w:val="12AE9D1D"/>
    <w:rsid w:val="12BAC7C8"/>
    <w:rsid w:val="12BE12C5"/>
    <w:rsid w:val="12CB984F"/>
    <w:rsid w:val="12F6A4BF"/>
    <w:rsid w:val="1307939F"/>
    <w:rsid w:val="130F8C73"/>
    <w:rsid w:val="130F8EE2"/>
    <w:rsid w:val="132D81F0"/>
    <w:rsid w:val="133BE520"/>
    <w:rsid w:val="1341CA49"/>
    <w:rsid w:val="134B46F0"/>
    <w:rsid w:val="135C0A58"/>
    <w:rsid w:val="13772139"/>
    <w:rsid w:val="138CFC9B"/>
    <w:rsid w:val="13BF892B"/>
    <w:rsid w:val="13F1FE2B"/>
    <w:rsid w:val="13F728E1"/>
    <w:rsid w:val="13FE6B3E"/>
    <w:rsid w:val="140E8025"/>
    <w:rsid w:val="1426DACC"/>
    <w:rsid w:val="1449264D"/>
    <w:rsid w:val="1463FEA1"/>
    <w:rsid w:val="147BB10A"/>
    <w:rsid w:val="14B28749"/>
    <w:rsid w:val="14E3C0F6"/>
    <w:rsid w:val="14F69EF3"/>
    <w:rsid w:val="15187B36"/>
    <w:rsid w:val="153B75D8"/>
    <w:rsid w:val="155E80CD"/>
    <w:rsid w:val="1564FB05"/>
    <w:rsid w:val="1566A478"/>
    <w:rsid w:val="157EAE4A"/>
    <w:rsid w:val="15B2B9BC"/>
    <w:rsid w:val="15C80B56"/>
    <w:rsid w:val="15CF2EFF"/>
    <w:rsid w:val="15D40C94"/>
    <w:rsid w:val="15D8211F"/>
    <w:rsid w:val="15DED95E"/>
    <w:rsid w:val="15EA675A"/>
    <w:rsid w:val="1602AA39"/>
    <w:rsid w:val="1607C682"/>
    <w:rsid w:val="16099D91"/>
    <w:rsid w:val="1611633D"/>
    <w:rsid w:val="161608D9"/>
    <w:rsid w:val="16173E85"/>
    <w:rsid w:val="165E7C60"/>
    <w:rsid w:val="166C3B73"/>
    <w:rsid w:val="166CC6C0"/>
    <w:rsid w:val="166E0C58"/>
    <w:rsid w:val="1671F968"/>
    <w:rsid w:val="16851DFA"/>
    <w:rsid w:val="16881F3A"/>
    <w:rsid w:val="16A8B690"/>
    <w:rsid w:val="16AA5172"/>
    <w:rsid w:val="16D23F51"/>
    <w:rsid w:val="16D34E60"/>
    <w:rsid w:val="16DBA0B0"/>
    <w:rsid w:val="1714FDE3"/>
    <w:rsid w:val="1722946E"/>
    <w:rsid w:val="172E4E4D"/>
    <w:rsid w:val="173127DD"/>
    <w:rsid w:val="173F3007"/>
    <w:rsid w:val="174C7C0C"/>
    <w:rsid w:val="17698774"/>
    <w:rsid w:val="17861178"/>
    <w:rsid w:val="179D62C1"/>
    <w:rsid w:val="17AE4A80"/>
    <w:rsid w:val="17CD8DE8"/>
    <w:rsid w:val="17E6E9CA"/>
    <w:rsid w:val="17FB37DA"/>
    <w:rsid w:val="1810BABA"/>
    <w:rsid w:val="182CC968"/>
    <w:rsid w:val="183A8354"/>
    <w:rsid w:val="183B480B"/>
    <w:rsid w:val="18436EAF"/>
    <w:rsid w:val="18485291"/>
    <w:rsid w:val="184F013E"/>
    <w:rsid w:val="1866210E"/>
    <w:rsid w:val="1868D4E8"/>
    <w:rsid w:val="18DD0D52"/>
    <w:rsid w:val="1900DC6C"/>
    <w:rsid w:val="191ADF72"/>
    <w:rsid w:val="19382D49"/>
    <w:rsid w:val="19394356"/>
    <w:rsid w:val="194D9DF8"/>
    <w:rsid w:val="1951627B"/>
    <w:rsid w:val="195859D1"/>
    <w:rsid w:val="19676BD5"/>
    <w:rsid w:val="196EEE70"/>
    <w:rsid w:val="198EFADF"/>
    <w:rsid w:val="19AE24DF"/>
    <w:rsid w:val="19B831E3"/>
    <w:rsid w:val="19CD9A5F"/>
    <w:rsid w:val="19D60DD4"/>
    <w:rsid w:val="19DB8D94"/>
    <w:rsid w:val="1A061AFF"/>
    <w:rsid w:val="1A62D296"/>
    <w:rsid w:val="1A9C1F80"/>
    <w:rsid w:val="1AA5F76F"/>
    <w:rsid w:val="1AABD305"/>
    <w:rsid w:val="1ABF9E43"/>
    <w:rsid w:val="1AC6423A"/>
    <w:rsid w:val="1AD6A411"/>
    <w:rsid w:val="1AD9A366"/>
    <w:rsid w:val="1B1022AC"/>
    <w:rsid w:val="1B31094A"/>
    <w:rsid w:val="1B4481F7"/>
    <w:rsid w:val="1B7FD715"/>
    <w:rsid w:val="1B889EA8"/>
    <w:rsid w:val="1B88EBF5"/>
    <w:rsid w:val="1B8BB0A7"/>
    <w:rsid w:val="1BA17AC6"/>
    <w:rsid w:val="1BC999A3"/>
    <w:rsid w:val="1C3B1226"/>
    <w:rsid w:val="1C3FDEC2"/>
    <w:rsid w:val="1C4F54DE"/>
    <w:rsid w:val="1C65903D"/>
    <w:rsid w:val="1C675FDE"/>
    <w:rsid w:val="1C680B97"/>
    <w:rsid w:val="1C6A8038"/>
    <w:rsid w:val="1C99308F"/>
    <w:rsid w:val="1CA5D7F4"/>
    <w:rsid w:val="1CD7F7CB"/>
    <w:rsid w:val="1CDC8813"/>
    <w:rsid w:val="1CE077F9"/>
    <w:rsid w:val="1CEDF1CD"/>
    <w:rsid w:val="1D1537B7"/>
    <w:rsid w:val="1D1DDE39"/>
    <w:rsid w:val="1D496FA5"/>
    <w:rsid w:val="1D88EC6C"/>
    <w:rsid w:val="1D97CFB7"/>
    <w:rsid w:val="1DA0EE3E"/>
    <w:rsid w:val="1DAAB9BD"/>
    <w:rsid w:val="1DC249C1"/>
    <w:rsid w:val="1DCCA206"/>
    <w:rsid w:val="1DD052C0"/>
    <w:rsid w:val="1DE8ECD3"/>
    <w:rsid w:val="1E0AE6E6"/>
    <w:rsid w:val="1E0DD92D"/>
    <w:rsid w:val="1E0E9A40"/>
    <w:rsid w:val="1E21A281"/>
    <w:rsid w:val="1E2E10AA"/>
    <w:rsid w:val="1E5020CD"/>
    <w:rsid w:val="1E6567F2"/>
    <w:rsid w:val="1E6D8C0D"/>
    <w:rsid w:val="1E852E37"/>
    <w:rsid w:val="1E8F5426"/>
    <w:rsid w:val="1EB6A6D5"/>
    <w:rsid w:val="1EBBC442"/>
    <w:rsid w:val="1EDC20C1"/>
    <w:rsid w:val="1EDD1D10"/>
    <w:rsid w:val="1EE25A8D"/>
    <w:rsid w:val="1F22888A"/>
    <w:rsid w:val="1F2DBF97"/>
    <w:rsid w:val="1F70B331"/>
    <w:rsid w:val="1F77DA04"/>
    <w:rsid w:val="1F795C43"/>
    <w:rsid w:val="1F8C954D"/>
    <w:rsid w:val="1FB5DD9F"/>
    <w:rsid w:val="1FB91A06"/>
    <w:rsid w:val="1FBD08AC"/>
    <w:rsid w:val="1FD44848"/>
    <w:rsid w:val="20027D37"/>
    <w:rsid w:val="200B6B90"/>
    <w:rsid w:val="20425C15"/>
    <w:rsid w:val="207CD485"/>
    <w:rsid w:val="208302CE"/>
    <w:rsid w:val="208425F4"/>
    <w:rsid w:val="20A7F62E"/>
    <w:rsid w:val="20C2B10E"/>
    <w:rsid w:val="211F87F0"/>
    <w:rsid w:val="213026B0"/>
    <w:rsid w:val="2142B5E8"/>
    <w:rsid w:val="214EB702"/>
    <w:rsid w:val="2167AEAD"/>
    <w:rsid w:val="216914C6"/>
    <w:rsid w:val="218EAA58"/>
    <w:rsid w:val="21B35D30"/>
    <w:rsid w:val="21BE73F2"/>
    <w:rsid w:val="21D84F1B"/>
    <w:rsid w:val="21F4FF4C"/>
    <w:rsid w:val="2209858E"/>
    <w:rsid w:val="22213766"/>
    <w:rsid w:val="222ABFFF"/>
    <w:rsid w:val="223C8BFA"/>
    <w:rsid w:val="2259E358"/>
    <w:rsid w:val="226F2351"/>
    <w:rsid w:val="2273BA6B"/>
    <w:rsid w:val="227815AD"/>
    <w:rsid w:val="227FFADB"/>
    <w:rsid w:val="22861EA8"/>
    <w:rsid w:val="229FA25D"/>
    <w:rsid w:val="22AB989B"/>
    <w:rsid w:val="22BA5361"/>
    <w:rsid w:val="22BDA054"/>
    <w:rsid w:val="22E597CE"/>
    <w:rsid w:val="22E8E7AE"/>
    <w:rsid w:val="22F481C4"/>
    <w:rsid w:val="22FA7200"/>
    <w:rsid w:val="2307E259"/>
    <w:rsid w:val="23099842"/>
    <w:rsid w:val="230FCF4D"/>
    <w:rsid w:val="232B5441"/>
    <w:rsid w:val="239CC7BF"/>
    <w:rsid w:val="23ADE722"/>
    <w:rsid w:val="23CAE516"/>
    <w:rsid w:val="23D5FAAF"/>
    <w:rsid w:val="23E573DF"/>
    <w:rsid w:val="2403DBEC"/>
    <w:rsid w:val="2413D9CB"/>
    <w:rsid w:val="241F23AE"/>
    <w:rsid w:val="242440B2"/>
    <w:rsid w:val="2425D242"/>
    <w:rsid w:val="244FA3E0"/>
    <w:rsid w:val="24508095"/>
    <w:rsid w:val="24596D9F"/>
    <w:rsid w:val="2464AC27"/>
    <w:rsid w:val="24672AA4"/>
    <w:rsid w:val="24856729"/>
    <w:rsid w:val="248788E8"/>
    <w:rsid w:val="248A9BB2"/>
    <w:rsid w:val="249B343C"/>
    <w:rsid w:val="24B1A06B"/>
    <w:rsid w:val="24BF670D"/>
    <w:rsid w:val="24C6B17E"/>
    <w:rsid w:val="24DBE286"/>
    <w:rsid w:val="250A0979"/>
    <w:rsid w:val="25686CB4"/>
    <w:rsid w:val="25957B6D"/>
    <w:rsid w:val="2595C52E"/>
    <w:rsid w:val="259D3E31"/>
    <w:rsid w:val="25A1EFAF"/>
    <w:rsid w:val="25AD2D62"/>
    <w:rsid w:val="25B400E0"/>
    <w:rsid w:val="25E4A790"/>
    <w:rsid w:val="25EA8C9F"/>
    <w:rsid w:val="25F121A9"/>
    <w:rsid w:val="25F8BB3D"/>
    <w:rsid w:val="25FB7D3F"/>
    <w:rsid w:val="26147C43"/>
    <w:rsid w:val="262F108C"/>
    <w:rsid w:val="26362EDC"/>
    <w:rsid w:val="264B9828"/>
    <w:rsid w:val="26568B04"/>
    <w:rsid w:val="265D11B5"/>
    <w:rsid w:val="265E3B3B"/>
    <w:rsid w:val="266632DD"/>
    <w:rsid w:val="26C28366"/>
    <w:rsid w:val="26EEA57F"/>
    <w:rsid w:val="26F9695A"/>
    <w:rsid w:val="271C7158"/>
    <w:rsid w:val="274C8B89"/>
    <w:rsid w:val="2757D0AF"/>
    <w:rsid w:val="275F72B0"/>
    <w:rsid w:val="2766655E"/>
    <w:rsid w:val="276C3C78"/>
    <w:rsid w:val="277605CD"/>
    <w:rsid w:val="27788D09"/>
    <w:rsid w:val="27956CC1"/>
    <w:rsid w:val="27B53A55"/>
    <w:rsid w:val="27B70FD5"/>
    <w:rsid w:val="27DD6389"/>
    <w:rsid w:val="281A776D"/>
    <w:rsid w:val="281FD155"/>
    <w:rsid w:val="28359F3D"/>
    <w:rsid w:val="284DAE9B"/>
    <w:rsid w:val="285A308D"/>
    <w:rsid w:val="286EE5C1"/>
    <w:rsid w:val="28903B47"/>
    <w:rsid w:val="28954287"/>
    <w:rsid w:val="28A58443"/>
    <w:rsid w:val="28B787D7"/>
    <w:rsid w:val="28C7ED07"/>
    <w:rsid w:val="28CBC07B"/>
    <w:rsid w:val="28D4D4D7"/>
    <w:rsid w:val="28D51D46"/>
    <w:rsid w:val="28D9CEC0"/>
    <w:rsid w:val="28FC566C"/>
    <w:rsid w:val="290DF7A0"/>
    <w:rsid w:val="290E46FA"/>
    <w:rsid w:val="29180231"/>
    <w:rsid w:val="29475858"/>
    <w:rsid w:val="295205FC"/>
    <w:rsid w:val="295662E4"/>
    <w:rsid w:val="295B3A4E"/>
    <w:rsid w:val="295D2F0C"/>
    <w:rsid w:val="296D0692"/>
    <w:rsid w:val="2983B373"/>
    <w:rsid w:val="2987256D"/>
    <w:rsid w:val="298F0CEA"/>
    <w:rsid w:val="29B23CB8"/>
    <w:rsid w:val="29DF1AEA"/>
    <w:rsid w:val="29F7733E"/>
    <w:rsid w:val="29FBB985"/>
    <w:rsid w:val="2A0EBA06"/>
    <w:rsid w:val="2A12CF71"/>
    <w:rsid w:val="2A61A5AE"/>
    <w:rsid w:val="2A7DDB59"/>
    <w:rsid w:val="2A981F34"/>
    <w:rsid w:val="2AE1AFC9"/>
    <w:rsid w:val="2AE4E648"/>
    <w:rsid w:val="2B0B5B22"/>
    <w:rsid w:val="2B2DA328"/>
    <w:rsid w:val="2B32A048"/>
    <w:rsid w:val="2B426B01"/>
    <w:rsid w:val="2B55F0C4"/>
    <w:rsid w:val="2B6FD20B"/>
    <w:rsid w:val="2B800B55"/>
    <w:rsid w:val="2B81FEE2"/>
    <w:rsid w:val="2B8D9533"/>
    <w:rsid w:val="2B92EFD2"/>
    <w:rsid w:val="2B9542F8"/>
    <w:rsid w:val="2B9F8CF9"/>
    <w:rsid w:val="2BC2C3D6"/>
    <w:rsid w:val="2BCCB378"/>
    <w:rsid w:val="2BD541E9"/>
    <w:rsid w:val="2BE52FDB"/>
    <w:rsid w:val="2BFF7824"/>
    <w:rsid w:val="2C0C8439"/>
    <w:rsid w:val="2C3F6670"/>
    <w:rsid w:val="2C41746A"/>
    <w:rsid w:val="2C440579"/>
    <w:rsid w:val="2C459187"/>
    <w:rsid w:val="2C54075C"/>
    <w:rsid w:val="2C82D52B"/>
    <w:rsid w:val="2C95C717"/>
    <w:rsid w:val="2C994AA5"/>
    <w:rsid w:val="2CA5616D"/>
    <w:rsid w:val="2CB8FAC5"/>
    <w:rsid w:val="2CD15440"/>
    <w:rsid w:val="2CEF7ADC"/>
    <w:rsid w:val="2CF29FAA"/>
    <w:rsid w:val="2CFDA1BD"/>
    <w:rsid w:val="2D11865D"/>
    <w:rsid w:val="2D1EC1D3"/>
    <w:rsid w:val="2D573440"/>
    <w:rsid w:val="2D574A84"/>
    <w:rsid w:val="2D6CCAC1"/>
    <w:rsid w:val="2D703955"/>
    <w:rsid w:val="2D810B0C"/>
    <w:rsid w:val="2D855393"/>
    <w:rsid w:val="2DA80648"/>
    <w:rsid w:val="2DC2680D"/>
    <w:rsid w:val="2DC361B8"/>
    <w:rsid w:val="2DF9798E"/>
    <w:rsid w:val="2E0DEFC0"/>
    <w:rsid w:val="2E21D8A7"/>
    <w:rsid w:val="2E255988"/>
    <w:rsid w:val="2E4B1A6E"/>
    <w:rsid w:val="2E65633B"/>
    <w:rsid w:val="2E7C3A09"/>
    <w:rsid w:val="2ECB34C8"/>
    <w:rsid w:val="2ED306CB"/>
    <w:rsid w:val="2F07FD5B"/>
    <w:rsid w:val="2F0AB9C6"/>
    <w:rsid w:val="2F296617"/>
    <w:rsid w:val="2F392076"/>
    <w:rsid w:val="2F3C1103"/>
    <w:rsid w:val="2F54D269"/>
    <w:rsid w:val="2F5762A2"/>
    <w:rsid w:val="2F6B0600"/>
    <w:rsid w:val="2F8AFDBD"/>
    <w:rsid w:val="2F917AB9"/>
    <w:rsid w:val="2F946BEC"/>
    <w:rsid w:val="2FABCB1B"/>
    <w:rsid w:val="2FC8DD12"/>
    <w:rsid w:val="2FC9FF74"/>
    <w:rsid w:val="2FCB528D"/>
    <w:rsid w:val="2FDDBC4E"/>
    <w:rsid w:val="301B74EB"/>
    <w:rsid w:val="308BB3E0"/>
    <w:rsid w:val="30ADB97F"/>
    <w:rsid w:val="30C6E696"/>
    <w:rsid w:val="30CBA6E8"/>
    <w:rsid w:val="30D81E43"/>
    <w:rsid w:val="30DBB8AA"/>
    <w:rsid w:val="30E3F062"/>
    <w:rsid w:val="310B26DB"/>
    <w:rsid w:val="31157E8A"/>
    <w:rsid w:val="3124DFC6"/>
    <w:rsid w:val="31367729"/>
    <w:rsid w:val="313D976A"/>
    <w:rsid w:val="314B9B1A"/>
    <w:rsid w:val="3186040C"/>
    <w:rsid w:val="318B6FD7"/>
    <w:rsid w:val="31B76213"/>
    <w:rsid w:val="31E3BDCB"/>
    <w:rsid w:val="31EDBE43"/>
    <w:rsid w:val="31F679F1"/>
    <w:rsid w:val="320B61D4"/>
    <w:rsid w:val="323DBB56"/>
    <w:rsid w:val="324D04D2"/>
    <w:rsid w:val="32520365"/>
    <w:rsid w:val="32571A23"/>
    <w:rsid w:val="32744754"/>
    <w:rsid w:val="3283633A"/>
    <w:rsid w:val="32C5469B"/>
    <w:rsid w:val="32E0DEB9"/>
    <w:rsid w:val="32FC8696"/>
    <w:rsid w:val="33006BDC"/>
    <w:rsid w:val="3312B8DA"/>
    <w:rsid w:val="3327B20F"/>
    <w:rsid w:val="333AB7BD"/>
    <w:rsid w:val="333F7573"/>
    <w:rsid w:val="3340342E"/>
    <w:rsid w:val="33407FA0"/>
    <w:rsid w:val="33478A11"/>
    <w:rsid w:val="334AE3E8"/>
    <w:rsid w:val="3372850F"/>
    <w:rsid w:val="33741D67"/>
    <w:rsid w:val="339C66F9"/>
    <w:rsid w:val="339D860E"/>
    <w:rsid w:val="33A78479"/>
    <w:rsid w:val="33BD5C8B"/>
    <w:rsid w:val="33C0F870"/>
    <w:rsid w:val="33C400AD"/>
    <w:rsid w:val="33C8D622"/>
    <w:rsid w:val="33CD8A11"/>
    <w:rsid w:val="33DF6147"/>
    <w:rsid w:val="33EB6C6C"/>
    <w:rsid w:val="33FF720D"/>
    <w:rsid w:val="33FFD0ED"/>
    <w:rsid w:val="34209642"/>
    <w:rsid w:val="3422706D"/>
    <w:rsid w:val="3437C83B"/>
    <w:rsid w:val="34518CF0"/>
    <w:rsid w:val="34532F31"/>
    <w:rsid w:val="34590FBA"/>
    <w:rsid w:val="345EDF78"/>
    <w:rsid w:val="34851D71"/>
    <w:rsid w:val="3486A24A"/>
    <w:rsid w:val="349AF6B2"/>
    <w:rsid w:val="349CD2CE"/>
    <w:rsid w:val="349D5610"/>
    <w:rsid w:val="34B5147B"/>
    <w:rsid w:val="34C8A2A7"/>
    <w:rsid w:val="34D6E1B2"/>
    <w:rsid w:val="34E4734E"/>
    <w:rsid w:val="34E48BB9"/>
    <w:rsid w:val="351FB6D3"/>
    <w:rsid w:val="3536B308"/>
    <w:rsid w:val="357D7538"/>
    <w:rsid w:val="357F17B5"/>
    <w:rsid w:val="35971D81"/>
    <w:rsid w:val="35C1712C"/>
    <w:rsid w:val="35C1B16F"/>
    <w:rsid w:val="35C23233"/>
    <w:rsid w:val="35D8BA29"/>
    <w:rsid w:val="35DF210C"/>
    <w:rsid w:val="35ED4F42"/>
    <w:rsid w:val="35F2D8AE"/>
    <w:rsid w:val="362183CE"/>
    <w:rsid w:val="36409A8B"/>
    <w:rsid w:val="3640EAE3"/>
    <w:rsid w:val="364566B8"/>
    <w:rsid w:val="365F183F"/>
    <w:rsid w:val="36718B31"/>
    <w:rsid w:val="367F58D1"/>
    <w:rsid w:val="36959979"/>
    <w:rsid w:val="36E74F46"/>
    <w:rsid w:val="36EEBF1D"/>
    <w:rsid w:val="36F0CACA"/>
    <w:rsid w:val="370D458D"/>
    <w:rsid w:val="371590B1"/>
    <w:rsid w:val="37180399"/>
    <w:rsid w:val="377D43D4"/>
    <w:rsid w:val="38090F9D"/>
    <w:rsid w:val="380A25CE"/>
    <w:rsid w:val="3815FB1F"/>
    <w:rsid w:val="382AA7AB"/>
    <w:rsid w:val="3836CC6C"/>
    <w:rsid w:val="383D3364"/>
    <w:rsid w:val="384EFD05"/>
    <w:rsid w:val="386031FF"/>
    <w:rsid w:val="38668207"/>
    <w:rsid w:val="3871874F"/>
    <w:rsid w:val="38A3A11B"/>
    <w:rsid w:val="38B87D8F"/>
    <w:rsid w:val="38CEC6AA"/>
    <w:rsid w:val="38FDDFCC"/>
    <w:rsid w:val="3903A552"/>
    <w:rsid w:val="3905DD92"/>
    <w:rsid w:val="3910B8CC"/>
    <w:rsid w:val="39188591"/>
    <w:rsid w:val="393F187C"/>
    <w:rsid w:val="394C2C61"/>
    <w:rsid w:val="395CD59F"/>
    <w:rsid w:val="39724BC5"/>
    <w:rsid w:val="397FA9E7"/>
    <w:rsid w:val="399B98D2"/>
    <w:rsid w:val="39B1500D"/>
    <w:rsid w:val="39B3A488"/>
    <w:rsid w:val="39BE4D05"/>
    <w:rsid w:val="39C9F28B"/>
    <w:rsid w:val="3A04B711"/>
    <w:rsid w:val="3A08C03B"/>
    <w:rsid w:val="3A0D2068"/>
    <w:rsid w:val="3A1182A2"/>
    <w:rsid w:val="3A16E33F"/>
    <w:rsid w:val="3A2FFBD5"/>
    <w:rsid w:val="3A777DE6"/>
    <w:rsid w:val="3A8F90E5"/>
    <w:rsid w:val="3AA3C46A"/>
    <w:rsid w:val="3AAFA846"/>
    <w:rsid w:val="3AB9E07D"/>
    <w:rsid w:val="3B17DE7D"/>
    <w:rsid w:val="3B184257"/>
    <w:rsid w:val="3B4E6F4A"/>
    <w:rsid w:val="3B8EC64E"/>
    <w:rsid w:val="3B90DE00"/>
    <w:rsid w:val="3BB78F68"/>
    <w:rsid w:val="3BB799B7"/>
    <w:rsid w:val="3BCD3869"/>
    <w:rsid w:val="3BDC94A1"/>
    <w:rsid w:val="3BE3D0C2"/>
    <w:rsid w:val="3BEC057A"/>
    <w:rsid w:val="3BFE7710"/>
    <w:rsid w:val="3C19DF64"/>
    <w:rsid w:val="3C2C0007"/>
    <w:rsid w:val="3C49EDFC"/>
    <w:rsid w:val="3C549F24"/>
    <w:rsid w:val="3C576805"/>
    <w:rsid w:val="3C6ED789"/>
    <w:rsid w:val="3CB66E1F"/>
    <w:rsid w:val="3CBF7ECC"/>
    <w:rsid w:val="3CDD7E71"/>
    <w:rsid w:val="3CF0A544"/>
    <w:rsid w:val="3D036652"/>
    <w:rsid w:val="3D19BDFA"/>
    <w:rsid w:val="3D5474EE"/>
    <w:rsid w:val="3D708E46"/>
    <w:rsid w:val="3D77E51E"/>
    <w:rsid w:val="3D8872F5"/>
    <w:rsid w:val="3D8B6054"/>
    <w:rsid w:val="3D8E724F"/>
    <w:rsid w:val="3DB5C29E"/>
    <w:rsid w:val="3DD2EB37"/>
    <w:rsid w:val="3DD3011E"/>
    <w:rsid w:val="3DDE60BF"/>
    <w:rsid w:val="3DE94E5F"/>
    <w:rsid w:val="3DEA707B"/>
    <w:rsid w:val="3E0FA865"/>
    <w:rsid w:val="3E1D4406"/>
    <w:rsid w:val="3E23E66C"/>
    <w:rsid w:val="3E417903"/>
    <w:rsid w:val="3E44B668"/>
    <w:rsid w:val="3E512D6C"/>
    <w:rsid w:val="3E637617"/>
    <w:rsid w:val="3E737D25"/>
    <w:rsid w:val="3E8C4EC6"/>
    <w:rsid w:val="3E9B8013"/>
    <w:rsid w:val="3EB84330"/>
    <w:rsid w:val="3EBFC04B"/>
    <w:rsid w:val="3EC94ED9"/>
    <w:rsid w:val="3EE5398A"/>
    <w:rsid w:val="3EF43750"/>
    <w:rsid w:val="3EFED5FB"/>
    <w:rsid w:val="3F061210"/>
    <w:rsid w:val="3F0F6EF3"/>
    <w:rsid w:val="3F21E7D8"/>
    <w:rsid w:val="3F5BACD1"/>
    <w:rsid w:val="3F67BA12"/>
    <w:rsid w:val="3F75C91B"/>
    <w:rsid w:val="3F79F8B9"/>
    <w:rsid w:val="3F7EF97E"/>
    <w:rsid w:val="3F9400A7"/>
    <w:rsid w:val="3FA3B3DA"/>
    <w:rsid w:val="3FBD34E3"/>
    <w:rsid w:val="3FC1F48D"/>
    <w:rsid w:val="3FC5470B"/>
    <w:rsid w:val="3FDB2FB1"/>
    <w:rsid w:val="4004A292"/>
    <w:rsid w:val="400A3B42"/>
    <w:rsid w:val="4017A66C"/>
    <w:rsid w:val="401D4907"/>
    <w:rsid w:val="4041254F"/>
    <w:rsid w:val="404678FF"/>
    <w:rsid w:val="4047AFFB"/>
    <w:rsid w:val="4065C4C9"/>
    <w:rsid w:val="40AF529C"/>
    <w:rsid w:val="40AF5B6C"/>
    <w:rsid w:val="40B055FC"/>
    <w:rsid w:val="40DC850F"/>
    <w:rsid w:val="40E8C3EC"/>
    <w:rsid w:val="4111A4EF"/>
    <w:rsid w:val="411B3905"/>
    <w:rsid w:val="411BE889"/>
    <w:rsid w:val="411D2A98"/>
    <w:rsid w:val="412DE5ED"/>
    <w:rsid w:val="413F6B15"/>
    <w:rsid w:val="414AF5D9"/>
    <w:rsid w:val="415F146D"/>
    <w:rsid w:val="41605101"/>
    <w:rsid w:val="416603DA"/>
    <w:rsid w:val="41697E82"/>
    <w:rsid w:val="4170A31B"/>
    <w:rsid w:val="4176394A"/>
    <w:rsid w:val="41A22937"/>
    <w:rsid w:val="41A88685"/>
    <w:rsid w:val="41BAE24B"/>
    <w:rsid w:val="41BECECF"/>
    <w:rsid w:val="41F13B7B"/>
    <w:rsid w:val="41F6B3B6"/>
    <w:rsid w:val="42053221"/>
    <w:rsid w:val="421D8EEC"/>
    <w:rsid w:val="42242669"/>
    <w:rsid w:val="4262B07E"/>
    <w:rsid w:val="426CE7E0"/>
    <w:rsid w:val="427C9130"/>
    <w:rsid w:val="427F870D"/>
    <w:rsid w:val="4294B011"/>
    <w:rsid w:val="42AA2770"/>
    <w:rsid w:val="42D1D891"/>
    <w:rsid w:val="430BB9B2"/>
    <w:rsid w:val="433510DB"/>
    <w:rsid w:val="43386E39"/>
    <w:rsid w:val="4346709B"/>
    <w:rsid w:val="43864115"/>
    <w:rsid w:val="43A82998"/>
    <w:rsid w:val="43C9ADC4"/>
    <w:rsid w:val="43CD332F"/>
    <w:rsid w:val="43E09301"/>
    <w:rsid w:val="43E3A58D"/>
    <w:rsid w:val="43EFD90B"/>
    <w:rsid w:val="43F005F2"/>
    <w:rsid w:val="43FFA6F1"/>
    <w:rsid w:val="440FCECA"/>
    <w:rsid w:val="44134648"/>
    <w:rsid w:val="4421EF03"/>
    <w:rsid w:val="443DC9CA"/>
    <w:rsid w:val="444B1B13"/>
    <w:rsid w:val="446ED3F7"/>
    <w:rsid w:val="44B34035"/>
    <w:rsid w:val="44E0CD2C"/>
    <w:rsid w:val="44E9000E"/>
    <w:rsid w:val="44FA57B4"/>
    <w:rsid w:val="450DC91B"/>
    <w:rsid w:val="4531CE24"/>
    <w:rsid w:val="45530627"/>
    <w:rsid w:val="4559EB2C"/>
    <w:rsid w:val="4564C7B4"/>
    <w:rsid w:val="459C04BA"/>
    <w:rsid w:val="45A94AA0"/>
    <w:rsid w:val="45DB1C66"/>
    <w:rsid w:val="45E9EFEC"/>
    <w:rsid w:val="45FD2DFD"/>
    <w:rsid w:val="46251E7C"/>
    <w:rsid w:val="4634E93A"/>
    <w:rsid w:val="46602CE2"/>
    <w:rsid w:val="4667A949"/>
    <w:rsid w:val="4687ECB7"/>
    <w:rsid w:val="468866BB"/>
    <w:rsid w:val="468CB4C0"/>
    <w:rsid w:val="469B1DBA"/>
    <w:rsid w:val="46C64D4C"/>
    <w:rsid w:val="46DE66C9"/>
    <w:rsid w:val="46EC1B24"/>
    <w:rsid w:val="46F91DE5"/>
    <w:rsid w:val="470C41D4"/>
    <w:rsid w:val="47167D8D"/>
    <w:rsid w:val="472226BE"/>
    <w:rsid w:val="4723A6D6"/>
    <w:rsid w:val="47385F49"/>
    <w:rsid w:val="47412588"/>
    <w:rsid w:val="474BCE8C"/>
    <w:rsid w:val="476CE4BB"/>
    <w:rsid w:val="476D417B"/>
    <w:rsid w:val="4782F761"/>
    <w:rsid w:val="47AFC60B"/>
    <w:rsid w:val="480AB504"/>
    <w:rsid w:val="48118B46"/>
    <w:rsid w:val="4812731B"/>
    <w:rsid w:val="482CD51B"/>
    <w:rsid w:val="48327431"/>
    <w:rsid w:val="48344216"/>
    <w:rsid w:val="4864C184"/>
    <w:rsid w:val="487D6F22"/>
    <w:rsid w:val="48B62A71"/>
    <w:rsid w:val="48C05BEA"/>
    <w:rsid w:val="48F75DCC"/>
    <w:rsid w:val="490A35E1"/>
    <w:rsid w:val="490BA499"/>
    <w:rsid w:val="4921273B"/>
    <w:rsid w:val="493057CF"/>
    <w:rsid w:val="493AC2D3"/>
    <w:rsid w:val="495CD1A5"/>
    <w:rsid w:val="498095E8"/>
    <w:rsid w:val="49B06F2A"/>
    <w:rsid w:val="49B4FBD6"/>
    <w:rsid w:val="49C5B7CE"/>
    <w:rsid w:val="49C967A7"/>
    <w:rsid w:val="49DB0AED"/>
    <w:rsid w:val="4A0CBC10"/>
    <w:rsid w:val="4A11B3B3"/>
    <w:rsid w:val="4A1E04D0"/>
    <w:rsid w:val="4A442DE7"/>
    <w:rsid w:val="4A5EA86E"/>
    <w:rsid w:val="4A738B0E"/>
    <w:rsid w:val="4A767913"/>
    <w:rsid w:val="4A76F7D9"/>
    <w:rsid w:val="4AD49B4F"/>
    <w:rsid w:val="4ADDFD89"/>
    <w:rsid w:val="4AE10AE4"/>
    <w:rsid w:val="4B105328"/>
    <w:rsid w:val="4B1BCB3E"/>
    <w:rsid w:val="4B1FD18D"/>
    <w:rsid w:val="4B210FB2"/>
    <w:rsid w:val="4B2615B2"/>
    <w:rsid w:val="4B2EBACA"/>
    <w:rsid w:val="4B3C08CC"/>
    <w:rsid w:val="4B67A308"/>
    <w:rsid w:val="4B6903BA"/>
    <w:rsid w:val="4B6CD162"/>
    <w:rsid w:val="4B8CFA4B"/>
    <w:rsid w:val="4B927663"/>
    <w:rsid w:val="4BAE8E32"/>
    <w:rsid w:val="4BAEA3FE"/>
    <w:rsid w:val="4BB087EA"/>
    <w:rsid w:val="4BCEC95B"/>
    <w:rsid w:val="4C042EBF"/>
    <w:rsid w:val="4C0CFD59"/>
    <w:rsid w:val="4C30BC14"/>
    <w:rsid w:val="4C36000C"/>
    <w:rsid w:val="4C7C5E39"/>
    <w:rsid w:val="4C84EB62"/>
    <w:rsid w:val="4C96000F"/>
    <w:rsid w:val="4CA67AE6"/>
    <w:rsid w:val="4CBDA632"/>
    <w:rsid w:val="4CCD6F7D"/>
    <w:rsid w:val="4CD82FC7"/>
    <w:rsid w:val="4CE0F85A"/>
    <w:rsid w:val="4CED9BB4"/>
    <w:rsid w:val="4CEEC2BC"/>
    <w:rsid w:val="4CF5FD1D"/>
    <w:rsid w:val="4D60777B"/>
    <w:rsid w:val="4D658E99"/>
    <w:rsid w:val="4D8C31C4"/>
    <w:rsid w:val="4D9E0104"/>
    <w:rsid w:val="4DAE8D1A"/>
    <w:rsid w:val="4DC1A5CD"/>
    <w:rsid w:val="4DD31726"/>
    <w:rsid w:val="4DD88ABB"/>
    <w:rsid w:val="4DE1082C"/>
    <w:rsid w:val="4DEE1F47"/>
    <w:rsid w:val="4DF20DCC"/>
    <w:rsid w:val="4DF53782"/>
    <w:rsid w:val="4E01979F"/>
    <w:rsid w:val="4E057A39"/>
    <w:rsid w:val="4E06D2F0"/>
    <w:rsid w:val="4E274707"/>
    <w:rsid w:val="4E33C58E"/>
    <w:rsid w:val="4E41699E"/>
    <w:rsid w:val="4E5DDD23"/>
    <w:rsid w:val="4E61F2D0"/>
    <w:rsid w:val="4E735288"/>
    <w:rsid w:val="4E7E8D85"/>
    <w:rsid w:val="4E7F09A2"/>
    <w:rsid w:val="4EB7C24E"/>
    <w:rsid w:val="4EBA62C1"/>
    <w:rsid w:val="4EC2D370"/>
    <w:rsid w:val="4EC2D778"/>
    <w:rsid w:val="4EDB8F57"/>
    <w:rsid w:val="4EE59DC0"/>
    <w:rsid w:val="4EF7471B"/>
    <w:rsid w:val="4F3307A0"/>
    <w:rsid w:val="4F447D4E"/>
    <w:rsid w:val="4F48B968"/>
    <w:rsid w:val="4F557571"/>
    <w:rsid w:val="4F6708DB"/>
    <w:rsid w:val="4F8BF6BC"/>
    <w:rsid w:val="4FA172D0"/>
    <w:rsid w:val="4FC725DB"/>
    <w:rsid w:val="4FD301B6"/>
    <w:rsid w:val="4FECEB9F"/>
    <w:rsid w:val="5003A906"/>
    <w:rsid w:val="50148FE4"/>
    <w:rsid w:val="501B46CF"/>
    <w:rsid w:val="5043FD04"/>
    <w:rsid w:val="504F2A41"/>
    <w:rsid w:val="50516890"/>
    <w:rsid w:val="5080039E"/>
    <w:rsid w:val="50A26BBD"/>
    <w:rsid w:val="50A2FA5C"/>
    <w:rsid w:val="50BB994F"/>
    <w:rsid w:val="50D94FA7"/>
    <w:rsid w:val="50DC6939"/>
    <w:rsid w:val="515B80A1"/>
    <w:rsid w:val="5162C898"/>
    <w:rsid w:val="51867F3E"/>
    <w:rsid w:val="51873161"/>
    <w:rsid w:val="51F45858"/>
    <w:rsid w:val="5205D551"/>
    <w:rsid w:val="521C49E7"/>
    <w:rsid w:val="521F2259"/>
    <w:rsid w:val="522CC53C"/>
    <w:rsid w:val="52528709"/>
    <w:rsid w:val="52C0E0DD"/>
    <w:rsid w:val="52E289EF"/>
    <w:rsid w:val="52FBBE74"/>
    <w:rsid w:val="53033D21"/>
    <w:rsid w:val="531D2A70"/>
    <w:rsid w:val="5345D2E0"/>
    <w:rsid w:val="536B40E0"/>
    <w:rsid w:val="53773B91"/>
    <w:rsid w:val="537A8524"/>
    <w:rsid w:val="537F5544"/>
    <w:rsid w:val="5396F4DE"/>
    <w:rsid w:val="53AEEFAD"/>
    <w:rsid w:val="53CB074A"/>
    <w:rsid w:val="53F4D5A2"/>
    <w:rsid w:val="53F620CD"/>
    <w:rsid w:val="53FBDEB6"/>
    <w:rsid w:val="5425E4F7"/>
    <w:rsid w:val="54336A45"/>
    <w:rsid w:val="5468E60A"/>
    <w:rsid w:val="5487E84F"/>
    <w:rsid w:val="549C62A5"/>
    <w:rsid w:val="54A3E798"/>
    <w:rsid w:val="54A7CDAA"/>
    <w:rsid w:val="54B0C455"/>
    <w:rsid w:val="54CC6E9C"/>
    <w:rsid w:val="54CE69A9"/>
    <w:rsid w:val="54F1B66F"/>
    <w:rsid w:val="55112D86"/>
    <w:rsid w:val="552F6ED9"/>
    <w:rsid w:val="5565E922"/>
    <w:rsid w:val="55AA80CF"/>
    <w:rsid w:val="55C2E659"/>
    <w:rsid w:val="55CF6960"/>
    <w:rsid w:val="55DD8375"/>
    <w:rsid w:val="55F0F66C"/>
    <w:rsid w:val="560B2CE4"/>
    <w:rsid w:val="56195FB0"/>
    <w:rsid w:val="5626C439"/>
    <w:rsid w:val="5639176B"/>
    <w:rsid w:val="563A389A"/>
    <w:rsid w:val="565B1107"/>
    <w:rsid w:val="567B3EBD"/>
    <w:rsid w:val="56B1889D"/>
    <w:rsid w:val="56CAE0DF"/>
    <w:rsid w:val="56CF5C9A"/>
    <w:rsid w:val="56DA4747"/>
    <w:rsid w:val="56EEF87E"/>
    <w:rsid w:val="56F35953"/>
    <w:rsid w:val="57007202"/>
    <w:rsid w:val="570597CF"/>
    <w:rsid w:val="571F27FA"/>
    <w:rsid w:val="572BA3B0"/>
    <w:rsid w:val="5732E473"/>
    <w:rsid w:val="57531E2C"/>
    <w:rsid w:val="5763E4A1"/>
    <w:rsid w:val="57676A1C"/>
    <w:rsid w:val="578039C4"/>
    <w:rsid w:val="5782A35C"/>
    <w:rsid w:val="578CB228"/>
    <w:rsid w:val="579A014F"/>
    <w:rsid w:val="579B9C38"/>
    <w:rsid w:val="57B07378"/>
    <w:rsid w:val="57BE5F01"/>
    <w:rsid w:val="57C08E6C"/>
    <w:rsid w:val="580E4725"/>
    <w:rsid w:val="5863B435"/>
    <w:rsid w:val="5871A380"/>
    <w:rsid w:val="58960FAD"/>
    <w:rsid w:val="589759CE"/>
    <w:rsid w:val="58AF671A"/>
    <w:rsid w:val="58B6E84A"/>
    <w:rsid w:val="58BD3A5E"/>
    <w:rsid w:val="58CBE591"/>
    <w:rsid w:val="58CDC79C"/>
    <w:rsid w:val="58F7E505"/>
    <w:rsid w:val="59013FB0"/>
    <w:rsid w:val="590AE2E1"/>
    <w:rsid w:val="590FB982"/>
    <w:rsid w:val="5917FBA1"/>
    <w:rsid w:val="5918F2EE"/>
    <w:rsid w:val="5929DEC4"/>
    <w:rsid w:val="592BCBCB"/>
    <w:rsid w:val="594BBBB3"/>
    <w:rsid w:val="59538B20"/>
    <w:rsid w:val="59736037"/>
    <w:rsid w:val="597DA836"/>
    <w:rsid w:val="599147FF"/>
    <w:rsid w:val="59D4BDB7"/>
    <w:rsid w:val="59DD5CBD"/>
    <w:rsid w:val="59E2DAB0"/>
    <w:rsid w:val="59EE6436"/>
    <w:rsid w:val="5A05784E"/>
    <w:rsid w:val="5A146CD3"/>
    <w:rsid w:val="5A45F9AC"/>
    <w:rsid w:val="5A481B4A"/>
    <w:rsid w:val="5A48A686"/>
    <w:rsid w:val="5A71197F"/>
    <w:rsid w:val="5A88E308"/>
    <w:rsid w:val="5A95132F"/>
    <w:rsid w:val="5A951CF5"/>
    <w:rsid w:val="5AA08D06"/>
    <w:rsid w:val="5AC1ECB0"/>
    <w:rsid w:val="5AE32C8B"/>
    <w:rsid w:val="5AFA361D"/>
    <w:rsid w:val="5B001B36"/>
    <w:rsid w:val="5B07E744"/>
    <w:rsid w:val="5B299408"/>
    <w:rsid w:val="5B626D6D"/>
    <w:rsid w:val="5B83AF80"/>
    <w:rsid w:val="5B8912EE"/>
    <w:rsid w:val="5B8D3C9F"/>
    <w:rsid w:val="5BAAB86F"/>
    <w:rsid w:val="5BB52DC4"/>
    <w:rsid w:val="5BD0C4AE"/>
    <w:rsid w:val="5BD534A5"/>
    <w:rsid w:val="5BD6D77C"/>
    <w:rsid w:val="5BE80EB8"/>
    <w:rsid w:val="5BF2C720"/>
    <w:rsid w:val="5BFF1A90"/>
    <w:rsid w:val="5C0DFD37"/>
    <w:rsid w:val="5C1714EB"/>
    <w:rsid w:val="5C4579AA"/>
    <w:rsid w:val="5C724FE9"/>
    <w:rsid w:val="5C7D4703"/>
    <w:rsid w:val="5CBB98D8"/>
    <w:rsid w:val="5CBD3D1D"/>
    <w:rsid w:val="5CC3F68E"/>
    <w:rsid w:val="5CC64173"/>
    <w:rsid w:val="5CCB95F7"/>
    <w:rsid w:val="5CDE219A"/>
    <w:rsid w:val="5CDF5C84"/>
    <w:rsid w:val="5D07CA8D"/>
    <w:rsid w:val="5D1FDDAC"/>
    <w:rsid w:val="5D6D21DA"/>
    <w:rsid w:val="5D70136A"/>
    <w:rsid w:val="5D78814E"/>
    <w:rsid w:val="5D8CDD48"/>
    <w:rsid w:val="5D9847C6"/>
    <w:rsid w:val="5D9F95B0"/>
    <w:rsid w:val="5DA9665A"/>
    <w:rsid w:val="5DB47462"/>
    <w:rsid w:val="5DC06C77"/>
    <w:rsid w:val="5DC37191"/>
    <w:rsid w:val="5DC625D0"/>
    <w:rsid w:val="5DCDCE0B"/>
    <w:rsid w:val="5DD7B013"/>
    <w:rsid w:val="5DEFBD78"/>
    <w:rsid w:val="5DF5E439"/>
    <w:rsid w:val="5E172866"/>
    <w:rsid w:val="5EA30CCC"/>
    <w:rsid w:val="5EB76004"/>
    <w:rsid w:val="5EC469D7"/>
    <w:rsid w:val="5EC55433"/>
    <w:rsid w:val="5EDBAA42"/>
    <w:rsid w:val="5EE43B41"/>
    <w:rsid w:val="5EFD408C"/>
    <w:rsid w:val="5F1BB4E2"/>
    <w:rsid w:val="5F268F79"/>
    <w:rsid w:val="5F381EA3"/>
    <w:rsid w:val="5F8F79A1"/>
    <w:rsid w:val="5F93A488"/>
    <w:rsid w:val="5FA85340"/>
    <w:rsid w:val="5FB5DABA"/>
    <w:rsid w:val="5FC9C2CC"/>
    <w:rsid w:val="60903A51"/>
    <w:rsid w:val="60AD1BF8"/>
    <w:rsid w:val="61065204"/>
    <w:rsid w:val="6108E2A2"/>
    <w:rsid w:val="6109DD7F"/>
    <w:rsid w:val="610CF75A"/>
    <w:rsid w:val="611022D2"/>
    <w:rsid w:val="61198057"/>
    <w:rsid w:val="6126E97A"/>
    <w:rsid w:val="61366CF2"/>
    <w:rsid w:val="613A69D5"/>
    <w:rsid w:val="613E7485"/>
    <w:rsid w:val="6158CCF5"/>
    <w:rsid w:val="615DC2C9"/>
    <w:rsid w:val="6175A124"/>
    <w:rsid w:val="6195584B"/>
    <w:rsid w:val="619A4622"/>
    <w:rsid w:val="61A3F321"/>
    <w:rsid w:val="61A5F3F5"/>
    <w:rsid w:val="61AB4D6D"/>
    <w:rsid w:val="61C84FA5"/>
    <w:rsid w:val="61D08C35"/>
    <w:rsid w:val="61D5F3F8"/>
    <w:rsid w:val="61E6626C"/>
    <w:rsid w:val="61F05EA5"/>
    <w:rsid w:val="61F75CB4"/>
    <w:rsid w:val="62030DAF"/>
    <w:rsid w:val="620E1320"/>
    <w:rsid w:val="62182F2D"/>
    <w:rsid w:val="6220BC63"/>
    <w:rsid w:val="6225EBDE"/>
    <w:rsid w:val="627EA75B"/>
    <w:rsid w:val="62819A25"/>
    <w:rsid w:val="62CA5149"/>
    <w:rsid w:val="62E204C1"/>
    <w:rsid w:val="63123707"/>
    <w:rsid w:val="6319FF99"/>
    <w:rsid w:val="63264191"/>
    <w:rsid w:val="632C2BB2"/>
    <w:rsid w:val="6346FDF7"/>
    <w:rsid w:val="635802DE"/>
    <w:rsid w:val="635A513F"/>
    <w:rsid w:val="6382AEED"/>
    <w:rsid w:val="63E9BE24"/>
    <w:rsid w:val="63F8777F"/>
    <w:rsid w:val="63FAF45B"/>
    <w:rsid w:val="63FFCEB6"/>
    <w:rsid w:val="6414E198"/>
    <w:rsid w:val="6433C368"/>
    <w:rsid w:val="64399897"/>
    <w:rsid w:val="643FD382"/>
    <w:rsid w:val="64401E77"/>
    <w:rsid w:val="6460E543"/>
    <w:rsid w:val="64709D86"/>
    <w:rsid w:val="647C32FF"/>
    <w:rsid w:val="649082CC"/>
    <w:rsid w:val="64BAAFEC"/>
    <w:rsid w:val="64FF2FF7"/>
    <w:rsid w:val="650562F8"/>
    <w:rsid w:val="6507A13A"/>
    <w:rsid w:val="65200957"/>
    <w:rsid w:val="65663F7A"/>
    <w:rsid w:val="656D8F34"/>
    <w:rsid w:val="657E9720"/>
    <w:rsid w:val="6582E2F7"/>
    <w:rsid w:val="658BA4D6"/>
    <w:rsid w:val="65A57EAA"/>
    <w:rsid w:val="65D8BD7A"/>
    <w:rsid w:val="65DF0E01"/>
    <w:rsid w:val="65F856DF"/>
    <w:rsid w:val="65FB3786"/>
    <w:rsid w:val="660D083E"/>
    <w:rsid w:val="660E144C"/>
    <w:rsid w:val="661FD621"/>
    <w:rsid w:val="662A79D1"/>
    <w:rsid w:val="6630ED3B"/>
    <w:rsid w:val="663640CF"/>
    <w:rsid w:val="663A01F4"/>
    <w:rsid w:val="663B4ECE"/>
    <w:rsid w:val="66513813"/>
    <w:rsid w:val="665B06E4"/>
    <w:rsid w:val="665B26A4"/>
    <w:rsid w:val="66621068"/>
    <w:rsid w:val="6671C1BE"/>
    <w:rsid w:val="668F7775"/>
    <w:rsid w:val="66965417"/>
    <w:rsid w:val="669BD1C1"/>
    <w:rsid w:val="66DA4133"/>
    <w:rsid w:val="67023FAB"/>
    <w:rsid w:val="670E1E74"/>
    <w:rsid w:val="6712D0E5"/>
    <w:rsid w:val="675D876B"/>
    <w:rsid w:val="676C0ACA"/>
    <w:rsid w:val="677ED165"/>
    <w:rsid w:val="677FE0A9"/>
    <w:rsid w:val="6784BE64"/>
    <w:rsid w:val="678625AC"/>
    <w:rsid w:val="6786F3CF"/>
    <w:rsid w:val="6792BA2C"/>
    <w:rsid w:val="679FDD81"/>
    <w:rsid w:val="67B6AFD6"/>
    <w:rsid w:val="67D6702D"/>
    <w:rsid w:val="680D460A"/>
    <w:rsid w:val="681CDEA4"/>
    <w:rsid w:val="681DF8CD"/>
    <w:rsid w:val="6820BB08"/>
    <w:rsid w:val="68246413"/>
    <w:rsid w:val="6825D034"/>
    <w:rsid w:val="682FECCA"/>
    <w:rsid w:val="683E585F"/>
    <w:rsid w:val="6841BA48"/>
    <w:rsid w:val="6847E172"/>
    <w:rsid w:val="6858966E"/>
    <w:rsid w:val="6864CA3E"/>
    <w:rsid w:val="686A89E7"/>
    <w:rsid w:val="6885FCAF"/>
    <w:rsid w:val="68A62EA8"/>
    <w:rsid w:val="68AA174E"/>
    <w:rsid w:val="68BD3A94"/>
    <w:rsid w:val="68D1113E"/>
    <w:rsid w:val="6915F118"/>
    <w:rsid w:val="6931B83F"/>
    <w:rsid w:val="695BC9A6"/>
    <w:rsid w:val="695FA307"/>
    <w:rsid w:val="6963E119"/>
    <w:rsid w:val="696D0705"/>
    <w:rsid w:val="6971729E"/>
    <w:rsid w:val="697357E1"/>
    <w:rsid w:val="6975E123"/>
    <w:rsid w:val="69772DCB"/>
    <w:rsid w:val="6983F6D0"/>
    <w:rsid w:val="69863D1C"/>
    <w:rsid w:val="6990D688"/>
    <w:rsid w:val="699B66B6"/>
    <w:rsid w:val="699B7EBA"/>
    <w:rsid w:val="699C9B97"/>
    <w:rsid w:val="69A47369"/>
    <w:rsid w:val="69A71295"/>
    <w:rsid w:val="69BDBC93"/>
    <w:rsid w:val="69D6AB26"/>
    <w:rsid w:val="69DDE08A"/>
    <w:rsid w:val="69EFEAED"/>
    <w:rsid w:val="6A19ABCC"/>
    <w:rsid w:val="6A378B6C"/>
    <w:rsid w:val="6A46CB90"/>
    <w:rsid w:val="6A69E0FE"/>
    <w:rsid w:val="6A6A4559"/>
    <w:rsid w:val="6A934A8D"/>
    <w:rsid w:val="6A9635A8"/>
    <w:rsid w:val="6AAEA139"/>
    <w:rsid w:val="6AC049AC"/>
    <w:rsid w:val="6AD19379"/>
    <w:rsid w:val="6ADABC37"/>
    <w:rsid w:val="6AED9824"/>
    <w:rsid w:val="6AFAC138"/>
    <w:rsid w:val="6B24F1BF"/>
    <w:rsid w:val="6B35FB5B"/>
    <w:rsid w:val="6B390C40"/>
    <w:rsid w:val="6B405FEB"/>
    <w:rsid w:val="6B689E36"/>
    <w:rsid w:val="6B8DE9AD"/>
    <w:rsid w:val="6BCB0D0A"/>
    <w:rsid w:val="6BCE3903"/>
    <w:rsid w:val="6BD38727"/>
    <w:rsid w:val="6BD84BB3"/>
    <w:rsid w:val="6BECC34A"/>
    <w:rsid w:val="6BFA9348"/>
    <w:rsid w:val="6BFE05B2"/>
    <w:rsid w:val="6C07D0CC"/>
    <w:rsid w:val="6C101115"/>
    <w:rsid w:val="6C2C8822"/>
    <w:rsid w:val="6C3A1EEF"/>
    <w:rsid w:val="6C451BF8"/>
    <w:rsid w:val="6C55EA60"/>
    <w:rsid w:val="6C663BD7"/>
    <w:rsid w:val="6C7C36E8"/>
    <w:rsid w:val="6C939612"/>
    <w:rsid w:val="6C9A96C9"/>
    <w:rsid w:val="6CB03B1C"/>
    <w:rsid w:val="6CD5C723"/>
    <w:rsid w:val="6CDBCD72"/>
    <w:rsid w:val="6D0E9880"/>
    <w:rsid w:val="6D2A1D04"/>
    <w:rsid w:val="6D45A716"/>
    <w:rsid w:val="6D66C0E8"/>
    <w:rsid w:val="6D71AE48"/>
    <w:rsid w:val="6D7DAE6D"/>
    <w:rsid w:val="6D8A30CF"/>
    <w:rsid w:val="6DA9EB0D"/>
    <w:rsid w:val="6DB94C0B"/>
    <w:rsid w:val="6DD28CF2"/>
    <w:rsid w:val="6DE3064E"/>
    <w:rsid w:val="6DFA812C"/>
    <w:rsid w:val="6E5149F0"/>
    <w:rsid w:val="6E606007"/>
    <w:rsid w:val="6E66E991"/>
    <w:rsid w:val="6E678D76"/>
    <w:rsid w:val="6E9BDE00"/>
    <w:rsid w:val="6EA44401"/>
    <w:rsid w:val="6EA451BF"/>
    <w:rsid w:val="6EB742B1"/>
    <w:rsid w:val="6EDA5CF3"/>
    <w:rsid w:val="6EF960FD"/>
    <w:rsid w:val="6F0AACAB"/>
    <w:rsid w:val="6F13E59E"/>
    <w:rsid w:val="6F1A1FCE"/>
    <w:rsid w:val="6F1C3760"/>
    <w:rsid w:val="6F38FDD6"/>
    <w:rsid w:val="6F743F3A"/>
    <w:rsid w:val="6FAB5E7F"/>
    <w:rsid w:val="6FB16EB1"/>
    <w:rsid w:val="6FBB62F6"/>
    <w:rsid w:val="6FC715D3"/>
    <w:rsid w:val="6FCC4E3C"/>
    <w:rsid w:val="6FE65183"/>
    <w:rsid w:val="6FF4246E"/>
    <w:rsid w:val="6FF72E38"/>
    <w:rsid w:val="70185719"/>
    <w:rsid w:val="7042E959"/>
    <w:rsid w:val="70481196"/>
    <w:rsid w:val="706992DA"/>
    <w:rsid w:val="706D8301"/>
    <w:rsid w:val="708CEF47"/>
    <w:rsid w:val="709A483E"/>
    <w:rsid w:val="70A77997"/>
    <w:rsid w:val="70C7C043"/>
    <w:rsid w:val="70DB6B71"/>
    <w:rsid w:val="70F73B89"/>
    <w:rsid w:val="70FF6352"/>
    <w:rsid w:val="7106A5ED"/>
    <w:rsid w:val="71101404"/>
    <w:rsid w:val="711DE120"/>
    <w:rsid w:val="7148341A"/>
    <w:rsid w:val="7152F0BD"/>
    <w:rsid w:val="7156CEC2"/>
    <w:rsid w:val="7158C2DE"/>
    <w:rsid w:val="71595A47"/>
    <w:rsid w:val="715C94FD"/>
    <w:rsid w:val="71751CA7"/>
    <w:rsid w:val="717EBA5C"/>
    <w:rsid w:val="7189C477"/>
    <w:rsid w:val="7190F27C"/>
    <w:rsid w:val="719EA205"/>
    <w:rsid w:val="71A286C0"/>
    <w:rsid w:val="71B3BD2B"/>
    <w:rsid w:val="71B5FB40"/>
    <w:rsid w:val="71D5F212"/>
    <w:rsid w:val="71D66F8B"/>
    <w:rsid w:val="71E33564"/>
    <w:rsid w:val="71EB8044"/>
    <w:rsid w:val="71FD2313"/>
    <w:rsid w:val="71FD836F"/>
    <w:rsid w:val="726FDD85"/>
    <w:rsid w:val="72866477"/>
    <w:rsid w:val="7296B0D5"/>
    <w:rsid w:val="72B3681C"/>
    <w:rsid w:val="72BF8AAE"/>
    <w:rsid w:val="72CAC888"/>
    <w:rsid w:val="7310417C"/>
    <w:rsid w:val="73274AF2"/>
    <w:rsid w:val="733FFE4B"/>
    <w:rsid w:val="73517B93"/>
    <w:rsid w:val="73523EDC"/>
    <w:rsid w:val="73AEE908"/>
    <w:rsid w:val="73B5D52A"/>
    <w:rsid w:val="73BA032C"/>
    <w:rsid w:val="73DBF126"/>
    <w:rsid w:val="73F7FC54"/>
    <w:rsid w:val="7402D530"/>
    <w:rsid w:val="74206304"/>
    <w:rsid w:val="74265968"/>
    <w:rsid w:val="743F7666"/>
    <w:rsid w:val="74563787"/>
    <w:rsid w:val="74718305"/>
    <w:rsid w:val="7499D154"/>
    <w:rsid w:val="74A9867F"/>
    <w:rsid w:val="74AB3E3B"/>
    <w:rsid w:val="74B113A3"/>
    <w:rsid w:val="74BF901E"/>
    <w:rsid w:val="74D08107"/>
    <w:rsid w:val="74E0C707"/>
    <w:rsid w:val="74FBA809"/>
    <w:rsid w:val="74FC0C89"/>
    <w:rsid w:val="750F5A8E"/>
    <w:rsid w:val="75503914"/>
    <w:rsid w:val="7558E2BE"/>
    <w:rsid w:val="755BF9E2"/>
    <w:rsid w:val="7562056E"/>
    <w:rsid w:val="756BA8A3"/>
    <w:rsid w:val="75A9ECB0"/>
    <w:rsid w:val="75B54682"/>
    <w:rsid w:val="75B5DF37"/>
    <w:rsid w:val="75BF6E95"/>
    <w:rsid w:val="75E17D54"/>
    <w:rsid w:val="760A266D"/>
    <w:rsid w:val="762DDC0C"/>
    <w:rsid w:val="7652B74A"/>
    <w:rsid w:val="766D5360"/>
    <w:rsid w:val="7677E962"/>
    <w:rsid w:val="767E9BBF"/>
    <w:rsid w:val="768BE582"/>
    <w:rsid w:val="769F89EC"/>
    <w:rsid w:val="76A19C54"/>
    <w:rsid w:val="76ACA6D0"/>
    <w:rsid w:val="76B26B61"/>
    <w:rsid w:val="76BCE8F8"/>
    <w:rsid w:val="76EBF171"/>
    <w:rsid w:val="76EE5138"/>
    <w:rsid w:val="76F498EF"/>
    <w:rsid w:val="76F9DB48"/>
    <w:rsid w:val="77052F44"/>
    <w:rsid w:val="770CE381"/>
    <w:rsid w:val="772C6562"/>
    <w:rsid w:val="7759AB41"/>
    <w:rsid w:val="77922B03"/>
    <w:rsid w:val="77933C55"/>
    <w:rsid w:val="779A8FFF"/>
    <w:rsid w:val="779CB399"/>
    <w:rsid w:val="77AFB921"/>
    <w:rsid w:val="77B435E1"/>
    <w:rsid w:val="77E72941"/>
    <w:rsid w:val="77E89849"/>
    <w:rsid w:val="77ED61DC"/>
    <w:rsid w:val="7800ED35"/>
    <w:rsid w:val="7834086C"/>
    <w:rsid w:val="787779BC"/>
    <w:rsid w:val="78778E37"/>
    <w:rsid w:val="787C6D00"/>
    <w:rsid w:val="788B749C"/>
    <w:rsid w:val="788EBE29"/>
    <w:rsid w:val="7892608A"/>
    <w:rsid w:val="78949AE2"/>
    <w:rsid w:val="78B7A6F6"/>
    <w:rsid w:val="78B9A257"/>
    <w:rsid w:val="78C2F4B5"/>
    <w:rsid w:val="78D4726E"/>
    <w:rsid w:val="78E82FBF"/>
    <w:rsid w:val="792171DD"/>
    <w:rsid w:val="793EA283"/>
    <w:rsid w:val="795071F6"/>
    <w:rsid w:val="79546ECA"/>
    <w:rsid w:val="795F99A5"/>
    <w:rsid w:val="79662C26"/>
    <w:rsid w:val="7969B3C3"/>
    <w:rsid w:val="799050E4"/>
    <w:rsid w:val="799EF001"/>
    <w:rsid w:val="79C19CFC"/>
    <w:rsid w:val="79C6A9A7"/>
    <w:rsid w:val="79E6B581"/>
    <w:rsid w:val="7A267EF6"/>
    <w:rsid w:val="7A31F11F"/>
    <w:rsid w:val="7A53AD45"/>
    <w:rsid w:val="7A6676C3"/>
    <w:rsid w:val="7A68AEA1"/>
    <w:rsid w:val="7A6C5286"/>
    <w:rsid w:val="7A8AE74D"/>
    <w:rsid w:val="7A92C3A2"/>
    <w:rsid w:val="7A9AD5A2"/>
    <w:rsid w:val="7AB1E6F8"/>
    <w:rsid w:val="7AB25326"/>
    <w:rsid w:val="7AE973CE"/>
    <w:rsid w:val="7AFB56EC"/>
    <w:rsid w:val="7B3555A9"/>
    <w:rsid w:val="7B3853E8"/>
    <w:rsid w:val="7B3E3475"/>
    <w:rsid w:val="7B45C152"/>
    <w:rsid w:val="7B4F6334"/>
    <w:rsid w:val="7B6FF187"/>
    <w:rsid w:val="7B73843D"/>
    <w:rsid w:val="7B91F55C"/>
    <w:rsid w:val="7BE346D4"/>
    <w:rsid w:val="7BEB1A69"/>
    <w:rsid w:val="7BF50630"/>
    <w:rsid w:val="7C9D9C3B"/>
    <w:rsid w:val="7CAD769F"/>
    <w:rsid w:val="7CC13AAD"/>
    <w:rsid w:val="7CD32260"/>
    <w:rsid w:val="7CEDB61D"/>
    <w:rsid w:val="7CFD5466"/>
    <w:rsid w:val="7D0C1F72"/>
    <w:rsid w:val="7D12907B"/>
    <w:rsid w:val="7D1DB0B2"/>
    <w:rsid w:val="7D22F2CA"/>
    <w:rsid w:val="7D62E5B6"/>
    <w:rsid w:val="7D651D8F"/>
    <w:rsid w:val="7DA74E22"/>
    <w:rsid w:val="7DC01A1E"/>
    <w:rsid w:val="7DFE7C18"/>
    <w:rsid w:val="7DFF9D2E"/>
    <w:rsid w:val="7E042569"/>
    <w:rsid w:val="7E1A1A20"/>
    <w:rsid w:val="7E1B6990"/>
    <w:rsid w:val="7E1FC9C4"/>
    <w:rsid w:val="7E2A34A4"/>
    <w:rsid w:val="7E2E3ABA"/>
    <w:rsid w:val="7E3560AF"/>
    <w:rsid w:val="7E6F52D7"/>
    <w:rsid w:val="7E78B83D"/>
    <w:rsid w:val="7E7B98AD"/>
    <w:rsid w:val="7E99F3E2"/>
    <w:rsid w:val="7E9DEEC1"/>
    <w:rsid w:val="7EA2C38A"/>
    <w:rsid w:val="7EA63BCC"/>
    <w:rsid w:val="7EACDFC8"/>
    <w:rsid w:val="7EC178A0"/>
    <w:rsid w:val="7EDDA4C4"/>
    <w:rsid w:val="7F00CFCF"/>
    <w:rsid w:val="7F06659F"/>
    <w:rsid w:val="7F1C0C77"/>
    <w:rsid w:val="7F28B5FE"/>
    <w:rsid w:val="7F382ABD"/>
    <w:rsid w:val="7F6081B3"/>
    <w:rsid w:val="7F8D45BD"/>
    <w:rsid w:val="7F911B5F"/>
    <w:rsid w:val="7F938DC7"/>
    <w:rsid w:val="7FC5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8AA6726-8736-47CB-8578-F15F1206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5BDC"/>
    <w:pPr>
      <w:spacing w:after="180"/>
    </w:pPr>
    <w:rPr>
      <w:rFonts w:ascii="Calibri" w:hAnsi="Calibri" w:eastAsia="Calibri" w:cs="Calibri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3D2"/>
    <w:pPr>
      <w:spacing w:before="160" w:after="80"/>
      <w:outlineLvl w:val="0"/>
    </w:pPr>
    <w:rPr>
      <w:rFonts w:eastAsiaTheme="minorEastAsia" w:cstheme="minorBidi"/>
      <w:b/>
      <w:bCs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3D2"/>
    <w:pPr>
      <w:spacing w:before="360" w:after="60"/>
      <w:outlineLvl w:val="1"/>
    </w:pPr>
    <w:rPr>
      <w:b/>
      <w:bCs/>
      <w:color w:val="000000" w:themeColor="text1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87FBE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623C"/>
    <w:pPr>
      <w:keepNext/>
      <w:keepLines/>
      <w:spacing w:before="360" w:after="60"/>
      <w:outlineLvl w:val="3"/>
    </w:pPr>
    <w:rPr>
      <w:rFonts w:asciiTheme="majorHAnsi" w:hAnsiTheme="majorHAnsi" w:eastAsiaTheme="majorEastAsia" w:cstheme="majorBidi"/>
      <w:b/>
      <w:bCs/>
      <w:i/>
      <w:iCs/>
      <w:color w:val="000000" w:themeColor="tex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A5BF372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A5BF372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A5BF372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A5BF372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A5BF372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A5BF37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NoSpacing">
    <w:name w:val="No Spacing"/>
    <w:uiPriority w:val="1"/>
    <w:qFormat/>
    <w:rsid w:val="0A5BF372"/>
    <w:pPr>
      <w:tabs>
        <w:tab w:val="right" w:pos="9360"/>
      </w:tabs>
      <w:spacing w:after="0"/>
    </w:pPr>
  </w:style>
  <w:style w:type="character" w:styleId="Heading1Char" w:customStyle="1">
    <w:name w:val="Heading 1 Char"/>
    <w:link w:val="Heading1"/>
    <w:uiPriority w:val="9"/>
    <w:rsid w:val="009003D2"/>
    <w:rPr>
      <w:rFonts w:ascii="Calibri" w:hAnsi="Calibri"/>
      <w:b/>
      <w:bCs/>
      <w:color w:val="000000" w:themeColor="text1"/>
      <w:sz w:val="40"/>
      <w:szCs w:val="40"/>
    </w:rPr>
  </w:style>
  <w:style w:type="character" w:styleId="Heading2Char" w:customStyle="1">
    <w:name w:val="Heading 2 Char"/>
    <w:link w:val="Heading2"/>
    <w:uiPriority w:val="9"/>
    <w:rsid w:val="009003D2"/>
    <w:rPr>
      <w:rFonts w:ascii="Calibri" w:hAnsi="Calibri" w:eastAsia="Calibri" w:cs="Calibri"/>
      <w:b/>
      <w:bCs/>
      <w:color w:val="000000" w:themeColor="text1"/>
      <w:sz w:val="28"/>
      <w:szCs w:val="28"/>
    </w:rPr>
  </w:style>
  <w:style w:type="character" w:styleId="Heading3Char" w:customStyle="1">
    <w:name w:val="Heading 3 Char"/>
    <w:link w:val="Heading3"/>
    <w:uiPriority w:val="9"/>
    <w:rsid w:val="0019623C"/>
    <w:rPr>
      <w:rFonts w:ascii="Calibri" w:hAnsi="Calibri" w:eastAsia="Calibri" w:cs="Calibri"/>
      <w:b/>
      <w:bCs/>
      <w:color w:val="000000" w:themeColor="text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A5BF372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A5BF372"/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A5BF37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A5BF372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A5BF372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A5BF372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A5BF372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A5BF372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A5BF372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A5BF372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A5BF372"/>
    <w:pPr>
      <w:numPr>
        <w:numId w:val="6"/>
      </w:numPr>
      <w:tabs>
        <w:tab w:val="clear" w:pos="720"/>
      </w:tabs>
      <w:ind w:left="360"/>
      <w:contextualSpacing/>
    </w:pPr>
  </w:style>
  <w:style w:type="paragraph" w:styleId="ListBullet3">
    <w:name w:val="List Bullet 3"/>
    <w:basedOn w:val="Normal"/>
    <w:uiPriority w:val="99"/>
    <w:unhideWhenUsed/>
    <w:rsid w:val="0A5BF372"/>
    <w:pPr>
      <w:numPr>
        <w:numId w:val="7"/>
      </w:numPr>
      <w:tabs>
        <w:tab w:val="clear" w:pos="1080"/>
      </w:tabs>
      <w:ind w:left="360"/>
      <w:contextualSpacing/>
    </w:pPr>
  </w:style>
  <w:style w:type="paragraph" w:styleId="ListNumber">
    <w:name w:val="List Number"/>
    <w:basedOn w:val="Normal"/>
    <w:uiPriority w:val="99"/>
    <w:unhideWhenUsed/>
    <w:rsid w:val="0A5BF372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A5BF372"/>
    <w:pPr>
      <w:numPr>
        <w:numId w:val="9"/>
      </w:numPr>
      <w:tabs>
        <w:tab w:val="clear" w:pos="720"/>
      </w:tabs>
      <w:contextualSpacing/>
    </w:pPr>
  </w:style>
  <w:style w:type="paragraph" w:styleId="ListNumber3">
    <w:name w:val="List Number 3"/>
    <w:basedOn w:val="Normal"/>
    <w:uiPriority w:val="99"/>
    <w:unhideWhenUsed/>
    <w:rsid w:val="0A5BF372"/>
    <w:pPr>
      <w:numPr>
        <w:numId w:val="10"/>
      </w:numPr>
      <w:tabs>
        <w:tab w:val="clear" w:pos="1080"/>
      </w:tabs>
      <w:ind w:left="720"/>
      <w:contextualSpacing/>
    </w:pPr>
  </w:style>
  <w:style w:type="paragraph" w:styleId="ListContinue">
    <w:name w:val="List Continue"/>
    <w:basedOn w:val="Normal"/>
    <w:uiPriority w:val="99"/>
    <w:unhideWhenUsed/>
    <w:rsid w:val="0A5BF37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A5BF37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A5BF372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libri" w:hAnsi="Calibri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alibri" w:hAnsi="Calibr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A5BF372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rsid w:val="0019623C"/>
    <w:rPr>
      <w:rFonts w:asciiTheme="majorHAnsi" w:hAnsiTheme="majorHAnsi" w:eastAsiaTheme="majorEastAsia" w:cstheme="majorBidi"/>
      <w:b/>
      <w:bCs/>
      <w:i/>
      <w:iCs/>
      <w:color w:val="000000" w:themeColor="tex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A5BF37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A5BF372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595959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A5BF372"/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uiPriority w:val="99"/>
    <w:semiHidden/>
    <w:rsid w:val="00D02B7F"/>
    <w:rPr>
      <w:color w:val="595959"/>
    </w:rPr>
  </w:style>
  <w:style w:type="character" w:styleId="Style3" w:customStyle="1">
    <w:name w:val="Style3"/>
    <w:basedOn w:val="DefaultParagraphFont"/>
    <w:uiPriority w:val="1"/>
    <w:qFormat/>
    <w:rsid w:val="00182CC5"/>
    <w:rPr>
      <w:rFonts w:ascii="Calibri" w:hAnsi="Calibri"/>
      <w:sz w:val="22"/>
    </w:rPr>
  </w:style>
  <w:style w:type="character" w:styleId="Style6" w:customStyle="1">
    <w:name w:val="Style6"/>
    <w:basedOn w:val="DefaultParagraphFont"/>
    <w:uiPriority w:val="1"/>
    <w:qFormat/>
    <w:rsid w:val="00366048"/>
    <w:rPr>
      <w:rFonts w:ascii="Calibri" w:hAnsi="Calibri"/>
      <w:b w:val="0"/>
      <w:sz w:val="24"/>
    </w:rPr>
  </w:style>
  <w:style w:type="character" w:styleId="Hyperlink">
    <w:name w:val="Hyperlink"/>
    <w:basedOn w:val="DefaultParagraphFont"/>
    <w:uiPriority w:val="99"/>
    <w:unhideWhenUsed/>
    <w:rsid w:val="001D2C41"/>
    <w:rPr>
      <w:color w:val="2E5F7F"/>
      <w:u w:val="single"/>
    </w:rPr>
  </w:style>
  <w:style w:type="paragraph" w:styleId="TOC1">
    <w:name w:val="toc 1"/>
    <w:basedOn w:val="Normal"/>
    <w:next w:val="Normal"/>
    <w:uiPriority w:val="39"/>
    <w:unhideWhenUsed/>
    <w:rsid w:val="0A5BF372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A5BF372"/>
    <w:pPr>
      <w:spacing w:after="100"/>
      <w:ind w:left="220"/>
    </w:pPr>
  </w:style>
  <w:style w:type="paragraph" w:styleId="BodycopySmall" w:customStyle="1">
    <w:name w:val="Bodycopy Small"/>
    <w:basedOn w:val="Normal"/>
    <w:link w:val="BodycopySmallChar"/>
    <w:qFormat/>
    <w:rsid w:val="0019623C"/>
    <w:pPr>
      <w:spacing w:after="60"/>
    </w:pPr>
    <w:rPr>
      <w:sz w:val="16"/>
      <w:szCs w:val="16"/>
    </w:rPr>
  </w:style>
  <w:style w:type="character" w:styleId="BodycopySmallChar" w:customStyle="1">
    <w:name w:val="Bodycopy Small Char"/>
    <w:basedOn w:val="DefaultParagraphFont"/>
    <w:link w:val="BodycopySmall"/>
    <w:rsid w:val="0019623C"/>
    <w:rPr>
      <w:rFonts w:ascii="Calibri" w:hAnsi="Calibri" w:eastAsia="Calibri" w:cs="Calibri"/>
      <w:sz w:val="16"/>
      <w:szCs w:val="16"/>
    </w:rPr>
  </w:style>
  <w:style w:type="paragraph" w:styleId="StatuteQuote" w:customStyle="1">
    <w:name w:val="Statute Quote"/>
    <w:basedOn w:val="Normal"/>
    <w:link w:val="StatuteQuoteChar"/>
    <w:qFormat/>
    <w:rsid w:val="0019623C"/>
    <w:rPr>
      <w:rFonts w:eastAsia="Georgia"/>
      <w:i/>
      <w:iCs/>
      <w:color w:val="467886"/>
    </w:rPr>
  </w:style>
  <w:style w:type="character" w:styleId="StatuteQuoteChar" w:customStyle="1">
    <w:name w:val="Statute Quote Char"/>
    <w:basedOn w:val="DefaultParagraphFont"/>
    <w:link w:val="StatuteQuote"/>
    <w:rsid w:val="0019623C"/>
    <w:rPr>
      <w:rFonts w:ascii="Calibri" w:hAnsi="Calibri" w:eastAsia="Georgia" w:cs="Calibri"/>
      <w:i/>
      <w:iCs/>
      <w:color w:val="467886"/>
      <w:sz w:val="20"/>
      <w:szCs w:val="20"/>
    </w:rPr>
  </w:style>
  <w:style w:type="paragraph" w:styleId="Subheader" w:customStyle="1">
    <w:name w:val="Subheader"/>
    <w:basedOn w:val="Normal"/>
    <w:link w:val="SubheaderChar"/>
    <w:uiPriority w:val="1"/>
    <w:qFormat/>
    <w:rsid w:val="0A5BF372"/>
    <w:pPr>
      <w:spacing w:after="120"/>
    </w:pPr>
    <w:rPr>
      <w:b/>
      <w:bCs/>
      <w:sz w:val="18"/>
      <w:szCs w:val="18"/>
    </w:rPr>
  </w:style>
  <w:style w:type="character" w:styleId="SubheaderChar" w:customStyle="1">
    <w:name w:val="Subheader Char"/>
    <w:basedOn w:val="DefaultParagraphFont"/>
    <w:link w:val="Subheader"/>
    <w:rsid w:val="0A5BF372"/>
    <w:rPr>
      <w:rFonts w:asciiTheme="minorHAnsi" w:hAnsiTheme="minorHAnsi" w:eastAsiaTheme="minorEastAsia" w:cstheme="minorBidi"/>
      <w:b/>
      <w:bCs/>
      <w:noProof w:val="0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eastAsia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D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66D85"/>
    <w:rPr>
      <w:rFonts w:ascii="Calibri" w:hAnsi="Calibri" w:eastAsia="Calibri" w:cs="Calibri"/>
      <w:b/>
      <w:bCs/>
      <w:sz w:val="20"/>
      <w:szCs w:val="20"/>
    </w:rPr>
  </w:style>
  <w:style w:type="paragraph" w:styleId="SUBHEADER0" w:customStyle="1">
    <w:name w:val="SUBHEADER"/>
    <w:basedOn w:val="Bodycopy"/>
    <w:qFormat/>
    <w:rsid w:val="0019623C"/>
    <w:pPr>
      <w:spacing w:after="120"/>
    </w:pPr>
    <w:rPr>
      <w:b/>
      <w:bCs/>
      <w:sz w:val="18"/>
      <w:szCs w:val="18"/>
    </w:rPr>
  </w:style>
  <w:style w:type="paragraph" w:styleId="Bodycopy" w:customStyle="1">
    <w:name w:val="Bodycopy"/>
    <w:basedOn w:val="Normal"/>
    <w:qFormat/>
    <w:rsid w:val="0019623C"/>
    <w:pPr>
      <w:spacing w:line="240" w:lineRule="auto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9623C"/>
    <w:rPr>
      <w:color w:val="800080" w:themeColor="followedHyperlink"/>
      <w:u w:val="single"/>
    </w:rPr>
  </w:style>
  <w:style w:type="character" w:styleId="contentcontrolboundarysink" w:customStyle="1">
    <w:name w:val="contentcontrolboundarysink"/>
    <w:basedOn w:val="DefaultParagraphFont"/>
    <w:rsid w:val="0064431B"/>
  </w:style>
  <w:style w:type="character" w:styleId="UnresolvedMention">
    <w:name w:val="Unresolved Mention"/>
    <w:basedOn w:val="DefaultParagraphFont"/>
    <w:uiPriority w:val="99"/>
    <w:semiHidden/>
    <w:unhideWhenUsed/>
    <w:rsid w:val="00CD7361"/>
    <w:rPr>
      <w:color w:val="605E5C"/>
      <w:shd w:val="clear" w:color="auto" w:fill="E1DFDD"/>
    </w:rPr>
  </w:style>
  <w:style w:type="character" w:styleId="tabchar" w:customStyle="1">
    <w:name w:val="tabchar"/>
    <w:basedOn w:val="DefaultParagraphFont"/>
    <w:rsid w:val="0049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IDHS: Illinois Department of Human Services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Forensic Clinical Resources (IL DHS/DBHR Forensic Handbook)</dc:title>
  <dc:subject/>
  <dc:creator>python-docx</dc:creator>
  <keywords/>
  <dc:description>generated by python-docx</dc:description>
  <lastModifiedBy>Morgan, Mary</lastModifiedBy>
  <revision>18</revision>
  <dcterms:created xsi:type="dcterms:W3CDTF">2026-06-30T01:34:00.0000000Z</dcterms:created>
  <dcterms:modified xsi:type="dcterms:W3CDTF">2026-07-14T01:08:59.8480968Z</dcterms:modified>
  <category/>
</coreProperties>
</file>